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template-free.jp／在職証明書テンプレート（日本語）</w:t>
      </w:r>
    </w:p>
    <w:p>
      <w:pPr>
        <w:spacing w:before="20" w:after="60"/>
        <w:pBdr>
          <w:bottom w:val="double" w:sz="10" w:space="4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在職証明書</w:t>
      </w:r>
    </w:p>
    <w:p>
      <w:pPr>
        <w:tabs>
          <w:tab w:pos="9865" w:val="right"/>
        </w:tabs>
        <w:spacing w:before="40" w:after="60"/>
      </w:pPr>
      <w:r>
        <w:tab/>
      </w:r>
      <w:r>
        <w:rPr>
          <w:rFonts w:ascii="Yu Gothic" w:hAnsi="Yu Gothic" w:eastAsia="Yu Gothic"/>
          <w:b w:val="0"/>
          <w:i w:val="0"/>
          <w:color w:val="1A1A1A"/>
          <w:sz w:val="21"/>
        </w:rPr>
        <w:t>発行日　　　　　年　　月　　日</w:t>
      </w:r>
    </w:p>
    <w:p>
      <w:pPr>
        <w:spacing w:before="0" w:after="0" w:line="57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652" w:hRule="atLeast"/>
        </w:trPr>
        <w:tc>
          <w:tcPr>
            <w:tcW w:type="dxa" w:w="2608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氏名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539" w:hRule="atLeast"/>
        </w:trPr>
        <w:tc>
          <w:tcPr>
            <w:tcW w:type="dxa" w:w="2608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生年月日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年　　月　　日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652" w:hRule="atLeast"/>
        </w:trPr>
        <w:tc>
          <w:tcPr>
            <w:tcW w:type="dxa" w:w="2608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所属・役職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539" w:hRule="atLeast"/>
        </w:trPr>
        <w:tc>
          <w:tcPr>
            <w:tcW w:type="dxa" w:w="2608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雇用形態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□ 正社員  □ 契約社員  □ パート・アルバイト  □ 派遣社員  □ その他（　　　）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539" w:hRule="atLeast"/>
        </w:trPr>
        <w:tc>
          <w:tcPr>
            <w:tcW w:type="dxa" w:w="2608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入社日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年　　月　　日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539" w:hRule="atLeast"/>
        </w:trPr>
        <w:tc>
          <w:tcPr>
            <w:tcW w:type="dxa" w:w="2608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在職状況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上記入社日から現在まで当社に在職しています。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1361" w:hRule="atLeast"/>
        </w:trPr>
        <w:tc>
          <w:tcPr>
            <w:tcW w:type="dxa" w:w="2608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職務内容</w:t>
            </w:r>
          </w:p>
        </w:tc>
        <w:tc>
          <w:tcPr>
            <w:tcW w:type="dxa" w:w="7257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（必要な場合のみ記入）</w:t>
            </w:r>
          </w:p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</w:t>
            </w:r>
          </w:p>
        </w:tc>
      </w:tr>
    </w:tbl>
    <w:p>
      <w:pPr>
        <w:spacing w:before="0" w:after="0" w:line="40" w:lineRule="exact"/>
      </w:pPr>
    </w:p>
    <w:p>
      <w:pPr>
        <w:spacing w:before="0" w:after="0" w:line="85" w:lineRule="exact"/>
      </w:pPr>
    </w:p>
    <w:p>
      <w:pPr>
        <w:spacing w:before="20" w:after="120" w:line="280" w:lineRule="exact"/>
      </w:pPr>
      <w:r>
        <w:rPr>
          <w:rFonts w:ascii="Yu Gothic" w:hAnsi="Yu Gothic" w:eastAsia="Yu Gothic"/>
          <w:b w:val="0"/>
          <w:i w:val="0"/>
          <w:color w:val="1A1A1A"/>
          <w:sz w:val="20"/>
        </w:rPr>
        <w:t>上記のとおり、当社に在職していることを証明します。</w:t>
      </w:r>
    </w:p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654"/>
        <w:gridCol w:w="2211"/>
      </w:tblGrid>
      <w:tr>
        <w:trPr>
          <w:cantSplit/>
          <w:trHeight w:val="2098" w:hRule="atLeast"/>
        </w:trPr>
        <w:tc>
          <w:tcPr>
            <w:tcW w:type="dxa" w:w="7654"/>
            <w:tcMar>
              <w:top w:w="28" w:type="dxa"/>
              <w:bottom w:w="28" w:type="dxa"/>
              <w:left w:w="57" w:type="dxa"/>
              <w:right w:w="5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6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会社名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　　　　　　　　　　　　　　　　　　</w:t>
            </w:r>
          </w:p>
          <w:p>
            <w:pPr>
              <w:spacing w:before="0" w:after="6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所在地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　　　　　　　　　　　　　　　　　　</w:t>
            </w:r>
          </w:p>
          <w:p>
            <w:pPr>
              <w:spacing w:before="0" w:after="6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代表者名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　　　　　　　　　　　　　　　　　　</w:t>
            </w:r>
          </w:p>
          <w:p>
            <w:pPr>
              <w:spacing w:before="0" w:after="6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担当者（所属・氏名・連絡先）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</w:t>
            </w:r>
          </w:p>
        </w:tc>
        <w:tc>
          <w:tcPr>
            <w:tcW w:type="dxa" w:w="2211"/>
            <w:tcMar>
              <w:top w:w="28" w:type="dxa"/>
              <w:bottom w:w="28" w:type="dxa"/>
              <w:left w:w="57" w:type="dxa"/>
              <w:right w:w="57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  <w:vAlign w:val="bottom"/>
          </w:tcPr>
          <w:p>
            <w:pPr>
              <w:spacing w:before="0" w:after="0" w:line="210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会社印・代表者印（任意）</w:t>
            </w:r>
          </w:p>
        </w:tc>
      </w:tr>
    </w:tbl>
    <w:p>
      <w:pPr>
        <w:spacing w:before="0" w:after="0" w:line="57" w:lineRule="exact"/>
      </w:pP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