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template-free.jp／在職証明書テンプレート（日英併記）</w:t>
      </w:r>
    </w:p>
    <w:p>
      <w:pPr>
        <w:spacing w:before="20" w:after="60"/>
        <w:pBdr>
          <w:bottom w:val="double" w:sz="10" w:space="4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在職証明書 / Certificate of Employment</w:t>
      </w:r>
    </w:p>
    <w:p>
      <w:pPr>
        <w:tabs>
          <w:tab w:pos="9865" w:val="right"/>
        </w:tabs>
        <w:spacing w:before="40" w:after="60"/>
      </w:pPr>
      <w:r>
        <w:tab/>
      </w:r>
      <w:r>
        <w:rPr>
          <w:rFonts w:ascii="Yu Gothic" w:hAnsi="Yu Gothic" w:eastAsia="Yu Gothic"/>
          <w:b w:val="0"/>
          <w:i w:val="0"/>
          <w:color w:val="1A1A1A"/>
          <w:sz w:val="21"/>
        </w:rPr>
        <w:t>発行日 Date of Issue　　　　　年　　月　　日</w:t>
      </w:r>
    </w:p>
    <w:p>
      <w:pPr>
        <w:spacing w:before="0" w:after="0" w:line="28" w:lineRule="exact"/>
      </w:pPr>
    </w:p>
    <w:tbl>
      <w:tblPr>
        <w:tblW w:type="dxa" w:w="9865"/>
        <w:tblInd w:w="1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835"/>
        <w:gridCol w:w="7030"/>
      </w:tblGrid>
      <w:tr>
        <w:trPr>
          <w:cantSplit/>
          <w:trHeight w:val="539" w:hRule="atLeast"/>
        </w:trPr>
        <w:tc>
          <w:tcPr>
            <w:tcW w:type="dxa" w:w="2835"/>
            <w:tcMar>
              <w:top w:w="57" w:type="dxa"/>
              <w:bottom w:w="57" w:type="dxa"/>
              <w:left w:w="125" w:type="dxa"/>
              <w:right w:w="14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氏名</w:t>
            </w:r>
          </w:p>
          <w:p>
            <w:pPr>
              <w:spacing w:before="0" w:after="0" w:line="21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5"/>
              </w:rPr>
              <w:t>Name</w:t>
            </w:r>
          </w:p>
        </w:tc>
        <w:tc>
          <w:tcPr>
            <w:tcW w:type="dxa" w:w="7030"/>
            <w:tcMar>
              <w:top w:w="57" w:type="dxa"/>
              <w:bottom w:w="57" w:type="dxa"/>
              <w:left w:w="125" w:type="dxa"/>
              <w:right w:w="142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2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　</w:t>
            </w:r>
          </w:p>
        </w:tc>
      </w:tr>
    </w:tbl>
    <w:p>
      <w:pPr>
        <w:spacing w:before="0" w:after="0" w:line="40" w:lineRule="exact"/>
      </w:pPr>
    </w:p>
    <w:tbl>
      <w:tblPr>
        <w:tblW w:type="dxa" w:w="9865"/>
        <w:tblInd w:w="1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835"/>
        <w:gridCol w:w="7030"/>
      </w:tblGrid>
      <w:tr>
        <w:trPr>
          <w:cantSplit/>
          <w:trHeight w:val="539" w:hRule="atLeast"/>
        </w:trPr>
        <w:tc>
          <w:tcPr>
            <w:tcW w:type="dxa" w:w="2835"/>
            <w:tcMar>
              <w:top w:w="57" w:type="dxa"/>
              <w:bottom w:w="57" w:type="dxa"/>
              <w:left w:w="125" w:type="dxa"/>
              <w:right w:w="14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生年月日</w:t>
            </w:r>
          </w:p>
          <w:p>
            <w:pPr>
              <w:spacing w:before="0" w:after="0" w:line="21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5"/>
              </w:rPr>
              <w:t>Date of Birth</w:t>
            </w:r>
          </w:p>
        </w:tc>
        <w:tc>
          <w:tcPr>
            <w:tcW w:type="dxa" w:w="7030"/>
            <w:tcMar>
              <w:top w:w="57" w:type="dxa"/>
              <w:bottom w:w="57" w:type="dxa"/>
              <w:left w:w="125" w:type="dxa"/>
              <w:right w:w="142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2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　　　　　年　　月　　日</w:t>
            </w:r>
          </w:p>
        </w:tc>
      </w:tr>
    </w:tbl>
    <w:p>
      <w:pPr>
        <w:spacing w:before="0" w:after="0" w:line="40" w:lineRule="exact"/>
      </w:pPr>
    </w:p>
    <w:tbl>
      <w:tblPr>
        <w:tblW w:type="dxa" w:w="9865"/>
        <w:tblInd w:w="1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835"/>
        <w:gridCol w:w="7030"/>
      </w:tblGrid>
      <w:tr>
        <w:trPr>
          <w:cantSplit/>
          <w:trHeight w:val="539" w:hRule="atLeast"/>
        </w:trPr>
        <w:tc>
          <w:tcPr>
            <w:tcW w:type="dxa" w:w="2835"/>
            <w:tcMar>
              <w:top w:w="57" w:type="dxa"/>
              <w:bottom w:w="57" w:type="dxa"/>
              <w:left w:w="125" w:type="dxa"/>
              <w:right w:w="14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旅券番号</w:t>
            </w:r>
          </w:p>
          <w:p>
            <w:pPr>
              <w:spacing w:before="0" w:after="0" w:line="21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5"/>
              </w:rPr>
              <w:t>Passport Number</w:t>
            </w:r>
          </w:p>
        </w:tc>
        <w:tc>
          <w:tcPr>
            <w:tcW w:type="dxa" w:w="7030"/>
            <w:tcMar>
              <w:top w:w="57" w:type="dxa"/>
              <w:bottom w:w="57" w:type="dxa"/>
              <w:left w:w="125" w:type="dxa"/>
              <w:right w:w="142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2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　</w:t>
            </w:r>
          </w:p>
        </w:tc>
      </w:tr>
    </w:tbl>
    <w:p>
      <w:pPr>
        <w:spacing w:before="0" w:after="0" w:line="40" w:lineRule="exact"/>
      </w:pPr>
    </w:p>
    <w:tbl>
      <w:tblPr>
        <w:tblW w:type="dxa" w:w="9865"/>
        <w:tblInd w:w="1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835"/>
        <w:gridCol w:w="7030"/>
      </w:tblGrid>
      <w:tr>
        <w:trPr>
          <w:cantSplit/>
          <w:trHeight w:val="539" w:hRule="atLeast"/>
        </w:trPr>
        <w:tc>
          <w:tcPr>
            <w:tcW w:type="dxa" w:w="2835"/>
            <w:tcMar>
              <w:top w:w="57" w:type="dxa"/>
              <w:bottom w:w="57" w:type="dxa"/>
              <w:left w:w="125" w:type="dxa"/>
              <w:right w:w="14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所属・役職</w:t>
            </w:r>
          </w:p>
          <w:p>
            <w:pPr>
              <w:spacing w:before="0" w:after="0" w:line="21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5"/>
              </w:rPr>
              <w:t>Department / Job Title</w:t>
            </w:r>
          </w:p>
        </w:tc>
        <w:tc>
          <w:tcPr>
            <w:tcW w:type="dxa" w:w="7030"/>
            <w:tcMar>
              <w:top w:w="57" w:type="dxa"/>
              <w:bottom w:w="57" w:type="dxa"/>
              <w:left w:w="125" w:type="dxa"/>
              <w:right w:w="142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2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　</w:t>
            </w:r>
          </w:p>
        </w:tc>
      </w:tr>
    </w:tbl>
    <w:p>
      <w:pPr>
        <w:spacing w:before="0" w:after="0" w:line="40" w:lineRule="exact"/>
      </w:pPr>
    </w:p>
    <w:tbl>
      <w:tblPr>
        <w:tblW w:type="dxa" w:w="9865"/>
        <w:tblInd w:w="1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835"/>
        <w:gridCol w:w="7030"/>
      </w:tblGrid>
      <w:tr>
        <w:trPr>
          <w:cantSplit/>
          <w:trHeight w:val="539" w:hRule="atLeast"/>
        </w:trPr>
        <w:tc>
          <w:tcPr>
            <w:tcW w:type="dxa" w:w="2835"/>
            <w:tcMar>
              <w:top w:w="57" w:type="dxa"/>
              <w:bottom w:w="57" w:type="dxa"/>
              <w:left w:w="125" w:type="dxa"/>
              <w:right w:w="14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雇用形態</w:t>
            </w:r>
          </w:p>
          <w:p>
            <w:pPr>
              <w:spacing w:before="0" w:after="0" w:line="21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5"/>
              </w:rPr>
              <w:t>Employment Type</w:t>
            </w:r>
          </w:p>
        </w:tc>
        <w:tc>
          <w:tcPr>
            <w:tcW w:type="dxa" w:w="7030"/>
            <w:tcMar>
              <w:top w:w="57" w:type="dxa"/>
              <w:bottom w:w="57" w:type="dxa"/>
              <w:left w:w="125" w:type="dxa"/>
              <w:right w:w="142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2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□ 常勤 Full-time　　□ 非常勤・契約 Part-time / Contract</w:t>
            </w:r>
          </w:p>
        </w:tc>
      </w:tr>
    </w:tbl>
    <w:p>
      <w:pPr>
        <w:spacing w:before="0" w:after="0" w:line="40" w:lineRule="exact"/>
      </w:pPr>
    </w:p>
    <w:tbl>
      <w:tblPr>
        <w:tblW w:type="dxa" w:w="9865"/>
        <w:tblInd w:w="1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835"/>
        <w:gridCol w:w="7030"/>
      </w:tblGrid>
      <w:tr>
        <w:trPr>
          <w:cantSplit/>
          <w:trHeight w:val="539" w:hRule="atLeast"/>
        </w:trPr>
        <w:tc>
          <w:tcPr>
            <w:tcW w:type="dxa" w:w="2835"/>
            <w:tcMar>
              <w:top w:w="57" w:type="dxa"/>
              <w:bottom w:w="57" w:type="dxa"/>
              <w:left w:w="125" w:type="dxa"/>
              <w:right w:w="14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雇用開始日</w:t>
            </w:r>
          </w:p>
          <w:p>
            <w:pPr>
              <w:spacing w:before="0" w:after="0" w:line="21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5"/>
              </w:rPr>
              <w:t>Employment Start Date</w:t>
            </w:r>
          </w:p>
        </w:tc>
        <w:tc>
          <w:tcPr>
            <w:tcW w:type="dxa" w:w="7030"/>
            <w:tcMar>
              <w:top w:w="57" w:type="dxa"/>
              <w:bottom w:w="57" w:type="dxa"/>
              <w:left w:w="125" w:type="dxa"/>
              <w:right w:w="142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2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　　　　　年　　月　　日</w:t>
            </w:r>
          </w:p>
        </w:tc>
      </w:tr>
    </w:tbl>
    <w:p>
      <w:pPr>
        <w:spacing w:before="0" w:after="0" w:line="40" w:lineRule="exact"/>
      </w:pPr>
    </w:p>
    <w:tbl>
      <w:tblPr>
        <w:tblW w:type="dxa" w:w="9865"/>
        <w:tblInd w:w="1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835"/>
        <w:gridCol w:w="7030"/>
      </w:tblGrid>
      <w:tr>
        <w:trPr>
          <w:cantSplit/>
          <w:trHeight w:val="539" w:hRule="atLeast"/>
        </w:trPr>
        <w:tc>
          <w:tcPr>
            <w:tcW w:type="dxa" w:w="2835"/>
            <w:tcMar>
              <w:top w:w="57" w:type="dxa"/>
              <w:bottom w:w="57" w:type="dxa"/>
              <w:left w:w="125" w:type="dxa"/>
              <w:right w:w="14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在職期間</w:t>
            </w:r>
          </w:p>
          <w:p>
            <w:pPr>
              <w:spacing w:before="0" w:after="0" w:line="21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5"/>
              </w:rPr>
              <w:t>Period of Employment</w:t>
            </w:r>
          </w:p>
        </w:tc>
        <w:tc>
          <w:tcPr>
            <w:tcW w:type="dxa" w:w="7030"/>
            <w:tcMar>
              <w:top w:w="57" w:type="dxa"/>
              <w:bottom w:w="57" w:type="dxa"/>
              <w:left w:w="125" w:type="dxa"/>
              <w:right w:w="142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2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　　　　　年　　月　　日から現在まで</w:t>
            </w:r>
          </w:p>
        </w:tc>
      </w:tr>
    </w:tbl>
    <w:p>
      <w:pPr>
        <w:spacing w:before="0" w:after="0" w:line="40" w:lineRule="exact"/>
      </w:pPr>
    </w:p>
    <w:tbl>
      <w:tblPr>
        <w:tblW w:type="dxa" w:w="9865"/>
        <w:tblInd w:w="1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835"/>
        <w:gridCol w:w="7030"/>
      </w:tblGrid>
      <w:tr>
        <w:trPr>
          <w:cantSplit/>
          <w:trHeight w:val="1020" w:hRule="atLeast"/>
        </w:trPr>
        <w:tc>
          <w:tcPr>
            <w:tcW w:type="dxa" w:w="2835"/>
            <w:tcMar>
              <w:top w:w="57" w:type="dxa"/>
              <w:bottom w:w="57" w:type="dxa"/>
              <w:left w:w="125" w:type="dxa"/>
              <w:right w:w="14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職務内容</w:t>
            </w:r>
          </w:p>
          <w:p>
            <w:pPr>
              <w:spacing w:before="0" w:after="0" w:line="21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5"/>
              </w:rPr>
              <w:t>Job Description</w:t>
            </w:r>
          </w:p>
        </w:tc>
        <w:tc>
          <w:tcPr>
            <w:tcW w:type="dxa" w:w="7030"/>
            <w:tcMar>
              <w:top w:w="57" w:type="dxa"/>
              <w:bottom w:w="57" w:type="dxa"/>
              <w:left w:w="125" w:type="dxa"/>
              <w:right w:w="142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2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　</w:t>
            </w:r>
          </w:p>
        </w:tc>
      </w:tr>
    </w:tbl>
    <w:p>
      <w:pPr>
        <w:spacing w:before="0" w:after="0" w:line="40" w:lineRule="exact"/>
      </w:pPr>
    </w:p>
    <w:p>
      <w:pPr>
        <w:spacing w:before="0" w:after="0" w:line="57" w:lineRule="exact"/>
      </w:pPr>
    </w:p>
    <w:p>
      <w:pPr>
        <w:spacing w:before="20" w:after="20" w:line="26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上記の者が、上記のとおり当社に在職していることを証明します。</w:t>
      </w:r>
    </w:p>
    <w:p>
      <w:pPr>
        <w:spacing w:before="0" w:after="100" w:line="250" w:lineRule="exact"/>
      </w:pPr>
      <w:r>
        <w:rPr>
          <w:rFonts w:ascii="Yu Gothic" w:hAnsi="Yu Gothic" w:eastAsia="Yu Gothic"/>
          <w:b w:val="0"/>
          <w:i w:val="0"/>
          <w:color w:val="66707A"/>
          <w:sz w:val="18"/>
        </w:rPr>
        <w:t>This is to certify that the above-named person is currently employed by our company.</w:t>
      </w:r>
    </w:p>
    <w:tbl>
      <w:tblPr>
        <w:tblW w:type="dxa" w:w="9865"/>
        <w:tblInd w:w="5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7654"/>
        <w:gridCol w:w="2211"/>
      </w:tblGrid>
      <w:tr>
        <w:trPr>
          <w:cantSplit/>
          <w:trHeight w:val="2098" w:hRule="atLeast"/>
        </w:trPr>
        <w:tc>
          <w:tcPr>
            <w:tcW w:type="dxa" w:w="7654"/>
            <w:tcMar>
              <w:top w:w="28" w:type="dxa"/>
              <w:bottom w:w="28" w:type="dxa"/>
              <w:left w:w="57" w:type="dxa"/>
              <w:right w:w="57" w:type="dxa"/>
            </w:tcMar>
            <w:tcBorders>
              <w:top w:val="nil"/>
              <w:bottom w:val="nil"/>
              <w:left w:val="nil"/>
              <w:right w:val="nil"/>
            </w:tcBorders>
          </w:tcPr>
          <w:p>
            <w:pPr>
              <w:spacing w:before="0" w:after="60" w:line="28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7"/>
              </w:rPr>
              <w:t>会社名 Company Name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  <w:t xml:space="preserve">　</w:t>
            </w:r>
          </w:p>
          <w:p>
            <w:pPr>
              <w:spacing w:before="0" w:after="60" w:line="28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7"/>
              </w:rPr>
              <w:t>所在地 Company Address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  <w:t xml:space="preserve">　</w:t>
            </w:r>
          </w:p>
          <w:p>
            <w:pPr>
              <w:spacing w:before="0" w:after="60" w:line="28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7"/>
              </w:rPr>
              <w:t>代表者名 Representative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  <w:t xml:space="preserve">　</w:t>
            </w:r>
          </w:p>
          <w:p>
            <w:pPr>
              <w:spacing w:before="0" w:after="60" w:line="280" w:lineRule="exac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7"/>
              </w:rPr>
              <w:t>担当者氏名・所属 Name and Position of the Person in Charge</w:t>
            </w: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  <w:t xml:space="preserve">　</w:t>
            </w:r>
          </w:p>
        </w:tc>
        <w:tc>
          <w:tcPr>
            <w:tcW w:type="dxa" w:w="2211"/>
            <w:tcMar>
              <w:top w:w="28" w:type="dxa"/>
              <w:bottom w:w="28" w:type="dxa"/>
              <w:left w:w="57" w:type="dxa"/>
              <w:right w:w="57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  <w:vAlign w:val="bottom"/>
          </w:tcPr>
          <w:p>
            <w:pPr>
              <w:spacing w:before="0" w:after="0" w:line="210" w:lineRule="exact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4"/>
              </w:rPr>
              <w:t>署名・会社印（任意）</w:t>
              <w:br/>
              <w:t>Signature / Company Seal (optional)</w:t>
            </w:r>
          </w:p>
        </w:tc>
      </w:tr>
    </w:tbl>
    <w:p>
      <w:pPr>
        <w:spacing w:before="0" w:after="0" w:line="57" w:lineRule="exact"/>
      </w:pP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5"/>
        </w:rPr>
        <w:t>※ 提出先（在留資格の申請など）が様式を指定している場合は、その様式を使ってください。この書式は特定の機関の様式ではありません。</w:t>
      </w:r>
    </w:p>
    <w:sectPr w:rsidR="00FC693F" w:rsidRPr="0006063C" w:rsidSect="00034616">
      <w:footerReference w:type="default" r:id="rId9"/>
      <w:pgSz w:w="11906" w:h="16838"/>
      <w:pgMar w:top="1247" w:right="1020" w:bottom="1134" w:left="1020" w:header="567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pBdr>
        <w:top w:val="single" w:sz="3" w:space="1" w:color="66707A"/>
      </w:pBdr>
    </w:pPr>
    <w:r>
      <w:rPr>
        <w:rFonts w:ascii="Yu Gothic" w:hAnsi="Yu Gothic" w:eastAsia="Yu Gothic"/>
        <w:b w:val="0"/>
        <w:i w:val="0"/>
        <w:color w:val="66707A"/>
        <w:sz w:val="14"/>
      </w:rPr>
      <w:t>template-free.jp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cstheme="minorBidi" w:ascii="Yu Gothic" w:hAnsi="Yu Gothic" w:eastAsia="Yu Gothic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66707A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66707A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66707A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66707A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66707A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Yu Gothic"/>
        <a:ea typeface="Yu Gothic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Gothic"/>
        <a:ea typeface="Yu Gothic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