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line="240" w:lineRule="auto" w:before="40" w:after="80"/>
        <w:jc w:val="center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顛　末　書</w:t>
      </w:r>
    </w:p>
    <w:p>
      <w:pPr>
        <w:spacing w:before="0" w:after="40" w:line="250" w:lineRule="exact"/>
        <w:jc w:val="righ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令和　　年　　月　　日</w:t>
      </w:r>
    </w:p>
    <w:tbl>
      <w:tblPr>
        <w:tblW w:type="dxa" w:w="9978"/>
        <w:tblInd w:w="2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89"/>
        <w:gridCol w:w="4789"/>
      </w:tblGrid>
      <w:tr>
        <w:trPr>
          <w:cantSplit/>
        </w:trPr>
        <w:tc>
          <w:tcPr>
            <w:tcW w:type="dxa" w:w="5189"/>
            <w:tcMar>
              <w:top w:w="11" w:type="dxa"/>
              <w:bottom w:w="11" w:type="dxa"/>
              <w:left w:w="28" w:type="dxa"/>
              <w:right w:w="28" w:type="dxa"/>
            </w:tcMar>
          </w:tcPr>
          <w:p>
            <w:pPr>
              <w:spacing w:before="0" w:after="20" w:line="25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（宛先の役職・氏名）　殿</w:t>
            </w:r>
          </w:p>
        </w:tc>
        <w:tc>
          <w:tcPr>
            <w:tcW w:type="dxa" w:w="4789"/>
            <w:tcMar>
              <w:top w:w="11" w:type="dxa"/>
              <w:bottom w:w="11" w:type="dxa"/>
              <w:left w:w="28" w:type="dxa"/>
              <w:right w:w="28" w:type="dxa"/>
            </w:tcMar>
          </w:tcPr>
          <w:p>
            <w:pPr>
              <w:spacing w:before="0" w:after="20" w:line="250" w:lineRule="exact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所属：</w:t>
            </w:r>
          </w:p>
          <w:p>
            <w:pPr>
              <w:spacing w:before="0" w:after="20" w:line="250" w:lineRule="exact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報告者：　　　　　　　　　印</w:t>
            </w:r>
          </w:p>
        </w:tc>
      </w:tr>
    </w:tbl>
    <w:p>
      <w:pPr>
        <w:spacing w:before="0" w:after="0" w:line="68" w:lineRule="exact"/>
      </w:pPr>
    </w:p>
    <w:p>
      <w:pPr>
        <w:spacing w:before="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件名　（事案の名称）に関する顛末書</w:t>
      </w:r>
    </w:p>
    <w:p>
      <w:pPr>
        <w:spacing w:before="0" w:after="60" w:line="260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下記のとおり、事案の顛末を報告します。</w:t>
      </w:r>
    </w:p>
    <w:tbl>
      <w:tblPr>
        <w:tblW w:type="dxa" w:w="9978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84"/>
        <w:gridCol w:w="7994"/>
      </w:tblGrid>
      <w:tr>
        <w:trPr>
          <w:cantSplit/>
          <w:trHeight w:val="482" w:hRule="atLeast"/>
        </w:trPr>
        <w:tc>
          <w:tcPr>
            <w:tcW w:type="dxa" w:w="1984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事案の名称</w:t>
            </w:r>
          </w:p>
        </w:tc>
        <w:tc>
          <w:tcPr>
            <w:tcW w:type="dxa" w:w="799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0" w:line="244" w:lineRule="exact"/>
            </w:pPr>
          </w:p>
        </w:tc>
      </w:tr>
      <w:tr>
        <w:trPr>
          <w:cantSplit/>
          <w:trHeight w:val="454" w:hRule="atLeast"/>
        </w:trPr>
        <w:tc>
          <w:tcPr>
            <w:tcW w:type="dxa" w:w="1984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発生日時</w:t>
            </w:r>
          </w:p>
        </w:tc>
        <w:tc>
          <w:tcPr>
            <w:tcW w:type="dxa" w:w="799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30" w:line="24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令和　　年　　月　　日　　時　　分頃</w:t>
            </w:r>
          </w:p>
        </w:tc>
      </w:tr>
      <w:tr>
        <w:trPr>
          <w:cantSplit/>
          <w:trHeight w:val="454" w:hRule="atLeast"/>
        </w:trPr>
        <w:tc>
          <w:tcPr>
            <w:tcW w:type="dxa" w:w="1984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発覚日時・発見者</w:t>
            </w:r>
          </w:p>
        </w:tc>
        <w:tc>
          <w:tcPr>
            <w:tcW w:type="dxa" w:w="799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30" w:line="24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令和　　年　　月　　日　　時　　分（発見者：　　　　　）</w:t>
            </w:r>
          </w:p>
        </w:tc>
      </w:tr>
      <w:tr>
        <w:trPr>
          <w:cantSplit/>
          <w:trHeight w:val="482" w:hRule="atLeast"/>
        </w:trPr>
        <w:tc>
          <w:tcPr>
            <w:tcW w:type="dxa" w:w="1984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発生場所</w:t>
            </w:r>
          </w:p>
        </w:tc>
        <w:tc>
          <w:tcPr>
            <w:tcW w:type="dxa" w:w="799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0" w:line="244" w:lineRule="exact"/>
            </w:pPr>
          </w:p>
        </w:tc>
      </w:tr>
      <w:tr>
        <w:trPr>
          <w:cantSplit/>
          <w:trHeight w:val="907" w:hRule="atLeast"/>
        </w:trPr>
        <w:tc>
          <w:tcPr>
            <w:tcW w:type="dxa" w:w="1984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関係者</w:t>
            </w:r>
          </w:p>
        </w:tc>
        <w:tc>
          <w:tcPr>
            <w:tcW w:type="dxa" w:w="799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30" w:line="24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当事者：</w:t>
            </w:r>
          </w:p>
          <w:p>
            <w:pPr>
              <w:spacing w:before="0" w:after="30" w:line="24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関係部署：</w:t>
            </w:r>
          </w:p>
          <w:p>
            <w:pPr>
              <w:spacing w:before="0" w:after="30" w:line="24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社外関係者：</w:t>
            </w:r>
          </w:p>
        </w:tc>
      </w:tr>
      <w:tr>
        <w:trPr>
          <w:cantSplit/>
          <w:trHeight w:val="850" w:hRule="atLeast"/>
        </w:trPr>
        <w:tc>
          <w:tcPr>
            <w:tcW w:type="dxa" w:w="1984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事案の概要</w:t>
            </w:r>
          </w:p>
          <w:p>
            <w:pPr>
              <w:spacing w:before="0" w:after="0" w:line="19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4"/>
              </w:rPr>
              <w:t>（何が起きたか）</w:t>
            </w:r>
          </w:p>
        </w:tc>
        <w:tc>
          <w:tcPr>
            <w:tcW w:type="dxa" w:w="799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0" w:line="244" w:lineRule="exact"/>
            </w:pPr>
          </w:p>
        </w:tc>
      </w:tr>
      <w:tr>
        <w:trPr>
          <w:cantSplit/>
          <w:trHeight w:val="624" w:hRule="atLeast"/>
        </w:trPr>
        <w:tc>
          <w:tcPr>
            <w:tcW w:type="dxa" w:w="1984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影響・被害の範囲</w:t>
            </w:r>
          </w:p>
          <w:p>
            <w:pPr>
              <w:spacing w:before="0" w:after="0" w:line="19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4"/>
              </w:rPr>
              <w:t>（人数・件数・金額など）</w:t>
            </w:r>
          </w:p>
        </w:tc>
        <w:tc>
          <w:tcPr>
            <w:tcW w:type="dxa" w:w="799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0" w:line="244" w:lineRule="exact"/>
            </w:pPr>
          </w:p>
        </w:tc>
      </w:tr>
      <w:tr>
        <w:trPr>
          <w:cantSplit/>
          <w:trHeight w:val="1417" w:hRule="atLeast"/>
        </w:trPr>
        <w:tc>
          <w:tcPr>
            <w:tcW w:type="dxa" w:w="1984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経緯</w:t>
            </w:r>
          </w:p>
          <w:p>
            <w:pPr>
              <w:spacing w:before="0" w:after="0" w:line="19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4"/>
              </w:rPr>
              <w:t>（時系列・事実のみ）</w:t>
            </w:r>
          </w:p>
        </w:tc>
        <w:tc>
          <w:tcPr>
            <w:tcW w:type="dxa" w:w="799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30" w:line="24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 xml:space="preserve">　　時　　分　</w:t>
            </w:r>
          </w:p>
          <w:p>
            <w:pPr>
              <w:spacing w:before="0" w:after="30" w:line="24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 xml:space="preserve">　　時　　分　</w:t>
            </w:r>
          </w:p>
          <w:p>
            <w:pPr>
              <w:spacing w:before="0" w:after="30" w:line="24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 xml:space="preserve">　　時　　分　</w:t>
            </w:r>
          </w:p>
          <w:p>
            <w:pPr>
              <w:spacing w:before="0" w:after="30" w:line="24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 xml:space="preserve">　　時　　分　</w:t>
            </w:r>
          </w:p>
        </w:tc>
      </w:tr>
      <w:tr>
        <w:trPr>
          <w:cantSplit/>
          <w:trHeight w:val="907" w:hRule="atLeast"/>
        </w:trPr>
        <w:tc>
          <w:tcPr>
            <w:tcW w:type="dxa" w:w="1984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原因</w:t>
            </w:r>
          </w:p>
        </w:tc>
        <w:tc>
          <w:tcPr>
            <w:tcW w:type="dxa" w:w="799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30" w:line="24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直接原因：</w:t>
            </w:r>
          </w:p>
          <w:p>
            <w:pPr>
              <w:spacing w:before="0" w:after="30" w:line="24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根本原因：</w:t>
            </w:r>
          </w:p>
        </w:tc>
      </w:tr>
      <w:tr>
        <w:trPr>
          <w:cantSplit/>
          <w:trHeight w:val="907" w:hRule="atLeast"/>
        </w:trPr>
        <w:tc>
          <w:tcPr>
            <w:tcW w:type="dxa" w:w="1984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対応</w:t>
            </w:r>
          </w:p>
        </w:tc>
        <w:tc>
          <w:tcPr>
            <w:tcW w:type="dxa" w:w="799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30" w:line="24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一次対応（実施済み）：</w:t>
            </w:r>
          </w:p>
          <w:p>
            <w:pPr>
              <w:spacing w:before="0" w:after="30" w:line="24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恒久対応（予定）：</w:t>
            </w:r>
          </w:p>
        </w:tc>
      </w:tr>
      <w:tr>
        <w:trPr>
          <w:cantSplit/>
          <w:trHeight w:val="1020" w:hRule="atLeast"/>
        </w:trPr>
        <w:tc>
          <w:tcPr>
            <w:tcW w:type="dxa" w:w="1984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再発防止策</w:t>
            </w:r>
          </w:p>
          <w:p>
            <w:pPr>
              <w:spacing w:before="0" w:after="0" w:line="19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4"/>
              </w:rPr>
              <w:t>（内容・担当・期限）</w:t>
            </w:r>
          </w:p>
        </w:tc>
        <w:tc>
          <w:tcPr>
            <w:tcW w:type="dxa" w:w="799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30" w:line="24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1.</w:t>
            </w:r>
          </w:p>
          <w:p>
            <w:pPr>
              <w:spacing w:before="0" w:after="30" w:line="24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2.</w:t>
            </w:r>
          </w:p>
          <w:p>
            <w:pPr>
              <w:spacing w:before="0" w:after="30" w:line="24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3.</w:t>
            </w:r>
          </w:p>
        </w:tc>
      </w:tr>
      <w:tr>
        <w:trPr>
          <w:cantSplit/>
          <w:trHeight w:val="510" w:hRule="atLeast"/>
        </w:trPr>
        <w:tc>
          <w:tcPr>
            <w:tcW w:type="dxa" w:w="1984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備考</w:t>
            </w:r>
          </w:p>
          <w:p>
            <w:pPr>
              <w:spacing w:before="0" w:after="0" w:line="19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4"/>
              </w:rPr>
              <w:t>（法令・規程など）</w:t>
            </w:r>
          </w:p>
        </w:tc>
        <w:tc>
          <w:tcPr>
            <w:tcW w:type="dxa" w:w="799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0" w:line="244" w:lineRule="exact"/>
            </w:pPr>
          </w:p>
        </w:tc>
      </w:tr>
    </w:tbl>
    <w:p>
      <w:pPr>
        <w:spacing w:before="0" w:after="0" w:line="57" w:lineRule="exact"/>
      </w:pPr>
    </w:p>
    <w:p>
      <w:pPr>
        <w:spacing w:before="0" w:after="20" w:line="260" w:lineRule="exact"/>
        <w:jc w:val="righ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以上</w:t>
      </w:r>
    </w:p>
    <w:tbl>
      <w:tblPr>
        <w:tblW w:type="dxa" w:w="9978"/>
        <w:tblInd w:w="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7257"/>
        <w:gridCol w:w="1361"/>
        <w:gridCol w:w="1361"/>
      </w:tblGrid>
      <w:tr>
        <w:trPr>
          <w:cantSplit/>
          <w:trHeight w:val="312" w:hRule="atLeast"/>
        </w:trPr>
        <w:tc>
          <w:tcPr>
            <w:tcW w:type="dxa" w:w="7257"/>
            <w:tcMar>
              <w:top w:w="28" w:type="dxa"/>
              <w:bottom w:w="28" w:type="dxa"/>
              <w:left w:w="57" w:type="dxa"/>
              <w:right w:w="57" w:type="dxa"/>
            </w:tcMar>
            <w:tcBorders>
              <w:top w:val="nil"/>
              <w:bottom w:val="nil"/>
              <w:left w:val="nil"/>
              <w:right w:val="nil"/>
            </w:tcBorders>
          </w:tcPr>
          <w:p/>
        </w:tc>
        <w:tc>
          <w:tcPr>
            <w:tcW w:type="dxa" w:w="1361"/>
            <w:tcMar>
              <w:top w:w="28" w:type="dxa"/>
              <w:bottom w:w="28" w:type="dxa"/>
              <w:left w:w="57" w:type="dxa"/>
              <w:right w:w="57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keepNext/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B3A5C"/>
                <w:sz w:val="16"/>
              </w:rPr>
              <w:t>承認</w:t>
            </w:r>
          </w:p>
        </w:tc>
        <w:tc>
          <w:tcPr>
            <w:tcW w:type="dxa" w:w="1361"/>
            <w:tcMar>
              <w:top w:w="28" w:type="dxa"/>
              <w:bottom w:w="28" w:type="dxa"/>
              <w:left w:w="57" w:type="dxa"/>
              <w:right w:w="57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keepNext/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B3A5C"/>
                <w:sz w:val="16"/>
              </w:rPr>
              <w:t>確認</w:t>
            </w:r>
          </w:p>
        </w:tc>
      </w:tr>
      <w:tr>
        <w:trPr>
          <w:cantSplit/>
          <w:trHeight w:val="652" w:hRule="atLeast"/>
        </w:trPr>
        <w:tc>
          <w:tcPr>
            <w:tcW w:type="dxa" w:w="7257"/>
            <w:tcMar>
              <w:top w:w="28" w:type="dxa"/>
              <w:bottom w:w="28" w:type="dxa"/>
              <w:left w:w="57" w:type="dxa"/>
              <w:right w:w="57" w:type="dxa"/>
            </w:tcMar>
            <w:tcBorders>
              <w:top w:val="nil"/>
              <w:bottom w:val="nil"/>
              <w:left w:val="nil"/>
              <w:right w:val="nil"/>
            </w:tcBorders>
          </w:tcPr>
          <w:p/>
        </w:tc>
        <w:tc>
          <w:tcPr>
            <w:tcW w:type="dxa" w:w="1361"/>
            <w:tcMar>
              <w:top w:w="28" w:type="dxa"/>
              <w:bottom w:w="28" w:type="dxa"/>
              <w:left w:w="57" w:type="dxa"/>
              <w:right w:w="57" w:type="dxa"/>
            </w:tcMar>
            <w:tcBorders>
              <w:top w:val="nil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/>
        </w:tc>
        <w:tc>
          <w:tcPr>
            <w:tcW w:type="dxa" w:w="1361"/>
            <w:tcMar>
              <w:top w:w="28" w:type="dxa"/>
              <w:bottom w:w="28" w:type="dxa"/>
              <w:left w:w="57" w:type="dxa"/>
              <w:right w:w="57" w:type="dxa"/>
            </w:tcMar>
            <w:tcBorders>
              <w:top w:val="nil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/>
        </w:tc>
      </w:tr>
    </w:tbl>
    <w:p>
      <w:pPr>
        <w:spacing w:before="0" w:after="0" w:line="28" w:lineRule="exact"/>
      </w:pPr>
    </w:p>
    <w:p>
      <w:pPr>
        <w:spacing w:before="0" w:after="0" w:line="28" w:lineRule="exact"/>
      </w:pPr>
      <w:r>
        <w:br w:type="page"/>
      </w:r>
    </w:p>
    <w:p>
      <w:pPr>
        <w:pStyle w:val="Heading1"/>
        <w:keepNext/>
        <w:spacing w:line="240" w:lineRule="auto" w:before="40" w:after="80"/>
        <w:jc w:val="center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顛　末　書</w:t>
      </w:r>
    </w:p>
    <w:p>
      <w:pPr>
        <w:spacing w:before="0" w:after="40" w:line="250" w:lineRule="exact"/>
        <w:jc w:val="righ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令和　　年　　月　　日</w:t>
      </w:r>
    </w:p>
    <w:tbl>
      <w:tblPr>
        <w:tblW w:type="dxa" w:w="9978"/>
        <w:tblInd w:w="2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89"/>
        <w:gridCol w:w="4789"/>
      </w:tblGrid>
      <w:tr>
        <w:trPr>
          <w:cantSplit/>
        </w:trPr>
        <w:tc>
          <w:tcPr>
            <w:tcW w:type="dxa" w:w="5189"/>
            <w:tcMar>
              <w:top w:w="11" w:type="dxa"/>
              <w:bottom w:w="11" w:type="dxa"/>
              <w:left w:w="28" w:type="dxa"/>
              <w:right w:w="28" w:type="dxa"/>
            </w:tcMar>
          </w:tcPr>
          <w:p>
            <w:pPr>
              <w:spacing w:before="0" w:after="20" w:line="25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（取引先の会社名）　御中</w:t>
            </w:r>
          </w:p>
          <w:p>
            <w:pPr>
              <w:spacing w:before="0" w:after="20" w:line="25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（部署・担当者名）　様</w:t>
            </w:r>
          </w:p>
        </w:tc>
        <w:tc>
          <w:tcPr>
            <w:tcW w:type="dxa" w:w="4789"/>
            <w:tcMar>
              <w:top w:w="11" w:type="dxa"/>
              <w:bottom w:w="11" w:type="dxa"/>
              <w:left w:w="28" w:type="dxa"/>
              <w:right w:w="28" w:type="dxa"/>
            </w:tcMar>
          </w:tcPr>
          <w:p>
            <w:pPr>
              <w:spacing w:before="0" w:after="20" w:line="250" w:lineRule="exact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（自社の会社名）</w:t>
            </w:r>
          </w:p>
          <w:p>
            <w:pPr>
              <w:spacing w:before="0" w:after="20" w:line="250" w:lineRule="exact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（部署・役職・氏名）　印</w:t>
            </w:r>
          </w:p>
        </w:tc>
      </w:tr>
    </w:tbl>
    <w:p>
      <w:pPr>
        <w:spacing w:before="0" w:after="0" w:line="68" w:lineRule="exact"/>
      </w:pPr>
    </w:p>
    <w:p>
      <w:pPr>
        <w:spacing w:before="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件名　（事案の名称）に関するご報告とおわび</w:t>
      </w:r>
    </w:p>
    <w:p>
      <w:pPr>
        <w:spacing w:before="0" w:after="60" w:line="260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このたびは、（事案の内容）によりご迷惑をおかけしましたことを、深くおわび申し上げます。事実関係と当社の対応を、下記のとおりご報告いたします。</w:t>
      </w:r>
    </w:p>
    <w:tbl>
      <w:tblPr>
        <w:tblW w:type="dxa" w:w="9978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84"/>
        <w:gridCol w:w="7994"/>
      </w:tblGrid>
      <w:tr>
        <w:trPr>
          <w:cantSplit/>
          <w:trHeight w:val="482" w:hRule="atLeast"/>
        </w:trPr>
        <w:tc>
          <w:tcPr>
            <w:tcW w:type="dxa" w:w="1984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事案の名称</w:t>
            </w:r>
          </w:p>
        </w:tc>
        <w:tc>
          <w:tcPr>
            <w:tcW w:type="dxa" w:w="799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0" w:line="244" w:lineRule="exact"/>
            </w:pPr>
          </w:p>
        </w:tc>
      </w:tr>
      <w:tr>
        <w:trPr>
          <w:cantSplit/>
          <w:trHeight w:val="454" w:hRule="atLeast"/>
        </w:trPr>
        <w:tc>
          <w:tcPr>
            <w:tcW w:type="dxa" w:w="1984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発生日時</w:t>
            </w:r>
          </w:p>
        </w:tc>
        <w:tc>
          <w:tcPr>
            <w:tcW w:type="dxa" w:w="799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30" w:line="24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令和　　年　　月　　日　　時　　分頃</w:t>
            </w:r>
          </w:p>
        </w:tc>
      </w:tr>
      <w:tr>
        <w:trPr>
          <w:cantSplit/>
          <w:trHeight w:val="482" w:hRule="atLeast"/>
        </w:trPr>
        <w:tc>
          <w:tcPr>
            <w:tcW w:type="dxa" w:w="1984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発生場所</w:t>
            </w:r>
          </w:p>
        </w:tc>
        <w:tc>
          <w:tcPr>
            <w:tcW w:type="dxa" w:w="799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0" w:line="244" w:lineRule="exact"/>
            </w:pPr>
          </w:p>
        </w:tc>
      </w:tr>
      <w:tr>
        <w:trPr>
          <w:cantSplit/>
          <w:trHeight w:val="1474" w:hRule="atLeast"/>
        </w:trPr>
        <w:tc>
          <w:tcPr>
            <w:tcW w:type="dxa" w:w="1984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事実経過</w:t>
            </w:r>
          </w:p>
          <w:p>
            <w:pPr>
              <w:spacing w:before="0" w:after="0" w:line="19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4"/>
              </w:rPr>
              <w:t>（時系列・事実のみ）</w:t>
            </w:r>
          </w:p>
        </w:tc>
        <w:tc>
          <w:tcPr>
            <w:tcW w:type="dxa" w:w="799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30" w:line="24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 xml:space="preserve">　　月　　日　　時　　分　</w:t>
            </w:r>
          </w:p>
          <w:p>
            <w:pPr>
              <w:spacing w:before="0" w:after="30" w:line="24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 xml:space="preserve">　　月　　日　　時　　分　</w:t>
            </w:r>
          </w:p>
          <w:p>
            <w:pPr>
              <w:spacing w:before="0" w:after="30" w:line="24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 xml:space="preserve">　　月　　日　　時　　分　</w:t>
            </w:r>
          </w:p>
        </w:tc>
      </w:tr>
      <w:tr>
        <w:trPr>
          <w:cantSplit/>
          <w:trHeight w:val="850" w:hRule="atLeast"/>
        </w:trPr>
        <w:tc>
          <w:tcPr>
            <w:tcW w:type="dxa" w:w="1984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原因</w:t>
            </w:r>
          </w:p>
        </w:tc>
        <w:tc>
          <w:tcPr>
            <w:tcW w:type="dxa" w:w="799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0" w:line="244" w:lineRule="exact"/>
            </w:pPr>
          </w:p>
        </w:tc>
      </w:tr>
      <w:tr>
        <w:trPr>
          <w:cantSplit/>
          <w:trHeight w:val="850" w:hRule="atLeast"/>
        </w:trPr>
        <w:tc>
          <w:tcPr>
            <w:tcW w:type="dxa" w:w="1984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貴社への影響</w:t>
            </w:r>
          </w:p>
        </w:tc>
        <w:tc>
          <w:tcPr>
            <w:tcW w:type="dxa" w:w="799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0" w:line="244" w:lineRule="exact"/>
            </w:pPr>
          </w:p>
        </w:tc>
      </w:tr>
      <w:tr>
        <w:trPr>
          <w:cantSplit/>
          <w:trHeight w:val="1134" w:hRule="atLeast"/>
        </w:trPr>
        <w:tc>
          <w:tcPr>
            <w:tcW w:type="dxa" w:w="1984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当社の対応</w:t>
            </w:r>
          </w:p>
          <w:p>
            <w:pPr>
              <w:spacing w:before="0" w:after="0" w:line="19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4"/>
              </w:rPr>
              <w:t>（実施済み・予定）</w:t>
            </w:r>
          </w:p>
        </w:tc>
        <w:tc>
          <w:tcPr>
            <w:tcW w:type="dxa" w:w="799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30" w:line="24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実施済み：</w:t>
            </w:r>
          </w:p>
          <w:p>
            <w:pPr>
              <w:spacing w:before="0" w:after="30" w:line="24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予定：</w:t>
            </w:r>
          </w:p>
        </w:tc>
      </w:tr>
      <w:tr>
        <w:trPr>
          <w:cantSplit/>
          <w:trHeight w:val="1020" w:hRule="atLeast"/>
        </w:trPr>
        <w:tc>
          <w:tcPr>
            <w:tcW w:type="dxa" w:w="1984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再発防止策</w:t>
            </w:r>
          </w:p>
          <w:p>
            <w:pPr>
              <w:spacing w:before="0" w:after="0" w:line="19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4"/>
              </w:rPr>
              <w:t>（内容・担当・期限）</w:t>
            </w:r>
          </w:p>
        </w:tc>
        <w:tc>
          <w:tcPr>
            <w:tcW w:type="dxa" w:w="799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30" w:line="24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1.</w:t>
            </w:r>
          </w:p>
          <w:p>
            <w:pPr>
              <w:spacing w:before="0" w:after="30" w:line="24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2.</w:t>
            </w:r>
          </w:p>
        </w:tc>
      </w:tr>
      <w:tr>
        <w:trPr>
          <w:cantSplit/>
          <w:trHeight w:val="680" w:hRule="atLeast"/>
        </w:trPr>
        <w:tc>
          <w:tcPr>
            <w:tcW w:type="dxa" w:w="1984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本件の連絡先</w:t>
            </w:r>
          </w:p>
        </w:tc>
        <w:tc>
          <w:tcPr>
            <w:tcW w:type="dxa" w:w="799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30" w:line="24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部署・氏名：</w:t>
            </w:r>
          </w:p>
          <w:p>
            <w:pPr>
              <w:spacing w:before="0" w:after="30" w:line="24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電話・メール：</w:t>
            </w:r>
          </w:p>
        </w:tc>
      </w:tr>
    </w:tbl>
    <w:p>
      <w:pPr>
        <w:spacing w:before="0" w:after="0" w:line="57" w:lineRule="exact"/>
      </w:pPr>
    </w:p>
    <w:p>
      <w:pPr>
        <w:spacing w:before="0" w:after="20" w:line="260" w:lineRule="exact"/>
        <w:jc w:val="righ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今後は再発防止に努めてまいります。</w:t>
      </w:r>
    </w:p>
    <w:p>
      <w:pPr>
        <w:spacing w:before="0" w:after="20" w:line="260" w:lineRule="exact"/>
        <w:jc w:val="righ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以上、ご報告申し上げます。</w:t>
      </w:r>
    </w:p>
    <w:sectPr w:rsidR="00FC693F" w:rsidRPr="0006063C" w:rsidSect="00034616">
      <w:footerReference w:type="default" r:id="rId9"/>
      <w:pgSz w:w="11906" w:h="16838"/>
      <w:pgMar w:top="964" w:right="964" w:bottom="964" w:left="964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40"/>
      <w:outlineLvl w:val="0"/>
    </w:pPr>
    <w:rPr>
      <w:rFonts w:ascii="Yu Gothic" w:hAnsi="Yu Gothic" w:eastAsia="Yu Gothic" w:cs="Yu Gothic"/>
      <w:b w:val="0"/>
      <w:bCs/>
      <w:i w:val="0"/>
      <w:color w:val="66707A"/>
      <w:sz w:val="1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Yu Gothic" w:hAnsi="Yu Gothic" w:eastAsia="Yu Gothic" w:cs="Yu Gothic"/>
      <w:b/>
      <w:bCs/>
      <w:i w:val="0"/>
      <w:color w:val="1B3A5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0"/>
      <w:contextualSpacing/>
    </w:pPr>
    <w:rPr>
      <w:rFonts w:ascii="Yu Mincho" w:hAnsi="Yu Mincho" w:eastAsia="Yu Mincho" w:cs="Yu Mincho"/>
      <w:b/>
      <w:i w:val="0"/>
      <w:color w:val="1B3A5C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顛末書テンプレート（白紙・社内向けと社外向け）</dc:title>
  <dc:subject>顛末書テンプレート</dc:subject>
  <dc:creator>template-free.jp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ja-JP</dc:language>
</cp:coreProperties>
</file>