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 w:after="60"/>
        <w:pBdr>
          <w:bottom w:val="double" w:sz="10" w:space="4" w:color="1B3A5C"/>
        </w:pBdr>
      </w:pPr>
      <w:r>
        <w:rPr>
          <w:rFonts w:ascii="Yu Mincho" w:hAnsi="Yu Mincho" w:eastAsia="Yu Mincho"/>
          <w:b/>
          <w:i w:val="0"/>
          <w:color w:val="1B3A5C"/>
          <w:sz w:val="36"/>
          <w:spacing w:val="36"/>
        </w:rPr>
        <w:t>退職届　テンプレート集（B5縦書き）</w:t>
      </w:r>
    </w:p>
    <w:p>
      <w:pPr>
        <w:spacing w:before="40" w:after="160" w:line="280" w:lineRule="exact"/>
      </w:pPr>
      <w:r>
        <w:rPr>
          <w:rFonts w:ascii="Yu Gothic" w:hAnsi="Yu Gothic" w:eastAsia="Yu Gothic"/>
          <w:b w:val="0"/>
          <w:i w:val="0"/>
          <w:color w:val="1A1A1A"/>
          <w:sz w:val="19"/>
        </w:rPr>
        <w:t>本書は退職届（B5縦書き）の文例を場面別にまとめたテンプレート集です。実際の便箋と同じ「上から下へ・右から左へ」読む縦書きレイアウトで、宛名・日付・所属・氏名欄を収録しています。13種類のバリエーション、書き方ガイド5ページ＋法律根拠、FAQ35問、退職交渉トラブル対応10ケースを同梱しています。</w:t>
      </w:r>
    </w:p>
    <w:p>
      <w:pPr>
        <w:keepNext/>
        <w:spacing w:before="60" w:after="40"/>
        <w:pBdr>
          <w:top w:val="double" w:sz="8" w:space="1" w:color="1B3A5C"/>
        </w:pBdr>
      </w:pPr>
      <w:r>
        <w:rPr>
          <w:rFonts w:ascii="Yu Gothic" w:hAnsi="Yu Gothic" w:eastAsia="Yu Gothic"/>
          <w:b/>
          <w:i w:val="0"/>
          <w:color w:val="1B3A5C"/>
          <w:sz w:val="22"/>
        </w:rPr>
        <w:t>目次</w:t>
      </w:r>
    </w:p>
    <w:p>
      <w:pPr>
        <w:spacing w:before="0" w:after="40" w:line="260" w:lineRule="exact"/>
      </w:pPr>
      <w:r>
        <w:rPr>
          <w:rFonts w:ascii="Yu Gothic" w:hAnsi="Yu Gothic" w:eastAsia="Yu Gothic"/>
          <w:b w:val="0"/>
          <w:i w:val="0"/>
          <w:color w:val="1A1A1A"/>
          <w:sz w:val="18"/>
        </w:rPr>
        <w:t>■ 退職届（縦書き）13種（一般・退職願・会社都合・契約満了・定年・健康・介護・結婚出産・転職・労働条件不一致・家庭の事情・引継ぎ記載あり・印刷用シンプル）</w:t>
      </w:r>
    </w:p>
    <w:p>
      <w:pPr>
        <w:spacing w:before="0" w:after="40" w:line="260" w:lineRule="exact"/>
      </w:pPr>
      <w:r>
        <w:rPr>
          <w:rFonts w:ascii="Yu Gothic" w:hAnsi="Yu Gothic" w:eastAsia="Yu Gothic"/>
          <w:b w:val="0"/>
          <w:i w:val="0"/>
          <w:color w:val="1A1A1A"/>
          <w:sz w:val="18"/>
        </w:rPr>
        <w:t>■ 書き方ガイド①〜⑤＋基本ルール＋法律根拠と留意点（条文引用）</w:t>
      </w:r>
    </w:p>
    <w:p>
      <w:pPr>
        <w:spacing w:before="0" w:after="40" w:line="260" w:lineRule="exact"/>
      </w:pPr>
      <w:r>
        <w:rPr>
          <w:rFonts w:ascii="Yu Gothic" w:hAnsi="Yu Gothic" w:eastAsia="Yu Gothic"/>
          <w:b w:val="0"/>
          <w:i w:val="0"/>
          <w:color w:val="1A1A1A"/>
          <w:sz w:val="18"/>
        </w:rPr>
        <w:t>■ FAQ 35問</w:t>
      </w:r>
    </w:p>
    <w:p>
      <w:pPr>
        <w:spacing w:before="0" w:after="40" w:line="260" w:lineRule="exact"/>
      </w:pPr>
      <w:r>
        <w:rPr>
          <w:rFonts w:ascii="Yu Gothic" w:hAnsi="Yu Gothic" w:eastAsia="Yu Gothic"/>
          <w:b w:val="0"/>
          <w:i w:val="0"/>
          <w:color w:val="1A1A1A"/>
          <w:sz w:val="18"/>
        </w:rPr>
        <w:t>■ 退職交渉トラブル対応集10ケース</w:t>
      </w:r>
    </w:p>
    <w:p>
      <w:pPr>
        <w:spacing w:before="0" w:after="40" w:line="260" w:lineRule="exact"/>
      </w:pPr>
      <w:r>
        <w:rPr>
          <w:rFonts w:ascii="Yu Gothic" w:hAnsi="Yu Gothic" w:eastAsia="Yu Gothic"/>
          <w:b w:val="0"/>
          <w:i w:val="0"/>
          <w:color w:val="1A1A1A"/>
          <w:sz w:val="18"/>
        </w:rPr>
        <w:t>■ 郵送・手渡しテンプレート</w:t>
      </w:r>
    </w:p>
    <w:p>
      <w:pPr>
        <w:spacing w:before="0" w:after="40" w:line="260" w:lineRule="exact"/>
      </w:pPr>
      <w:r>
        <w:rPr>
          <w:rFonts w:ascii="Yu Gothic" w:hAnsi="Yu Gothic" w:eastAsia="Yu Gothic"/>
          <w:b w:val="0"/>
          <w:i w:val="0"/>
          <w:color w:val="1A1A1A"/>
          <w:sz w:val="18"/>
        </w:rPr>
        <w:t>■ 縦書きと横書きの使い分けガイド</w:t>
      </w:r>
    </w:p>
    <w:p>
      <w:pPr>
        <w:spacing w:before="0" w:after="0" w:line="28" w:lineRule="exact"/>
      </w:pPr>
      <w:r>
        <w:br w:type="page"/>
      </w:r>
    </w:p>
    <w:p>
      <w:pPr>
        <w:spacing w:before="0" w:after="60"/>
      </w:pPr>
      <w:r>
        <w:rPr>
          <w:rFonts w:ascii="Yu Gothic" w:hAnsi="Yu Gothic" w:eastAsia="Yu Gothic"/>
          <w:b w:val="0"/>
          <w:i w:val="0"/>
          <w:color w:val="66707A"/>
          <w:sz w:val="15"/>
        </w:rPr>
        <w:t>退職届テンプレート（B5縦書き）／標準（一般・自己都合）</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このたび、一身上の都合により、来る令和　年　月　日をもって退職いたしたく、ここにお届け申し上げます。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退職届テンプレート（B5縦書き）／退職願（合意退職を希望する場合・打診段階）</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願</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このたび、一身上の都合により、来る令和　年　月　日をもって退職いたしたく、ここにお願い申し上げます。</w:t>
            </w:r>
          </w:p>
          <w:p>
            <w:pPr>
              <w:spacing w:before="0" w:after="0" w:line="360" w:lineRule="exact"/>
            </w:pPr>
            <w:r>
              <w:rPr>
                <w:rFonts w:ascii="Yu Gothic" w:hAnsi="Yu Gothic" w:eastAsia="Yu Gothic"/>
                <w:b w:val="0"/>
                <w:i w:val="0"/>
                <w:color w:val="1A1A1A"/>
                <w:sz w:val="25"/>
              </w:rPr>
              <w:t>ご検討のほど、よろしくお願い申し上げます。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退職届テンプレート（B5縦書き）／会社都合退職の場合</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貴社の事業縮小に伴う退職勧奨を受け、これに応じる形で、来る令和　年　月　日をもって退職いたしたく、ここにお届け申し上げます。</w:t>
            </w:r>
          </w:p>
          <w:p>
            <w:pPr>
              <w:spacing w:before="0" w:after="0" w:line="360" w:lineRule="exact"/>
            </w:pPr>
            <w:r>
              <w:rPr>
                <w:rFonts w:ascii="Yu Gothic" w:hAnsi="Yu Gothic" w:eastAsia="Yu Gothic"/>
                <w:b w:val="0"/>
                <w:i w:val="0"/>
                <w:color w:val="1A1A1A"/>
                <w:sz w:val="25"/>
              </w:rPr>
              <w:t>なお、本退職は会社都合退職であることを確認いたします。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退職届テンプレート（B5縦書き）／契約期間満了による場合・契約社員</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労働契約期間満了に伴い、令和　年　月　日をもって退職いたしたく、ここにお届け申し上げます。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退職届テンプレート（B5縦書き）／定年退職の場合</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就業規則に定める定年に達しましたので、令和　年　月　日をもって退職いたしたく、ここにお届け申し上げます。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退職届テンプレート（B5縦書き）／健康上の理由を明示する場合</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このたび、健康上の理由により業務継続が困難となりましたため、令和　年　月　日をもって退職いたしたく、ここにお届け申し上げます。</w:t>
            </w:r>
          </w:p>
          <w:p>
            <w:pPr>
              <w:spacing w:before="0" w:after="0" w:line="360" w:lineRule="exact"/>
            </w:pPr>
            <w:r>
              <w:rPr>
                <w:rFonts w:ascii="Yu Gothic" w:hAnsi="Yu Gothic" w:eastAsia="Yu Gothic"/>
                <w:b w:val="0"/>
                <w:i w:val="0"/>
                <w:color w:val="1A1A1A"/>
                <w:sz w:val="25"/>
              </w:rPr>
              <w:t>在職中は格別のご厚情を賜り、誠にありがとうございました。</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退職届テンプレート（B5縦書き）／家族の介護を理由とする場合</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このたび、家族の介護に専念する必要が生じましたため、令和　年　月　日をもって退職いたしたく、ここにお届け申し上げます。</w:t>
            </w:r>
          </w:p>
          <w:p>
            <w:pPr>
              <w:spacing w:before="0" w:after="0" w:line="360" w:lineRule="exact"/>
            </w:pPr>
            <w:r>
              <w:rPr>
                <w:rFonts w:ascii="Yu Gothic" w:hAnsi="Yu Gothic" w:eastAsia="Yu Gothic"/>
                <w:b w:val="0"/>
                <w:i w:val="0"/>
                <w:color w:val="1A1A1A"/>
                <w:sz w:val="25"/>
              </w:rPr>
              <w:t>在職中は格別のご厚情を賜り、誠にありがとうございました。</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退職届テンプレート（B5縦書き）／結婚・出産を理由とする場合</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このたび、結婚（または出産）に伴う家庭の事情により、令和　年　月　日をもって退職いたしたく、ここにお届け申し上げます。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退職届テンプレート（B5縦書き）／転職を理由とする場合・原則「一身上の都合」推奨</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このたび、一身上の都合により、令和　年　月　日をもって退職いたしたく、ここにお届け申し上げます。</w:t>
            </w:r>
          </w:p>
          <w:p>
            <w:pPr>
              <w:spacing w:before="0" w:after="0" w:line="360" w:lineRule="exact"/>
            </w:pPr>
            <w:r>
              <w:rPr>
                <w:rFonts w:ascii="Yu Gothic" w:hAnsi="Yu Gothic" w:eastAsia="Yu Gothic"/>
                <w:b w:val="0"/>
                <w:i w:val="0"/>
                <w:color w:val="1A1A1A"/>
                <w:sz w:val="25"/>
              </w:rPr>
              <w:t>※ 転職先の社名・業種等は記載不要。「一身上の都合」が原則です。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退職届テンプレート（B5縦書き）／労働条件不一致・パワハラ等を理由とする場合・会社都合主張</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労働契約時の労働条件と現実の労働条件との重大な相違（または職場でのハラスメント等）により、令和　年　月　日をもって退職いたしたく、ここにお届け申し上げます。</w:t>
            </w:r>
          </w:p>
          <w:p>
            <w:pPr>
              <w:spacing w:before="0" w:after="0" w:line="360" w:lineRule="exact"/>
            </w:pPr>
            <w:r>
              <w:rPr>
                <w:rFonts w:ascii="Yu Gothic" w:hAnsi="Yu Gothic" w:eastAsia="Yu Gothic"/>
                <w:b w:val="0"/>
                <w:i w:val="0"/>
                <w:color w:val="1A1A1A"/>
                <w:sz w:val="25"/>
              </w:rPr>
              <w:t>なお、本退職は会社都合退職に該当するものと考えます。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退職届テンプレート（B5縦書き）／家庭の事情・汎用版</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私儀、</w:t>
            </w:r>
          </w:p>
          <w:p>
            <w:pPr>
              <w:spacing w:before="0" w:after="0" w:line="360" w:lineRule="exact"/>
            </w:pPr>
            <w:r>
              <w:rPr>
                <w:rFonts w:ascii="Yu Gothic" w:hAnsi="Yu Gothic" w:eastAsia="Yu Gothic"/>
                <w:b w:val="0"/>
                <w:i w:val="0"/>
                <w:color w:val="1A1A1A"/>
                <w:sz w:val="25"/>
              </w:rPr>
              <w:t>この度、家庭の事情により、令和　年　月　日をもって退職いたします。</w:t>
            </w:r>
          </w:p>
          <w:p>
            <w:pPr>
              <w:spacing w:before="0" w:after="0" w:line="360" w:lineRule="exact"/>
            </w:pPr>
            <w:r>
              <w:rPr>
                <w:rFonts w:ascii="Yu Gothic" w:hAnsi="Yu Gothic" w:eastAsia="Yu Gothic"/>
                <w:b w:val="0"/>
                <w:i w:val="0"/>
                <w:color w:val="1A1A1A"/>
                <w:sz w:val="25"/>
              </w:rPr>
              <w:t>今までお世話になりました。</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退職届テンプレート（B5縦書き）／引継ぎ記載あり</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この度、一身上の都合により、令和　年　月　日をもって退職いたします。</w:t>
            </w:r>
          </w:p>
          <w:p>
            <w:pPr>
              <w:spacing w:before="0" w:after="0" w:line="360" w:lineRule="exact"/>
            </w:pPr>
            <w:r>
              <w:rPr>
                <w:rFonts w:ascii="Yu Gothic" w:hAnsi="Yu Gothic" w:eastAsia="Yu Gothic"/>
                <w:b w:val="0"/>
                <w:i w:val="0"/>
                <w:color w:val="1A1A1A"/>
                <w:sz w:val="25"/>
              </w:rPr>
              <w:t>なお、業務の引継ぎは　　　　　　　　　に行います。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退職届テンプレート（B5縦書き）／印刷用（シンプル）</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私事、この度、一身上の都合により、令和　年　月　日をもって退職いたします。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書き方ガイド① 退職届と退職願の違い・使い分け</w:t>
      </w:r>
    </w:p>
    <w:p>
      <w:pPr>
        <w:keepNext/>
        <w:spacing w:before="60" w:after="40"/>
        <w:pBdr>
          <w:top w:val="double" w:sz="8" w:space="1" w:color="1B3A5C"/>
        </w:pBdr>
      </w:pPr>
      <w:r>
        <w:rPr>
          <w:rFonts w:ascii="Yu Gothic" w:hAnsi="Yu Gothic" w:eastAsia="Yu Gothic"/>
          <w:b/>
          <w:i w:val="0"/>
          <w:color w:val="1B3A5C"/>
          <w:sz w:val="22"/>
        </w:rPr>
        <w:t>1. 退職届（たいしょくとどけ）</w:t>
      </w:r>
    </w:p>
    <w:p>
      <w:pPr>
        <w:spacing w:before="0" w:after="60" w:line="280" w:lineRule="exact"/>
      </w:pPr>
      <w:r>
        <w:rPr>
          <w:rFonts w:ascii="Yu Gothic" w:hAnsi="Yu Gothic" w:eastAsia="Yu Gothic"/>
          <w:b w:val="0"/>
          <w:i w:val="0"/>
          <w:color w:val="1A1A1A"/>
          <w:sz w:val="19"/>
        </w:rPr>
        <w:t>・労働者の一方的な労働契約解約の意思表示（民法627条）</w:t>
      </w:r>
    </w:p>
    <w:p>
      <w:pPr>
        <w:spacing w:before="0" w:after="60" w:line="280" w:lineRule="exact"/>
      </w:pPr>
      <w:r>
        <w:rPr>
          <w:rFonts w:ascii="Yu Gothic" w:hAnsi="Yu Gothic" w:eastAsia="Yu Gothic"/>
          <w:b w:val="0"/>
          <w:i w:val="0"/>
          <w:color w:val="1A1A1A"/>
          <w:sz w:val="19"/>
        </w:rPr>
        <w:t>・会社に届いた後は、原則として撤回できないと考えられている（合意退職の申込みである退職願とは扱いが異なる）</w:t>
      </w:r>
    </w:p>
    <w:p>
      <w:pPr>
        <w:spacing w:before="0" w:after="60" w:line="280" w:lineRule="exact"/>
      </w:pPr>
      <w:r>
        <w:rPr>
          <w:rFonts w:ascii="Yu Gothic" w:hAnsi="Yu Gothic" w:eastAsia="Yu Gothic"/>
          <w:b w:val="0"/>
          <w:i w:val="0"/>
          <w:color w:val="1A1A1A"/>
          <w:sz w:val="19"/>
        </w:rPr>
        <w:t>・期間の定めのない雇用契約の場合、提出から2週間経過で雇用契約終了（民法627条1項）</w:t>
      </w:r>
    </w:p>
    <w:p>
      <w:pPr>
        <w:spacing w:before="0" w:after="60" w:line="280" w:lineRule="exact"/>
      </w:pPr>
      <w:r>
        <w:rPr>
          <w:rFonts w:ascii="Yu Gothic" w:hAnsi="Yu Gothic" w:eastAsia="Yu Gothic"/>
          <w:b w:val="0"/>
          <w:i w:val="0"/>
          <w:color w:val="1A1A1A"/>
          <w:sz w:val="19"/>
        </w:rPr>
        <w:t>・会社の承諾は不要（ただし就業規則の規定があれば、それに従うのが慣行）</w:t>
      </w:r>
    </w:p>
    <w:p>
      <w:pPr>
        <w:keepNext/>
        <w:spacing w:before="60" w:after="40"/>
        <w:pBdr>
          <w:top w:val="double" w:sz="8" w:space="1" w:color="1B3A5C"/>
        </w:pBdr>
      </w:pPr>
      <w:r>
        <w:rPr>
          <w:rFonts w:ascii="Yu Gothic" w:hAnsi="Yu Gothic" w:eastAsia="Yu Gothic"/>
          <w:b/>
          <w:i w:val="0"/>
          <w:color w:val="1B3A5C"/>
          <w:sz w:val="22"/>
        </w:rPr>
        <w:t>2. 退職願（たいしょくねがい）</w:t>
      </w:r>
    </w:p>
    <w:p>
      <w:pPr>
        <w:spacing w:before="0" w:after="60" w:line="280" w:lineRule="exact"/>
      </w:pPr>
      <w:r>
        <w:rPr>
          <w:rFonts w:ascii="Yu Gothic" w:hAnsi="Yu Gothic" w:eastAsia="Yu Gothic"/>
          <w:b w:val="0"/>
          <w:i w:val="0"/>
          <w:color w:val="1A1A1A"/>
          <w:sz w:val="19"/>
        </w:rPr>
        <w:t>・合意退職（労働契約解約の合意）を希望する意思表示</w:t>
      </w:r>
    </w:p>
    <w:p>
      <w:pPr>
        <w:spacing w:before="0" w:after="60" w:line="280" w:lineRule="exact"/>
      </w:pPr>
      <w:r>
        <w:rPr>
          <w:rFonts w:ascii="Yu Gothic" w:hAnsi="Yu Gothic" w:eastAsia="Yu Gothic"/>
          <w:b w:val="0"/>
          <w:i w:val="0"/>
          <w:color w:val="1A1A1A"/>
          <w:sz w:val="19"/>
        </w:rPr>
        <w:t>・会社が承諾するまでは撤回できる余地がある（どちらに当たるかは、題名だけでなく文面や状況で判断される）</w:t>
      </w:r>
    </w:p>
    <w:p>
      <w:pPr>
        <w:spacing w:before="0" w:after="60" w:line="280" w:lineRule="exact"/>
      </w:pPr>
      <w:r>
        <w:rPr>
          <w:rFonts w:ascii="Yu Gothic" w:hAnsi="Yu Gothic" w:eastAsia="Yu Gothic"/>
          <w:b w:val="0"/>
          <w:i w:val="0"/>
          <w:color w:val="1A1A1A"/>
          <w:sz w:val="19"/>
        </w:rPr>
        <w:t>・承諾権限者（人事部長・取締役等）の承諾により合意退職成立</w:t>
      </w:r>
    </w:p>
    <w:p>
      <w:pPr>
        <w:spacing w:before="0" w:after="60" w:line="280" w:lineRule="exact"/>
      </w:pPr>
      <w:r>
        <w:rPr>
          <w:rFonts w:ascii="Yu Gothic" w:hAnsi="Yu Gothic" w:eastAsia="Yu Gothic"/>
          <w:b w:val="0"/>
          <w:i w:val="0"/>
          <w:color w:val="1A1A1A"/>
          <w:sz w:val="19"/>
        </w:rPr>
        <w:t>・円満退職を希望する場合に推奨</w:t>
      </w:r>
    </w:p>
    <w:p>
      <w:pPr>
        <w:keepNext/>
        <w:spacing w:before="60" w:after="40"/>
        <w:pBdr>
          <w:top w:val="double" w:sz="8" w:space="1" w:color="1B3A5C"/>
        </w:pBdr>
      </w:pPr>
      <w:r>
        <w:rPr>
          <w:rFonts w:ascii="Yu Gothic" w:hAnsi="Yu Gothic" w:eastAsia="Yu Gothic"/>
          <w:b/>
          <w:i w:val="0"/>
          <w:color w:val="1B3A5C"/>
          <w:sz w:val="22"/>
        </w:rPr>
        <w:t>3. 辞表（じひょう）</w:t>
      </w:r>
    </w:p>
    <w:p>
      <w:pPr>
        <w:spacing w:before="0" w:after="60" w:line="280" w:lineRule="exact"/>
      </w:pPr>
      <w:r>
        <w:rPr>
          <w:rFonts w:ascii="Yu Gothic" w:hAnsi="Yu Gothic" w:eastAsia="Yu Gothic"/>
          <w:b w:val="0"/>
          <w:i w:val="0"/>
          <w:color w:val="1A1A1A"/>
          <w:sz w:val="19"/>
        </w:rPr>
        <w:t>・一般に、会社の役員が辞任するときや公務員が辞職するときの書面をこう呼ぶ（法令で決まった名前ではない）</w:t>
      </w:r>
    </w:p>
    <w:p>
      <w:pPr>
        <w:spacing w:before="0" w:after="60" w:line="280" w:lineRule="exact"/>
      </w:pPr>
      <w:r>
        <w:rPr>
          <w:rFonts w:ascii="Yu Gothic" w:hAnsi="Yu Gothic" w:eastAsia="Yu Gothic"/>
          <w:b w:val="0"/>
          <w:i w:val="0"/>
          <w:color w:val="1A1A1A"/>
          <w:sz w:val="19"/>
        </w:rPr>
        <w:t>・一般従業員は「退職届」または「退職願」が適切</w:t>
      </w:r>
    </w:p>
    <w:p>
      <w:pPr>
        <w:spacing w:before="0" w:after="0" w:line="57" w:lineRule="exact"/>
      </w:pPr>
    </w:p>
    <w:p>
      <w:pPr>
        <w:keepNext/>
        <w:spacing w:before="60" w:after="40"/>
        <w:pBdr>
          <w:top w:val="double" w:sz="8" w:space="1" w:color="1B3A5C"/>
        </w:pBdr>
      </w:pPr>
      <w:r>
        <w:rPr>
          <w:rFonts w:ascii="Yu Gothic" w:hAnsi="Yu Gothic" w:eastAsia="Yu Gothic"/>
          <w:b/>
          <w:i w:val="0"/>
          <w:color w:val="1B3A5C"/>
          <w:sz w:val="22"/>
        </w:rPr>
        <w:t>4. 使い分け早見表</w:t>
      </w:r>
    </w:p>
    <w:tbl>
      <w:tblPr>
        <w:tblW w:type="dxa" w:w="8277"/>
        <w:tblInd w:w="113" w:type="dxa"/>
        <w:tblBorders>
          <w:top w:val="nil"/>
          <w:left w:val="nil"/>
          <w:bottom w:val="nil"/>
          <w:right w:val="nil"/>
          <w:insideH w:val="nil"/>
          <w:insideV w:val="nil"/>
        </w:tblBorders>
        <w:tblLayout w:type="fixed"/>
      </w:tblPr>
      <w:tblGrid>
        <w:gridCol w:w="4139"/>
        <w:gridCol w:w="2069"/>
        <w:gridCol w:w="2069"/>
      </w:tblGrid>
      <w:tr>
        <w:trPr>
          <w:cantSplit/>
          <w:trHeight w:val="425" w:hRule="atLeast"/>
        </w:trPr>
        <w:tc>
          <w:tcPr>
            <w:tcW w:type="dxa" w:w="4139"/>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i w:val="0"/>
                <w:color w:val="FFFFFF"/>
                <w:sz w:val="18"/>
              </w:rPr>
              <w:t>シーン</w:t>
            </w:r>
          </w:p>
        </w:tc>
        <w:tc>
          <w:tcPr>
            <w:tcW w:type="dxa" w:w="2069"/>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pPr>
            <w:r>
              <w:rPr>
                <w:rFonts w:ascii="Yu Gothic" w:hAnsi="Yu Gothic" w:eastAsia="Yu Gothic"/>
                <w:b/>
                <w:i w:val="0"/>
                <w:color w:val="FFFFFF"/>
                <w:sz w:val="18"/>
              </w:rPr>
              <w:t>推奨書式</w:t>
            </w:r>
          </w:p>
        </w:tc>
        <w:tc>
          <w:tcPr>
            <w:tcW w:type="dxa" w:w="2069"/>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pPr>
            <w:r>
              <w:rPr>
                <w:rFonts w:ascii="Yu Gothic" w:hAnsi="Yu Gothic" w:eastAsia="Yu Gothic"/>
                <w:b/>
                <w:i w:val="0"/>
                <w:color w:val="FFFFFF"/>
                <w:sz w:val="18"/>
              </w:rPr>
              <w:t>撤回可否</w:t>
            </w:r>
          </w:p>
        </w:tc>
      </w:tr>
      <w:tr>
        <w:trPr>
          <w:cantSplit/>
          <w:trHeight w:val="482" w:hRule="atLeast"/>
        </w:trPr>
        <w:tc>
          <w:tcPr>
            <w:tcW w:type="dxa" w:w="4139"/>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確実に辞めたい・意志固い</w:t>
            </w:r>
          </w:p>
        </w:tc>
        <w:tc>
          <w:tcPr>
            <w:tcW w:type="dxa" w:w="2069"/>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退職届</w:t>
            </w:r>
          </w:p>
        </w:tc>
        <w:tc>
          <w:tcPr>
            <w:tcW w:type="dxa" w:w="2069"/>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原則不可</w:t>
            </w:r>
          </w:p>
        </w:tc>
      </w:tr>
      <w:tr>
        <w:trPr>
          <w:cantSplit/>
          <w:trHeight w:val="482" w:hRule="atLeast"/>
        </w:trPr>
        <w:tc>
          <w:tcPr>
            <w:tcW w:type="dxa" w:w="4139"/>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円満退職・会社と相談</w:t>
            </w:r>
          </w:p>
        </w:tc>
        <w:tc>
          <w:tcPr>
            <w:tcW w:type="dxa" w:w="2069"/>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退職願</w:t>
            </w:r>
          </w:p>
        </w:tc>
        <w:tc>
          <w:tcPr>
            <w:tcW w:type="dxa" w:w="2069"/>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承諾前は可</w:t>
            </w:r>
          </w:p>
        </w:tc>
      </w:tr>
      <w:tr>
        <w:trPr>
          <w:cantSplit/>
          <w:trHeight w:val="482" w:hRule="atLeast"/>
        </w:trPr>
        <w:tc>
          <w:tcPr>
            <w:tcW w:type="dxa" w:w="4139"/>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役員・取締役の辞任</w:t>
            </w:r>
          </w:p>
        </w:tc>
        <w:tc>
          <w:tcPr>
            <w:tcW w:type="dxa" w:w="2069"/>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辞任届・辞表</w:t>
            </w:r>
          </w:p>
        </w:tc>
        <w:tc>
          <w:tcPr>
            <w:tcW w:type="dxa" w:w="2069"/>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原則不可</w:t>
            </w:r>
          </w:p>
        </w:tc>
      </w:tr>
      <w:tr>
        <w:trPr>
          <w:cantSplit/>
          <w:trHeight w:val="482" w:hRule="atLeast"/>
        </w:trPr>
        <w:tc>
          <w:tcPr>
            <w:tcW w:type="dxa" w:w="4139"/>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9"/>
              </w:rPr>
              <w:t>公務員の辞職</w:t>
            </w:r>
          </w:p>
        </w:tc>
        <w:tc>
          <w:tcPr>
            <w:tcW w:type="dxa" w:w="2069"/>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1A1A1A"/>
                <w:sz w:val="19"/>
              </w:rPr>
              <w:t>辞職願（書面で申出）</w:t>
            </w:r>
          </w:p>
        </w:tc>
        <w:tc>
          <w:tcPr>
            <w:tcW w:type="dxa" w:w="2069"/>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19"/>
              </w:rPr>
              <w:t>所属の人事担当に確認</w:t>
            </w:r>
          </w:p>
        </w:tc>
      </w:tr>
    </w:tbl>
    <w:p>
      <w:pPr>
        <w:spacing w:before="0" w:after="0" w:line="113" w:lineRule="exact"/>
      </w:pP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書き方ガイド② 退職届の書き方 7ステップ</w:t>
      </w:r>
    </w:p>
    <w:p>
      <w:pPr>
        <w:keepNext/>
        <w:spacing w:before="60" w:after="40"/>
        <w:pBdr>
          <w:top w:val="double" w:sz="8" w:space="1" w:color="1B3A5C"/>
        </w:pBdr>
      </w:pPr>
      <w:r>
        <w:rPr>
          <w:rFonts w:ascii="Yu Gothic" w:hAnsi="Yu Gothic" w:eastAsia="Yu Gothic"/>
          <w:b/>
          <w:i w:val="0"/>
          <w:color w:val="1B3A5C"/>
          <w:sz w:val="22"/>
        </w:rPr>
        <w:t>STEP1: タイトル</w:t>
      </w:r>
    </w:p>
    <w:p>
      <w:pPr>
        <w:spacing w:before="0" w:after="60" w:line="280" w:lineRule="exact"/>
      </w:pPr>
      <w:r>
        <w:rPr>
          <w:rFonts w:ascii="Yu Gothic" w:hAnsi="Yu Gothic" w:eastAsia="Yu Gothic"/>
          <w:b w:val="0"/>
          <w:i w:val="0"/>
          <w:color w:val="1A1A1A"/>
          <w:sz w:val="19"/>
        </w:rPr>
        <w:t>「退職届」または「退職願」と明記。中央に大きく書く（手書きの場合は楷書体）。</w:t>
      </w:r>
    </w:p>
    <w:p>
      <w:pPr>
        <w:keepNext/>
        <w:spacing w:before="60" w:after="40"/>
        <w:pBdr>
          <w:top w:val="double" w:sz="8" w:space="1" w:color="1B3A5C"/>
        </w:pBdr>
      </w:pPr>
      <w:r>
        <w:rPr>
          <w:rFonts w:ascii="Yu Gothic" w:hAnsi="Yu Gothic" w:eastAsia="Yu Gothic"/>
          <w:b/>
          <w:i w:val="0"/>
          <w:color w:val="1B3A5C"/>
          <w:sz w:val="22"/>
        </w:rPr>
        <w:t>STEP2: 書き出し</w:t>
      </w:r>
    </w:p>
    <w:p>
      <w:pPr>
        <w:spacing w:before="0" w:after="60" w:line="280" w:lineRule="exact"/>
      </w:pPr>
      <w:r>
        <w:rPr>
          <w:rFonts w:ascii="Yu Gothic" w:hAnsi="Yu Gothic" w:eastAsia="Yu Gothic"/>
          <w:b w:val="0"/>
          <w:i w:val="0"/>
          <w:color w:val="1A1A1A"/>
          <w:sz w:val="19"/>
        </w:rPr>
        <w:t>「私事、」または「私儀、」（わたくしぎ）と書く。右下に小さく書くのが伝統的形式。</w:t>
      </w:r>
    </w:p>
    <w:p>
      <w:pPr>
        <w:keepNext/>
        <w:spacing w:before="60" w:after="40"/>
        <w:pBdr>
          <w:top w:val="double" w:sz="8" w:space="1" w:color="1B3A5C"/>
        </w:pBdr>
      </w:pPr>
      <w:r>
        <w:rPr>
          <w:rFonts w:ascii="Yu Gothic" w:hAnsi="Yu Gothic" w:eastAsia="Yu Gothic"/>
          <w:b/>
          <w:i w:val="0"/>
          <w:color w:val="1B3A5C"/>
          <w:sz w:val="22"/>
        </w:rPr>
        <w:t>STEP3: 退職理由</w:t>
      </w:r>
    </w:p>
    <w:p>
      <w:pPr>
        <w:spacing w:before="0" w:after="60" w:line="280" w:lineRule="exact"/>
      </w:pPr>
      <w:r>
        <w:rPr>
          <w:rFonts w:ascii="Yu Gothic" w:hAnsi="Yu Gothic" w:eastAsia="Yu Gothic"/>
          <w:b w:val="0"/>
          <w:i w:val="0"/>
          <w:color w:val="1A1A1A"/>
          <w:sz w:val="19"/>
        </w:rPr>
        <w:t>「一身上の都合により」が原則。詳細な理由（転職先・上司との確執等）は記載しない。</w:t>
      </w:r>
    </w:p>
    <w:p>
      <w:pPr>
        <w:spacing w:before="0" w:after="60" w:line="280" w:lineRule="exact"/>
      </w:pPr>
      <w:r>
        <w:rPr>
          <w:rFonts w:ascii="Yu Gothic" w:hAnsi="Yu Gothic" w:eastAsia="Yu Gothic"/>
          <w:b w:val="0"/>
          <w:i w:val="0"/>
          <w:color w:val="1A1A1A"/>
          <w:sz w:val="19"/>
        </w:rPr>
        <w:t>※ 会社都合退職の場合のみ「貴社の事業縮小により」「退職勧奨に応じ」等を明記。</w:t>
      </w:r>
    </w:p>
    <w:p>
      <w:pPr>
        <w:keepNext/>
        <w:spacing w:before="60" w:after="40"/>
        <w:pBdr>
          <w:top w:val="double" w:sz="8" w:space="1" w:color="1B3A5C"/>
        </w:pBdr>
      </w:pPr>
      <w:r>
        <w:rPr>
          <w:rFonts w:ascii="Yu Gothic" w:hAnsi="Yu Gothic" w:eastAsia="Yu Gothic"/>
          <w:b/>
          <w:i w:val="0"/>
          <w:color w:val="1B3A5C"/>
          <w:sz w:val="22"/>
        </w:rPr>
        <w:t>STEP4: 退職日</w:t>
      </w:r>
    </w:p>
    <w:p>
      <w:pPr>
        <w:spacing w:before="0" w:after="60" w:line="280" w:lineRule="exact"/>
      </w:pPr>
      <w:r>
        <w:rPr>
          <w:rFonts w:ascii="Yu Gothic" w:hAnsi="Yu Gothic" w:eastAsia="Yu Gothic"/>
          <w:b w:val="0"/>
          <w:i w:val="0"/>
          <w:color w:val="1A1A1A"/>
          <w:sz w:val="19"/>
        </w:rPr>
        <w:t>「令和○年○月○日をもって退職いたします」と明記。提出日から2週間以上後（民法627条）または就業規則の定める期日後。</w:t>
      </w:r>
    </w:p>
    <w:p>
      <w:pPr>
        <w:keepNext/>
        <w:spacing w:before="60" w:after="40"/>
        <w:pBdr>
          <w:top w:val="double" w:sz="8" w:space="1" w:color="1B3A5C"/>
        </w:pBdr>
      </w:pPr>
      <w:r>
        <w:rPr>
          <w:rFonts w:ascii="Yu Gothic" w:hAnsi="Yu Gothic" w:eastAsia="Yu Gothic"/>
          <w:b/>
          <w:i w:val="0"/>
          <w:color w:val="1B3A5C"/>
          <w:sz w:val="22"/>
        </w:rPr>
        <w:t>STEP5: 結びの言葉</w:t>
      </w:r>
    </w:p>
    <w:p>
      <w:pPr>
        <w:spacing w:before="0" w:after="60" w:line="280" w:lineRule="exact"/>
      </w:pPr>
      <w:r>
        <w:rPr>
          <w:rFonts w:ascii="Yu Gothic" w:hAnsi="Yu Gothic" w:eastAsia="Yu Gothic"/>
          <w:b w:val="0"/>
          <w:i w:val="0"/>
          <w:color w:val="1A1A1A"/>
          <w:sz w:val="19"/>
        </w:rPr>
        <w:t>・退職届：「ここにお届け申し上げます」（一方的通告）</w:t>
      </w:r>
    </w:p>
    <w:p>
      <w:pPr>
        <w:spacing w:before="0" w:after="60" w:line="280" w:lineRule="exact"/>
      </w:pPr>
      <w:r>
        <w:rPr>
          <w:rFonts w:ascii="Yu Gothic" w:hAnsi="Yu Gothic" w:eastAsia="Yu Gothic"/>
          <w:b w:val="0"/>
          <w:i w:val="0"/>
          <w:color w:val="1A1A1A"/>
          <w:sz w:val="19"/>
        </w:rPr>
        <w:t>・退職願：「ここにお願い申し上げます」（合意希望）</w:t>
      </w:r>
    </w:p>
    <w:p>
      <w:pPr>
        <w:keepNext/>
        <w:spacing w:before="60" w:after="40"/>
        <w:pBdr>
          <w:top w:val="double" w:sz="8" w:space="1" w:color="1B3A5C"/>
        </w:pBdr>
      </w:pPr>
      <w:r>
        <w:rPr>
          <w:rFonts w:ascii="Yu Gothic" w:hAnsi="Yu Gothic" w:eastAsia="Yu Gothic"/>
          <w:b/>
          <w:i w:val="0"/>
          <w:color w:val="1B3A5C"/>
          <w:sz w:val="22"/>
        </w:rPr>
        <w:t>STEP6: 提出日・所属・氏名・印鑑</w:t>
      </w:r>
    </w:p>
    <w:p>
      <w:pPr>
        <w:spacing w:before="0" w:after="60" w:line="280" w:lineRule="exact"/>
      </w:pPr>
      <w:r>
        <w:rPr>
          <w:rFonts w:ascii="Yu Gothic" w:hAnsi="Yu Gothic" w:eastAsia="Yu Gothic"/>
          <w:b w:val="0"/>
          <w:i w:val="0"/>
          <w:color w:val="1A1A1A"/>
          <w:sz w:val="19"/>
        </w:rPr>
        <w:t>右下に提出日（令和○年○月○日）、所属部署、氏名（直筆）、認印（シャチハタ不可）を押印。</w:t>
      </w:r>
    </w:p>
    <w:p>
      <w:pPr>
        <w:keepNext/>
        <w:spacing w:before="60" w:after="40"/>
        <w:pBdr>
          <w:top w:val="double" w:sz="8" w:space="1" w:color="1B3A5C"/>
        </w:pBdr>
      </w:pPr>
      <w:r>
        <w:rPr>
          <w:rFonts w:ascii="Yu Gothic" w:hAnsi="Yu Gothic" w:eastAsia="Yu Gothic"/>
          <w:b/>
          <w:i w:val="0"/>
          <w:color w:val="1B3A5C"/>
          <w:sz w:val="22"/>
        </w:rPr>
        <w:t>STEP7: 宛名</w:t>
      </w:r>
    </w:p>
    <w:p>
      <w:pPr>
        <w:spacing w:before="0" w:after="60" w:line="280" w:lineRule="exact"/>
      </w:pPr>
      <w:r>
        <w:rPr>
          <w:rFonts w:ascii="Yu Gothic" w:hAnsi="Yu Gothic" w:eastAsia="Yu Gothic"/>
          <w:b w:val="0"/>
          <w:i w:val="0"/>
          <w:color w:val="1A1A1A"/>
          <w:sz w:val="19"/>
        </w:rPr>
        <w:t>左下に「○○株式会社　代表取締役　○○殿」と社長宛で記載（人事部長宛ではない）。</w:t>
      </w:r>
    </w:p>
    <w:p>
      <w:pPr>
        <w:spacing w:before="0" w:after="0" w:line="57" w:lineRule="exact"/>
      </w:pPr>
    </w:p>
    <w:p>
      <w:pPr>
        <w:keepNext/>
        <w:spacing w:before="60" w:after="40"/>
        <w:pBdr>
          <w:top w:val="double" w:sz="8" w:space="1" w:color="1B3A5C"/>
        </w:pBdr>
      </w:pPr>
      <w:r>
        <w:rPr>
          <w:rFonts w:ascii="Yu Gothic" w:hAnsi="Yu Gothic" w:eastAsia="Yu Gothic"/>
          <w:b/>
          <w:i w:val="0"/>
          <w:color w:val="1B3A5C"/>
          <w:sz w:val="22"/>
        </w:rPr>
        <w:t>提出前のチェックリスト</w:t>
      </w:r>
    </w:p>
    <w:p>
      <w:pPr>
        <w:spacing w:before="0" w:after="40" w:line="270" w:lineRule="exact"/>
      </w:pPr>
      <w:r>
        <w:rPr>
          <w:rFonts w:ascii="Yu Gothic" w:hAnsi="Yu Gothic" w:eastAsia="Yu Gothic"/>
          <w:b w:val="0"/>
          <w:i w:val="0"/>
          <w:color w:val="1A1A1A"/>
          <w:sz w:val="18"/>
        </w:rPr>
        <w:t>☐ 退職希望日は引継ぎ・有給消化を考慮しているか</w:t>
      </w:r>
    </w:p>
    <w:p>
      <w:pPr>
        <w:spacing w:before="0" w:after="40" w:line="270" w:lineRule="exact"/>
      </w:pPr>
      <w:r>
        <w:rPr>
          <w:rFonts w:ascii="Yu Gothic" w:hAnsi="Yu Gothic" w:eastAsia="Yu Gothic"/>
          <w:b w:val="0"/>
          <w:i w:val="0"/>
          <w:color w:val="1A1A1A"/>
          <w:sz w:val="18"/>
        </w:rPr>
        <w:t>☐ 退職理由は「一身上の都合」と記載したか</w:t>
      </w:r>
    </w:p>
    <w:p>
      <w:pPr>
        <w:spacing w:before="0" w:after="40" w:line="270" w:lineRule="exact"/>
      </w:pPr>
      <w:r>
        <w:rPr>
          <w:rFonts w:ascii="Yu Gothic" w:hAnsi="Yu Gothic" w:eastAsia="Yu Gothic"/>
          <w:b w:val="0"/>
          <w:i w:val="0"/>
          <w:color w:val="1A1A1A"/>
          <w:sz w:val="18"/>
        </w:rPr>
        <w:t>☐ 日付・所属・氏名・宛名に誤りがないか</w:t>
      </w:r>
    </w:p>
    <w:p>
      <w:pPr>
        <w:spacing w:before="0" w:after="40" w:line="270" w:lineRule="exact"/>
      </w:pPr>
      <w:r>
        <w:rPr>
          <w:rFonts w:ascii="Yu Gothic" w:hAnsi="Yu Gothic" w:eastAsia="Yu Gothic"/>
          <w:b w:val="0"/>
          <w:i w:val="0"/>
          <w:color w:val="1A1A1A"/>
          <w:sz w:val="18"/>
        </w:rPr>
        <w:t>☐ 印鑑はシャチハタではないか</w:t>
      </w:r>
    </w:p>
    <w:p>
      <w:pPr>
        <w:spacing w:before="0" w:after="40" w:line="270" w:lineRule="exact"/>
      </w:pPr>
      <w:r>
        <w:rPr>
          <w:rFonts w:ascii="Yu Gothic" w:hAnsi="Yu Gothic" w:eastAsia="Yu Gothic"/>
          <w:b w:val="0"/>
          <w:i w:val="0"/>
          <w:color w:val="1A1A1A"/>
          <w:sz w:val="18"/>
        </w:rPr>
        <w:t>☐ コピーを取り、控えを保管したか</w:t>
      </w:r>
    </w:p>
    <w:p>
      <w:pPr>
        <w:spacing w:before="0" w:after="40" w:line="270" w:lineRule="exact"/>
      </w:pPr>
      <w:r>
        <w:rPr>
          <w:rFonts w:ascii="Yu Gothic" w:hAnsi="Yu Gothic" w:eastAsia="Yu Gothic"/>
          <w:b w:val="0"/>
          <w:i w:val="0"/>
          <w:color w:val="1A1A1A"/>
          <w:sz w:val="18"/>
        </w:rPr>
        <w:t>☐ 上司に事前報告を済ませたか</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書き方ガイド③ 提出方法・タイミング</w:t>
      </w:r>
    </w:p>
    <w:p>
      <w:pPr>
        <w:keepNext/>
        <w:spacing w:before="60" w:after="40"/>
        <w:pBdr>
          <w:top w:val="double" w:sz="8" w:space="1" w:color="1B3A5C"/>
        </w:pBdr>
      </w:pPr>
      <w:r>
        <w:rPr>
          <w:rFonts w:ascii="Yu Gothic" w:hAnsi="Yu Gothic" w:eastAsia="Yu Gothic"/>
          <w:b/>
          <w:i w:val="0"/>
          <w:color w:val="1B3A5C"/>
          <w:sz w:val="22"/>
        </w:rPr>
        <w:t>1. 提出のタイミング（民法627条 vs 就業規則）</w:t>
      </w:r>
    </w:p>
    <w:p>
      <w:pPr>
        <w:spacing w:before="0" w:after="60" w:line="280" w:lineRule="exact"/>
      </w:pPr>
      <w:r>
        <w:rPr>
          <w:rFonts w:ascii="Yu Gothic" w:hAnsi="Yu Gothic" w:eastAsia="Yu Gothic"/>
          <w:b w:val="0"/>
          <w:i w:val="0"/>
          <w:color w:val="1A1A1A"/>
          <w:sz w:val="19"/>
        </w:rPr>
        <w:t>・民法627条1項（原則）：申入れから2週間経過で雇用契約終了</w:t>
      </w:r>
    </w:p>
    <w:p>
      <w:pPr>
        <w:spacing w:before="0" w:after="60" w:line="280" w:lineRule="exact"/>
      </w:pPr>
      <w:r>
        <w:rPr>
          <w:rFonts w:ascii="Yu Gothic" w:hAnsi="Yu Gothic" w:eastAsia="Yu Gothic"/>
          <w:b w:val="0"/>
          <w:i w:val="0"/>
          <w:color w:val="1A1A1A"/>
          <w:sz w:val="19"/>
        </w:rPr>
        <w:t>・就業規則：多くの企業で「退職希望日の1〜2ヶ月前まで」と規定</w:t>
      </w:r>
    </w:p>
    <w:p>
      <w:pPr>
        <w:spacing w:before="0" w:after="60" w:line="280" w:lineRule="exact"/>
      </w:pPr>
      <w:r>
        <w:rPr>
          <w:rFonts w:ascii="Yu Gothic" w:hAnsi="Yu Gothic" w:eastAsia="Yu Gothic"/>
          <w:b w:val="0"/>
          <w:i w:val="0"/>
          <w:color w:val="1A1A1A"/>
          <w:sz w:val="19"/>
        </w:rPr>
        <w:t>・実務的には、就業規則を尊重し1ヶ月以上前の提出が望ましい</w:t>
      </w:r>
    </w:p>
    <w:p>
      <w:pPr>
        <w:spacing w:before="0" w:after="60" w:line="280" w:lineRule="exact"/>
      </w:pPr>
      <w:r>
        <w:rPr>
          <w:rFonts w:ascii="Yu Gothic" w:hAnsi="Yu Gothic" w:eastAsia="Yu Gothic"/>
          <w:b w:val="0"/>
          <w:i w:val="0"/>
          <w:color w:val="1A1A1A"/>
          <w:sz w:val="19"/>
        </w:rPr>
        <w:t>・月給制・年俸制でも、労働者からの申入れは2週間で終わる（民法627条2項・3項は使用者からの解約の申入れについての定め）</w:t>
      </w:r>
    </w:p>
    <w:p>
      <w:pPr>
        <w:keepNext/>
        <w:spacing w:before="60" w:after="40"/>
        <w:pBdr>
          <w:top w:val="double" w:sz="8" w:space="1" w:color="1B3A5C"/>
        </w:pBdr>
      </w:pPr>
      <w:r>
        <w:rPr>
          <w:rFonts w:ascii="Yu Gothic" w:hAnsi="Yu Gothic" w:eastAsia="Yu Gothic"/>
          <w:b/>
          <w:i w:val="0"/>
          <w:color w:val="1B3A5C"/>
          <w:sz w:val="22"/>
        </w:rPr>
        <w:t>2. 提出方法</w:t>
      </w:r>
    </w:p>
    <w:p>
      <w:pPr>
        <w:spacing w:before="0" w:after="60" w:line="280" w:lineRule="exact"/>
      </w:pPr>
      <w:r>
        <w:rPr>
          <w:rFonts w:ascii="Yu Gothic" w:hAnsi="Yu Gothic" w:eastAsia="Yu Gothic"/>
          <w:b w:val="0"/>
          <w:i w:val="0"/>
          <w:color w:val="1A1A1A"/>
          <w:sz w:val="19"/>
        </w:rPr>
        <w:t>(1) 直属の上司に手渡し（推奨・最も円満）</w:t>
      </w:r>
    </w:p>
    <w:p>
      <w:pPr>
        <w:spacing w:before="0" w:after="60" w:line="280" w:lineRule="exact"/>
      </w:pPr>
      <w:r>
        <w:rPr>
          <w:rFonts w:ascii="Yu Gothic" w:hAnsi="Yu Gothic" w:eastAsia="Yu Gothic"/>
          <w:b w:val="0"/>
          <w:i w:val="0"/>
          <w:color w:val="1A1A1A"/>
          <w:sz w:val="19"/>
        </w:rPr>
        <w:t>(2) 配達証明付き内容証明郵便（拒否される場合・パワハラケース）</w:t>
      </w:r>
    </w:p>
    <w:p>
      <w:pPr>
        <w:spacing w:before="0" w:after="60" w:line="280" w:lineRule="exact"/>
      </w:pPr>
      <w:r>
        <w:rPr>
          <w:rFonts w:ascii="Yu Gothic" w:hAnsi="Yu Gothic" w:eastAsia="Yu Gothic"/>
          <w:b w:val="0"/>
          <w:i w:val="0"/>
          <w:color w:val="1A1A1A"/>
          <w:sz w:val="19"/>
        </w:rPr>
        <w:t>(3) 簡易書留・特定記録郵便（差し出した記録が残る）</w:t>
      </w:r>
    </w:p>
    <w:p>
      <w:pPr>
        <w:spacing w:before="0" w:after="60" w:line="280" w:lineRule="exact"/>
      </w:pPr>
      <w:r>
        <w:rPr>
          <w:rFonts w:ascii="Yu Gothic" w:hAnsi="Yu Gothic" w:eastAsia="Yu Gothic"/>
          <w:b w:val="0"/>
          <w:i w:val="0"/>
          <w:color w:val="1A1A1A"/>
          <w:sz w:val="19"/>
        </w:rPr>
        <w:t>(4) 普通郵便（最終手段・到達確認困難）</w:t>
      </w:r>
    </w:p>
    <w:p>
      <w:pPr>
        <w:spacing w:before="0" w:after="60" w:line="280" w:lineRule="exact"/>
      </w:pPr>
      <w:r>
        <w:rPr>
          <w:rFonts w:ascii="Yu Gothic" w:hAnsi="Yu Gothic" w:eastAsia="Yu Gothic"/>
          <w:b w:val="0"/>
          <w:i w:val="0"/>
          <w:color w:val="1A1A1A"/>
          <w:sz w:val="19"/>
        </w:rPr>
        <w:t>(5) FAX・メール（無効ではないが、原則として書面が望ましい）</w:t>
      </w:r>
    </w:p>
    <w:p>
      <w:pPr>
        <w:keepNext/>
        <w:spacing w:before="60" w:after="40"/>
        <w:pBdr>
          <w:top w:val="double" w:sz="8" w:space="1" w:color="1B3A5C"/>
        </w:pBdr>
      </w:pPr>
      <w:r>
        <w:rPr>
          <w:rFonts w:ascii="Yu Gothic" w:hAnsi="Yu Gothic" w:eastAsia="Yu Gothic"/>
          <w:b/>
          <w:i w:val="0"/>
          <w:color w:val="1B3A5C"/>
          <w:sz w:val="22"/>
        </w:rPr>
        <w:t>3. 受理拒否された場合の対処法</w:t>
      </w:r>
    </w:p>
    <w:p>
      <w:pPr>
        <w:spacing w:before="0" w:after="60" w:line="280" w:lineRule="exact"/>
      </w:pPr>
      <w:r>
        <w:rPr>
          <w:rFonts w:ascii="Yu Gothic" w:hAnsi="Yu Gothic" w:eastAsia="Yu Gothic"/>
          <w:b w:val="0"/>
          <w:i w:val="0"/>
          <w:color w:val="1A1A1A"/>
          <w:sz w:val="19"/>
        </w:rPr>
        <w:t>・配達証明付き内容証明郵便で「労働契約解約申入書」として送付</w:t>
      </w:r>
    </w:p>
    <w:p>
      <w:pPr>
        <w:spacing w:before="0" w:after="60" w:line="280" w:lineRule="exact"/>
      </w:pPr>
      <w:r>
        <w:rPr>
          <w:rFonts w:ascii="Yu Gothic" w:hAnsi="Yu Gothic" w:eastAsia="Yu Gothic"/>
          <w:b w:val="0"/>
          <w:i w:val="0"/>
          <w:color w:val="1A1A1A"/>
          <w:sz w:val="19"/>
        </w:rPr>
        <w:t>・到達日から2週間経過で民法627条1項により雇用契約自動終了</w:t>
      </w:r>
    </w:p>
    <w:p>
      <w:pPr>
        <w:spacing w:before="0" w:after="60" w:line="280" w:lineRule="exact"/>
      </w:pPr>
      <w:r>
        <w:rPr>
          <w:rFonts w:ascii="Yu Gothic" w:hAnsi="Yu Gothic" w:eastAsia="Yu Gothic"/>
          <w:b w:val="0"/>
          <w:i w:val="0"/>
          <w:color w:val="1A1A1A"/>
          <w:sz w:val="19"/>
        </w:rPr>
        <w:t>・労働基準監督署・総合労働相談コーナーへ相談</w:t>
      </w:r>
    </w:p>
    <w:p>
      <w:pPr>
        <w:spacing w:before="0" w:after="60" w:line="280" w:lineRule="exact"/>
      </w:pPr>
      <w:r>
        <w:rPr>
          <w:rFonts w:ascii="Yu Gothic" w:hAnsi="Yu Gothic" w:eastAsia="Yu Gothic"/>
          <w:b w:val="0"/>
          <w:i w:val="0"/>
          <w:color w:val="1A1A1A"/>
          <w:sz w:val="19"/>
        </w:rPr>
        <w:t>・労働組合・弁護士・退職代行サービスの利用</w:t>
      </w:r>
    </w:p>
    <w:p>
      <w:pPr>
        <w:keepNext/>
        <w:spacing w:before="60" w:after="40"/>
        <w:pBdr>
          <w:top w:val="double" w:sz="8" w:space="1" w:color="1B3A5C"/>
        </w:pBdr>
      </w:pPr>
      <w:r>
        <w:rPr>
          <w:rFonts w:ascii="Yu Gothic" w:hAnsi="Yu Gothic" w:eastAsia="Yu Gothic"/>
          <w:b/>
          <w:i w:val="0"/>
          <w:color w:val="1B3A5C"/>
          <w:sz w:val="22"/>
        </w:rPr>
        <w:t>4. 用紙・筆記具</w:t>
      </w:r>
    </w:p>
    <w:p>
      <w:pPr>
        <w:spacing w:before="0" w:after="60" w:line="280" w:lineRule="exact"/>
      </w:pPr>
      <w:r>
        <w:rPr>
          <w:rFonts w:ascii="Yu Gothic" w:hAnsi="Yu Gothic" w:eastAsia="Yu Gothic"/>
          <w:b w:val="0"/>
          <w:i w:val="0"/>
          <w:color w:val="1A1A1A"/>
          <w:sz w:val="19"/>
        </w:rPr>
        <w:t>・用紙：白色のA4縦書き（または便箋B5縦書き）。罫線なしが望ましい</w:t>
      </w:r>
    </w:p>
    <w:p>
      <w:pPr>
        <w:spacing w:before="0" w:after="60" w:line="280" w:lineRule="exact"/>
      </w:pPr>
      <w:r>
        <w:rPr>
          <w:rFonts w:ascii="Yu Gothic" w:hAnsi="Yu Gothic" w:eastAsia="Yu Gothic"/>
          <w:b w:val="0"/>
          <w:i w:val="0"/>
          <w:color w:val="1A1A1A"/>
          <w:sz w:val="19"/>
        </w:rPr>
        <w:t>・筆記具：黒色のボールペンまたは万年筆（消えるペン・鉛筆は不可）</w:t>
      </w:r>
    </w:p>
    <w:p>
      <w:pPr>
        <w:spacing w:before="0" w:after="60" w:line="280" w:lineRule="exact"/>
      </w:pPr>
      <w:r>
        <w:rPr>
          <w:rFonts w:ascii="Yu Gothic" w:hAnsi="Yu Gothic" w:eastAsia="Yu Gothic"/>
          <w:b w:val="0"/>
          <w:i w:val="0"/>
          <w:color w:val="1A1A1A"/>
          <w:sz w:val="19"/>
        </w:rPr>
        <w:t>・印鑑：認印（シャチハタ不可・実印不要）</w:t>
      </w:r>
    </w:p>
    <w:p>
      <w:pPr>
        <w:spacing w:before="0" w:after="60" w:line="280" w:lineRule="exact"/>
      </w:pPr>
      <w:r>
        <w:rPr>
          <w:rFonts w:ascii="Yu Gothic" w:hAnsi="Yu Gothic" w:eastAsia="Yu Gothic"/>
          <w:b w:val="0"/>
          <w:i w:val="0"/>
          <w:color w:val="1A1A1A"/>
          <w:sz w:val="19"/>
        </w:rPr>
        <w:t>・封筒：白色の長形3号（または長形4号）。「退職届」と表書きし、裏に部署・氏名</w:t>
      </w:r>
    </w:p>
    <w:p>
      <w:pPr>
        <w:spacing w:before="0" w:after="60" w:line="280" w:lineRule="exact"/>
      </w:pPr>
      <w:r>
        <w:rPr>
          <w:rFonts w:ascii="Yu Gothic" w:hAnsi="Yu Gothic" w:eastAsia="Yu Gothic"/>
          <w:b w:val="0"/>
          <w:i w:val="0"/>
          <w:color w:val="1A1A1A"/>
          <w:sz w:val="19"/>
        </w:rPr>
        <w:t>・色：白色を基本。郵便番号枠なしが望ましい</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書き方ガイド④ 退職金・有給消化・社会保険手続き</w:t>
      </w:r>
    </w:p>
    <w:p>
      <w:pPr>
        <w:keepNext/>
        <w:spacing w:before="60" w:after="40"/>
        <w:pBdr>
          <w:top w:val="double" w:sz="8" w:space="1" w:color="1B3A5C"/>
        </w:pBdr>
      </w:pPr>
      <w:r>
        <w:rPr>
          <w:rFonts w:ascii="Yu Gothic" w:hAnsi="Yu Gothic" w:eastAsia="Yu Gothic"/>
          <w:b/>
          <w:i w:val="0"/>
          <w:color w:val="1B3A5C"/>
          <w:sz w:val="22"/>
        </w:rPr>
        <w:t>1. 退職金</w:t>
      </w:r>
    </w:p>
    <w:p>
      <w:pPr>
        <w:spacing w:before="0" w:after="60" w:line="280" w:lineRule="exact"/>
      </w:pPr>
      <w:r>
        <w:rPr>
          <w:rFonts w:ascii="Yu Gothic" w:hAnsi="Yu Gothic" w:eastAsia="Yu Gothic"/>
          <w:b w:val="0"/>
          <w:i w:val="0"/>
          <w:color w:val="1A1A1A"/>
          <w:sz w:val="19"/>
        </w:rPr>
        <w:t>・退職金規程の有無を確認（就業規則・労働契約書）</w:t>
      </w:r>
    </w:p>
    <w:p>
      <w:pPr>
        <w:spacing w:before="0" w:after="60" w:line="280" w:lineRule="exact"/>
      </w:pPr>
      <w:r>
        <w:rPr>
          <w:rFonts w:ascii="Yu Gothic" w:hAnsi="Yu Gothic" w:eastAsia="Yu Gothic"/>
          <w:b w:val="0"/>
          <w:i w:val="0"/>
          <w:color w:val="1A1A1A"/>
          <w:sz w:val="19"/>
        </w:rPr>
        <w:t>・自己都合退職と会社都合退職で支給率が異なる（自己都合は低め）</w:t>
      </w:r>
    </w:p>
    <w:p>
      <w:pPr>
        <w:spacing w:before="0" w:after="60" w:line="280" w:lineRule="exact"/>
      </w:pPr>
      <w:r>
        <w:rPr>
          <w:rFonts w:ascii="Yu Gothic" w:hAnsi="Yu Gothic" w:eastAsia="Yu Gothic"/>
          <w:b w:val="0"/>
          <w:i w:val="0"/>
          <w:color w:val="1A1A1A"/>
          <w:sz w:val="19"/>
        </w:rPr>
        <w:t>・懲戒解雇の場合は退職金不支給または減額となることがある</w:t>
      </w:r>
    </w:p>
    <w:p>
      <w:pPr>
        <w:spacing w:before="0" w:after="60" w:line="280" w:lineRule="exact"/>
      </w:pPr>
      <w:r>
        <w:rPr>
          <w:rFonts w:ascii="Yu Gothic" w:hAnsi="Yu Gothic" w:eastAsia="Yu Gothic"/>
          <w:b w:val="0"/>
          <w:i w:val="0"/>
          <w:color w:val="1A1A1A"/>
          <w:sz w:val="19"/>
        </w:rPr>
        <w:t>・退職所得控除（40万円×勤続年数・最低80万円／20年超は800万円+70万円×超過年数）</w:t>
      </w:r>
    </w:p>
    <w:p>
      <w:pPr>
        <w:spacing w:before="0" w:after="60" w:line="280" w:lineRule="exact"/>
      </w:pPr>
      <w:r>
        <w:rPr>
          <w:rFonts w:ascii="Yu Gothic" w:hAnsi="Yu Gothic" w:eastAsia="Yu Gothic"/>
          <w:b w:val="0"/>
          <w:i w:val="0"/>
          <w:color w:val="1A1A1A"/>
          <w:sz w:val="19"/>
        </w:rPr>
        <w:t>・退職所得申告書を提出すれば、源泉徴収が軽減される</w:t>
      </w:r>
    </w:p>
    <w:p>
      <w:pPr>
        <w:keepNext/>
        <w:spacing w:before="60" w:after="40"/>
        <w:pBdr>
          <w:top w:val="double" w:sz="8" w:space="1" w:color="1B3A5C"/>
        </w:pBdr>
      </w:pPr>
      <w:r>
        <w:rPr>
          <w:rFonts w:ascii="Yu Gothic" w:hAnsi="Yu Gothic" w:eastAsia="Yu Gothic"/>
          <w:b/>
          <w:i w:val="0"/>
          <w:color w:val="1B3A5C"/>
          <w:sz w:val="22"/>
        </w:rPr>
        <w:t>2. 有給休暇の消化</w:t>
      </w:r>
    </w:p>
    <w:p>
      <w:pPr>
        <w:spacing w:before="0" w:after="60" w:line="280" w:lineRule="exact"/>
      </w:pPr>
      <w:r>
        <w:rPr>
          <w:rFonts w:ascii="Yu Gothic" w:hAnsi="Yu Gothic" w:eastAsia="Yu Gothic"/>
          <w:b w:val="0"/>
          <w:i w:val="0"/>
          <w:color w:val="1A1A1A"/>
          <w:sz w:val="19"/>
        </w:rPr>
        <w:t>・残有給休暇は退職前に消化可能（労基法39条）</w:t>
      </w:r>
    </w:p>
    <w:p>
      <w:pPr>
        <w:spacing w:before="0" w:after="60" w:line="280" w:lineRule="exact"/>
      </w:pPr>
      <w:r>
        <w:rPr>
          <w:rFonts w:ascii="Yu Gothic" w:hAnsi="Yu Gothic" w:eastAsia="Yu Gothic"/>
          <w:b w:val="0"/>
          <w:i w:val="0"/>
          <w:color w:val="1A1A1A"/>
          <w:sz w:val="19"/>
        </w:rPr>
        <w:t>・「有給休暇の時季指定権」は労働者にある（業務多忙を理由に拒否できない）</w:t>
      </w:r>
    </w:p>
    <w:p>
      <w:pPr>
        <w:spacing w:before="0" w:after="60" w:line="280" w:lineRule="exact"/>
      </w:pPr>
      <w:r>
        <w:rPr>
          <w:rFonts w:ascii="Yu Gothic" w:hAnsi="Yu Gothic" w:eastAsia="Yu Gothic"/>
          <w:b w:val="0"/>
          <w:i w:val="0"/>
          <w:color w:val="1A1A1A"/>
          <w:sz w:val="19"/>
        </w:rPr>
        <w:t>・「時季変更権」は会社にあるが、退職日以降への変更は不可</w:t>
      </w:r>
    </w:p>
    <w:p>
      <w:pPr>
        <w:spacing w:before="0" w:after="60" w:line="280" w:lineRule="exact"/>
      </w:pPr>
      <w:r>
        <w:rPr>
          <w:rFonts w:ascii="Yu Gothic" w:hAnsi="Yu Gothic" w:eastAsia="Yu Gothic"/>
          <w:b w:val="0"/>
          <w:i w:val="0"/>
          <w:color w:val="1A1A1A"/>
          <w:sz w:val="19"/>
        </w:rPr>
        <w:t>・有給買取は原則禁止だが、退職時の未消化分は買取可能（任意）</w:t>
      </w:r>
    </w:p>
    <w:p>
      <w:pPr>
        <w:spacing w:before="0" w:after="60" w:line="280" w:lineRule="exact"/>
      </w:pPr>
      <w:r>
        <w:rPr>
          <w:rFonts w:ascii="Yu Gothic" w:hAnsi="Yu Gothic" w:eastAsia="Yu Gothic"/>
          <w:b w:val="0"/>
          <w:i w:val="0"/>
          <w:color w:val="1A1A1A"/>
          <w:sz w:val="19"/>
        </w:rPr>
        <w:t>・買取単価：1日平均賃金または基本給日割が一般的</w:t>
      </w:r>
    </w:p>
    <w:p>
      <w:pPr>
        <w:keepNext/>
        <w:spacing w:before="60" w:after="40"/>
        <w:pBdr>
          <w:top w:val="double" w:sz="8" w:space="1" w:color="1B3A5C"/>
        </w:pBdr>
      </w:pPr>
      <w:r>
        <w:rPr>
          <w:rFonts w:ascii="Yu Gothic" w:hAnsi="Yu Gothic" w:eastAsia="Yu Gothic"/>
          <w:b/>
          <w:i w:val="0"/>
          <w:color w:val="1B3A5C"/>
          <w:sz w:val="22"/>
        </w:rPr>
        <w:t>3. 社会保険の切替手続き</w:t>
      </w:r>
    </w:p>
    <w:p>
      <w:pPr>
        <w:spacing w:before="0" w:after="60" w:line="280" w:lineRule="exact"/>
      </w:pPr>
      <w:r>
        <w:rPr>
          <w:rFonts w:ascii="Yu Gothic" w:hAnsi="Yu Gothic" w:eastAsia="Yu Gothic"/>
          <w:b w:val="0"/>
          <w:i w:val="0"/>
          <w:color w:val="1A1A1A"/>
          <w:sz w:val="19"/>
        </w:rPr>
        <w:t>【健康保険】次のいずれかを選び、期限までに手続き：</w:t>
      </w:r>
    </w:p>
    <w:p>
      <w:pPr>
        <w:spacing w:before="0" w:after="60" w:line="280" w:lineRule="exact"/>
      </w:pPr>
      <w:r>
        <w:rPr>
          <w:rFonts w:ascii="Yu Gothic" w:hAnsi="Yu Gothic" w:eastAsia="Yu Gothic"/>
          <w:b w:val="0"/>
          <w:i w:val="0"/>
          <w:color w:val="1A1A1A"/>
          <w:sz w:val="19"/>
        </w:rPr>
        <w:t>(1) 国民健康保険への加入（市区町村窓口・退職日の翌日から14日以内）</w:t>
      </w:r>
    </w:p>
    <w:p>
      <w:pPr>
        <w:spacing w:before="0" w:after="60" w:line="280" w:lineRule="exact"/>
      </w:pPr>
      <w:r>
        <w:rPr>
          <w:rFonts w:ascii="Yu Gothic" w:hAnsi="Yu Gothic" w:eastAsia="Yu Gothic"/>
          <w:b w:val="0"/>
          <w:i w:val="0"/>
          <w:color w:val="1A1A1A"/>
          <w:sz w:val="19"/>
        </w:rPr>
        <w:t>(2) 任意継続被保険者（協会けんぽ/健保組合・退職日の翌日から20日以内・最長2年）</w:t>
      </w:r>
    </w:p>
    <w:p>
      <w:pPr>
        <w:spacing w:before="0" w:after="60" w:line="280" w:lineRule="exact"/>
      </w:pPr>
      <w:r>
        <w:rPr>
          <w:rFonts w:ascii="Yu Gothic" w:hAnsi="Yu Gothic" w:eastAsia="Yu Gothic"/>
          <w:b w:val="0"/>
          <w:i w:val="0"/>
          <w:color w:val="1A1A1A"/>
          <w:sz w:val="19"/>
        </w:rPr>
        <w:t>(3) 家族の被扶養者（年収130万円未満・60歳以上か障害者は180万円未満・19歳以上23歳未満〈配偶者を除く〉は150万円未満）</w:t>
      </w:r>
    </w:p>
    <w:p>
      <w:pPr>
        <w:spacing w:before="0" w:after="60" w:line="280" w:lineRule="exact"/>
      </w:pPr>
      <w:r>
        <w:rPr>
          <w:rFonts w:ascii="Yu Gothic" w:hAnsi="Yu Gothic" w:eastAsia="Yu Gothic"/>
          <w:b w:val="0"/>
          <w:i w:val="0"/>
          <w:color w:val="1A1A1A"/>
          <w:sz w:val="19"/>
        </w:rPr>
        <w:t>【国民年金】退職日翌日から14日以内に市区町村窓口で第1号被保険者への切替（配偶者の被扶養者なら第3号被保険者）</w:t>
      </w:r>
    </w:p>
    <w:p>
      <w:pPr>
        <w:spacing w:before="0" w:after="60" w:line="280" w:lineRule="exact"/>
      </w:pPr>
      <w:r>
        <w:rPr>
          <w:rFonts w:ascii="Yu Gothic" w:hAnsi="Yu Gothic" w:eastAsia="Yu Gothic"/>
          <w:b w:val="0"/>
          <w:i w:val="0"/>
          <w:color w:val="1A1A1A"/>
          <w:sz w:val="19"/>
        </w:rPr>
        <w:t>【雇用保険】離職票を受け取ったらハローワークで失業給付申請</w:t>
      </w:r>
    </w:p>
    <w:p>
      <w:pPr>
        <w:spacing w:before="0" w:after="60" w:line="280" w:lineRule="exact"/>
      </w:pPr>
      <w:r>
        <w:rPr>
          <w:rFonts w:ascii="Yu Gothic" w:hAnsi="Yu Gothic" w:eastAsia="Yu Gothic"/>
          <w:b w:val="0"/>
          <w:i w:val="0"/>
          <w:color w:val="1A1A1A"/>
          <w:sz w:val="19"/>
        </w:rPr>
        <w:t>（自己都合：給付制限原則1か月〈令和7年4月改正・改正前は2か月〉・所定給付日数90〜150日）</w:t>
      </w:r>
    </w:p>
    <w:p>
      <w:pPr>
        <w:spacing w:before="0" w:after="60" w:line="280" w:lineRule="exact"/>
      </w:pPr>
      <w:r>
        <w:rPr>
          <w:rFonts w:ascii="Yu Gothic" w:hAnsi="Yu Gothic" w:eastAsia="Yu Gothic"/>
          <w:b w:val="0"/>
          <w:i w:val="0"/>
          <w:color w:val="1A1A1A"/>
          <w:sz w:val="19"/>
        </w:rPr>
        <w:t>（会社都合：給付制限なし・所定給付日数90〜330日）</w:t>
      </w:r>
    </w:p>
    <w:p>
      <w:pPr>
        <w:keepNext/>
        <w:spacing w:before="60" w:after="40"/>
        <w:pBdr>
          <w:top w:val="double" w:sz="8" w:space="1" w:color="1B3A5C"/>
        </w:pBdr>
      </w:pPr>
      <w:r>
        <w:rPr>
          <w:rFonts w:ascii="Yu Gothic" w:hAnsi="Yu Gothic" w:eastAsia="Yu Gothic"/>
          <w:b/>
          <w:i w:val="0"/>
          <w:color w:val="1B3A5C"/>
          <w:sz w:val="22"/>
        </w:rPr>
        <w:t>4. 住民税の取扱い</w:t>
      </w:r>
    </w:p>
    <w:p>
      <w:pPr>
        <w:spacing w:before="0" w:after="60" w:line="280" w:lineRule="exact"/>
      </w:pPr>
      <w:r>
        <w:rPr>
          <w:rFonts w:ascii="Yu Gothic" w:hAnsi="Yu Gothic" w:eastAsia="Yu Gothic"/>
          <w:b w:val="0"/>
          <w:i w:val="0"/>
          <w:color w:val="1A1A1A"/>
          <w:sz w:val="19"/>
        </w:rPr>
        <w:t>・退職時期により納付方法が異なる：</w:t>
      </w:r>
    </w:p>
    <w:p>
      <w:pPr>
        <w:spacing w:before="0" w:after="60" w:line="280" w:lineRule="exact"/>
      </w:pPr>
      <w:r>
        <w:rPr>
          <w:rFonts w:ascii="Yu Gothic" w:hAnsi="Yu Gothic" w:eastAsia="Yu Gothic"/>
          <w:b w:val="0"/>
          <w:i w:val="0"/>
          <w:color w:val="1A1A1A"/>
          <w:sz w:val="19"/>
        </w:rPr>
        <w:t xml:space="preserve">  - 1〜5月退職：5月分までを最終給与から一括徴収</w:t>
      </w:r>
    </w:p>
    <w:p>
      <w:pPr>
        <w:spacing w:before="0" w:after="60" w:line="280" w:lineRule="exact"/>
      </w:pPr>
      <w:r>
        <w:rPr>
          <w:rFonts w:ascii="Yu Gothic" w:hAnsi="Yu Gothic" w:eastAsia="Yu Gothic"/>
          <w:b w:val="0"/>
          <w:i w:val="0"/>
          <w:color w:val="1A1A1A"/>
          <w:sz w:val="19"/>
        </w:rPr>
        <w:t xml:space="preserve">  - 6〜12月退職：(a) 一括徴収 (b) 普通徴収切替 (c) 転職先で特別徴収継続のいずれか</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書き方ガイド⑤ 転職活動・引継ぎ・トラブル予防</w:t>
      </w:r>
    </w:p>
    <w:p>
      <w:pPr>
        <w:keepNext/>
        <w:spacing w:before="60" w:after="40"/>
        <w:pBdr>
          <w:top w:val="double" w:sz="8" w:space="1" w:color="1B3A5C"/>
        </w:pBdr>
      </w:pPr>
      <w:r>
        <w:rPr>
          <w:rFonts w:ascii="Yu Gothic" w:hAnsi="Yu Gothic" w:eastAsia="Yu Gothic"/>
          <w:b/>
          <w:i w:val="0"/>
          <w:color w:val="1B3A5C"/>
          <w:sz w:val="22"/>
        </w:rPr>
        <w:t>1. 転職活動の同時進行</w:t>
      </w:r>
    </w:p>
    <w:p>
      <w:pPr>
        <w:spacing w:before="0" w:after="60" w:line="280" w:lineRule="exact"/>
      </w:pPr>
      <w:r>
        <w:rPr>
          <w:rFonts w:ascii="Yu Gothic" w:hAnsi="Yu Gothic" w:eastAsia="Yu Gothic"/>
          <w:b w:val="0"/>
          <w:i w:val="0"/>
          <w:color w:val="1A1A1A"/>
          <w:sz w:val="19"/>
        </w:rPr>
        <w:t>・退職届提出前に内定を得ておくのが理想（無職期間ゼロ）</w:t>
      </w:r>
    </w:p>
    <w:p>
      <w:pPr>
        <w:spacing w:before="0" w:after="60" w:line="280" w:lineRule="exact"/>
      </w:pPr>
      <w:r>
        <w:rPr>
          <w:rFonts w:ascii="Yu Gothic" w:hAnsi="Yu Gothic" w:eastAsia="Yu Gothic"/>
          <w:b w:val="0"/>
          <w:i w:val="0"/>
          <w:color w:val="1A1A1A"/>
          <w:sz w:val="19"/>
        </w:rPr>
        <w:t>・在職中の転職活動は副業・兼業として届出が必要な場合あり（就業規則確認）</w:t>
      </w:r>
    </w:p>
    <w:p>
      <w:pPr>
        <w:spacing w:before="0" w:after="60" w:line="280" w:lineRule="exact"/>
      </w:pPr>
      <w:r>
        <w:rPr>
          <w:rFonts w:ascii="Yu Gothic" w:hAnsi="Yu Gothic" w:eastAsia="Yu Gothic"/>
          <w:b w:val="0"/>
          <w:i w:val="0"/>
          <w:color w:val="1A1A1A"/>
          <w:sz w:val="19"/>
        </w:rPr>
        <w:t>・転職エージェントは在職中の登録・面談が可能</w:t>
      </w:r>
    </w:p>
    <w:p>
      <w:pPr>
        <w:spacing w:before="0" w:after="60" w:line="280" w:lineRule="exact"/>
      </w:pPr>
      <w:r>
        <w:rPr>
          <w:rFonts w:ascii="Yu Gothic" w:hAnsi="Yu Gothic" w:eastAsia="Yu Gothic"/>
          <w:b w:val="0"/>
          <w:i w:val="0"/>
          <w:color w:val="1A1A1A"/>
          <w:sz w:val="19"/>
        </w:rPr>
        <w:t>・面接は有給休暇・遅刻・早退を活用</w:t>
      </w:r>
    </w:p>
    <w:p>
      <w:pPr>
        <w:spacing w:before="0" w:after="60" w:line="280" w:lineRule="exact"/>
      </w:pPr>
      <w:r>
        <w:rPr>
          <w:rFonts w:ascii="Yu Gothic" w:hAnsi="Yu Gothic" w:eastAsia="Yu Gothic"/>
          <w:b w:val="0"/>
          <w:i w:val="0"/>
          <w:color w:val="1A1A1A"/>
          <w:sz w:val="19"/>
        </w:rPr>
        <w:t>・内定後、現職退職日と新職入社日のスケジュール調整</w:t>
      </w:r>
    </w:p>
    <w:p>
      <w:pPr>
        <w:keepNext/>
        <w:spacing w:before="60" w:after="40"/>
        <w:pBdr>
          <w:top w:val="double" w:sz="8" w:space="1" w:color="1B3A5C"/>
        </w:pBdr>
      </w:pPr>
      <w:r>
        <w:rPr>
          <w:rFonts w:ascii="Yu Gothic" w:hAnsi="Yu Gothic" w:eastAsia="Yu Gothic"/>
          <w:b/>
          <w:i w:val="0"/>
          <w:color w:val="1B3A5C"/>
          <w:sz w:val="22"/>
        </w:rPr>
        <w:t>2. 引継ぎのポイント</w:t>
      </w:r>
    </w:p>
    <w:p>
      <w:pPr>
        <w:spacing w:before="0" w:after="60" w:line="280" w:lineRule="exact"/>
      </w:pPr>
      <w:r>
        <w:rPr>
          <w:rFonts w:ascii="Yu Gothic" w:hAnsi="Yu Gothic" w:eastAsia="Yu Gothic"/>
          <w:b w:val="0"/>
          <w:i w:val="0"/>
          <w:color w:val="1A1A1A"/>
          <w:sz w:val="19"/>
        </w:rPr>
        <w:t>(1) 引継ぎ書を作成：業務手順・取引先連絡先・進行中案件・パスワード一覧</w:t>
      </w:r>
    </w:p>
    <w:p>
      <w:pPr>
        <w:spacing w:before="0" w:after="60" w:line="280" w:lineRule="exact"/>
      </w:pPr>
      <w:r>
        <w:rPr>
          <w:rFonts w:ascii="Yu Gothic" w:hAnsi="Yu Gothic" w:eastAsia="Yu Gothic"/>
          <w:b w:val="0"/>
          <w:i w:val="0"/>
          <w:color w:val="1A1A1A"/>
          <w:sz w:val="19"/>
        </w:rPr>
        <w:t>(2) 後任者または上司への口頭説明・OJT（最低2週間〜1ヶ月）</w:t>
      </w:r>
    </w:p>
    <w:p>
      <w:pPr>
        <w:spacing w:before="0" w:after="60" w:line="280" w:lineRule="exact"/>
      </w:pPr>
      <w:r>
        <w:rPr>
          <w:rFonts w:ascii="Yu Gothic" w:hAnsi="Yu Gothic" w:eastAsia="Yu Gothic"/>
          <w:b w:val="0"/>
          <w:i w:val="0"/>
          <w:color w:val="1A1A1A"/>
          <w:sz w:val="19"/>
        </w:rPr>
        <w:t>(3) 取引先への挨拶回り（後任紹介を兼ねる）</w:t>
      </w:r>
    </w:p>
    <w:p>
      <w:pPr>
        <w:spacing w:before="0" w:after="60" w:line="280" w:lineRule="exact"/>
      </w:pPr>
      <w:r>
        <w:rPr>
          <w:rFonts w:ascii="Yu Gothic" w:hAnsi="Yu Gothic" w:eastAsia="Yu Gothic"/>
          <w:b w:val="0"/>
          <w:i w:val="0"/>
          <w:color w:val="1A1A1A"/>
          <w:sz w:val="19"/>
        </w:rPr>
        <w:t>(4) 業務マニュアル・FAQ集の整備</w:t>
      </w:r>
    </w:p>
    <w:p>
      <w:pPr>
        <w:spacing w:before="0" w:after="60" w:line="280" w:lineRule="exact"/>
      </w:pPr>
      <w:r>
        <w:rPr>
          <w:rFonts w:ascii="Yu Gothic" w:hAnsi="Yu Gothic" w:eastAsia="Yu Gothic"/>
          <w:b w:val="0"/>
          <w:i w:val="0"/>
          <w:color w:val="1A1A1A"/>
          <w:sz w:val="19"/>
        </w:rPr>
        <w:t>(5) 退職日までに完了：会社の貸与物（PC・名刺・社員証・制服）と資格確認書（交付を受けている人）の返還</w:t>
      </w:r>
    </w:p>
    <w:p>
      <w:pPr>
        <w:spacing w:before="0" w:after="60" w:line="280" w:lineRule="exact"/>
      </w:pPr>
      <w:r>
        <w:rPr>
          <w:rFonts w:ascii="Yu Gothic" w:hAnsi="Yu Gothic" w:eastAsia="Yu Gothic"/>
          <w:b w:val="0"/>
          <w:i w:val="0"/>
          <w:color w:val="1A1A1A"/>
          <w:sz w:val="19"/>
        </w:rPr>
        <w:t>(6) 退職時に受け取るもの：離職票・退職証明書・源泉徴収票・年金手帳か基礎年金番号通知書（会社が預かっている場合）・雇用保険被保険者証</w:t>
      </w:r>
    </w:p>
    <w:p>
      <w:pPr>
        <w:keepNext/>
        <w:spacing w:before="60" w:after="40"/>
        <w:pBdr>
          <w:top w:val="double" w:sz="8" w:space="1" w:color="1B3A5C"/>
        </w:pBdr>
      </w:pPr>
      <w:r>
        <w:rPr>
          <w:rFonts w:ascii="Yu Gothic" w:hAnsi="Yu Gothic" w:eastAsia="Yu Gothic"/>
          <w:b/>
          <w:i w:val="0"/>
          <w:color w:val="1B3A5C"/>
          <w:sz w:val="22"/>
        </w:rPr>
        <w:t>3. 退職トラブル予防策</w:t>
      </w:r>
    </w:p>
    <w:p>
      <w:pPr>
        <w:spacing w:before="0" w:after="60" w:line="280" w:lineRule="exact"/>
      </w:pPr>
      <w:r>
        <w:rPr>
          <w:rFonts w:ascii="Yu Gothic" w:hAnsi="Yu Gothic" w:eastAsia="Yu Gothic"/>
          <w:b w:val="0"/>
          <w:i w:val="0"/>
          <w:color w:val="1A1A1A"/>
          <w:sz w:val="19"/>
        </w:rPr>
        <w:t>・退職届のコピーを保管（提出日・宛先を明記）</w:t>
      </w:r>
    </w:p>
    <w:p>
      <w:pPr>
        <w:spacing w:before="0" w:after="60" w:line="280" w:lineRule="exact"/>
      </w:pPr>
      <w:r>
        <w:rPr>
          <w:rFonts w:ascii="Yu Gothic" w:hAnsi="Yu Gothic" w:eastAsia="Yu Gothic"/>
          <w:b w:val="0"/>
          <w:i w:val="0"/>
          <w:color w:val="1A1A1A"/>
          <w:sz w:val="19"/>
        </w:rPr>
        <w:t>・口頭での退職意思表示も録音（労使紛争対策）</w:t>
      </w:r>
    </w:p>
    <w:p>
      <w:pPr>
        <w:spacing w:before="0" w:after="60" w:line="280" w:lineRule="exact"/>
      </w:pPr>
      <w:r>
        <w:rPr>
          <w:rFonts w:ascii="Yu Gothic" w:hAnsi="Yu Gothic" w:eastAsia="Yu Gothic"/>
          <w:b w:val="0"/>
          <w:i w:val="0"/>
          <w:color w:val="1A1A1A"/>
          <w:sz w:val="19"/>
        </w:rPr>
        <w:t>・上司との会話・メールのやりとりを記録</w:t>
      </w:r>
    </w:p>
    <w:p>
      <w:pPr>
        <w:spacing w:before="0" w:after="60" w:line="280" w:lineRule="exact"/>
      </w:pPr>
      <w:r>
        <w:rPr>
          <w:rFonts w:ascii="Yu Gothic" w:hAnsi="Yu Gothic" w:eastAsia="Yu Gothic"/>
          <w:b w:val="0"/>
          <w:i w:val="0"/>
          <w:color w:val="1A1A1A"/>
          <w:sz w:val="19"/>
        </w:rPr>
        <w:t>・パワハラ・労働条件不一致の証拠は退職前に確保</w:t>
      </w:r>
    </w:p>
    <w:p>
      <w:pPr>
        <w:spacing w:before="0" w:after="60" w:line="280" w:lineRule="exact"/>
      </w:pPr>
      <w:r>
        <w:rPr>
          <w:rFonts w:ascii="Yu Gothic" w:hAnsi="Yu Gothic" w:eastAsia="Yu Gothic"/>
          <w:b w:val="0"/>
          <w:i w:val="0"/>
          <w:color w:val="1A1A1A"/>
          <w:sz w:val="19"/>
        </w:rPr>
        <w:t>・「退職を認めない」と言われても民法627条で2週間経過後は退職可能</w:t>
      </w:r>
    </w:p>
    <w:p>
      <w:pPr>
        <w:spacing w:before="0" w:after="60" w:line="280" w:lineRule="exact"/>
      </w:pPr>
      <w:r>
        <w:rPr>
          <w:rFonts w:ascii="Yu Gothic" w:hAnsi="Yu Gothic" w:eastAsia="Yu Gothic"/>
          <w:b w:val="0"/>
          <w:i w:val="0"/>
          <w:color w:val="1A1A1A"/>
          <w:sz w:val="19"/>
        </w:rPr>
        <w:t>・退職したこと自体を理由とする損害賠償請求は、一般には認められにくいとされている</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書き方ガイド：基本ルール</w:t>
      </w:r>
    </w:p>
    <w:p>
      <w:pPr>
        <w:keepNext/>
        <w:spacing w:before="60" w:after="40"/>
        <w:pBdr>
          <w:top w:val="double" w:sz="8" w:space="1" w:color="1B3A5C"/>
        </w:pBdr>
      </w:pPr>
      <w:r>
        <w:rPr>
          <w:rFonts w:ascii="Yu Gothic" w:hAnsi="Yu Gothic" w:eastAsia="Yu Gothic"/>
          <w:b/>
          <w:i w:val="0"/>
          <w:color w:val="1B3A5C"/>
          <w:sz w:val="22"/>
        </w:rPr>
        <w:t>退職届と退職願の違い</w:t>
      </w:r>
    </w:p>
    <w:p>
      <w:pPr>
        <w:spacing w:before="0" w:after="60" w:line="280" w:lineRule="exact"/>
      </w:pPr>
      <w:r>
        <w:rPr>
          <w:rFonts w:ascii="Yu Gothic" w:hAnsi="Yu Gothic" w:eastAsia="Yu Gothic"/>
          <w:b w:val="0"/>
          <w:i w:val="0"/>
          <w:color w:val="1A1A1A"/>
          <w:sz w:val="19"/>
        </w:rPr>
        <w:t>退職届は「退職を確定的に通知する書面」、退職願は「退職を申し出る書面」です。</w:t>
      </w:r>
    </w:p>
    <w:p>
      <w:pPr>
        <w:spacing w:before="0" w:after="60" w:line="280" w:lineRule="exact"/>
      </w:pPr>
      <w:r>
        <w:rPr>
          <w:rFonts w:ascii="Yu Gothic" w:hAnsi="Yu Gothic" w:eastAsia="Yu Gothic"/>
          <w:b w:val="0"/>
          <w:i w:val="0"/>
          <w:color w:val="1A1A1A"/>
          <w:sz w:val="19"/>
        </w:rPr>
        <w:t>民法627条により、無期雇用の場合は届出から2週間で雇用契約は終了します。</w:t>
      </w:r>
    </w:p>
    <w:p>
      <w:pPr>
        <w:spacing w:before="0" w:after="60" w:line="280" w:lineRule="exact"/>
      </w:pPr>
      <w:r>
        <w:rPr>
          <w:rFonts w:ascii="Yu Gothic" w:hAnsi="Yu Gothic" w:eastAsia="Yu Gothic"/>
          <w:b w:val="0"/>
          <w:i w:val="0"/>
          <w:color w:val="1A1A1A"/>
          <w:sz w:val="19"/>
        </w:rPr>
        <w:t>就業規則に「1ヶ月前」等の規定があっても、民法が優先します（ただし円満退社の観点では規程順守が望ましい）。</w:t>
      </w:r>
    </w:p>
    <w:p>
      <w:pPr>
        <w:keepNext/>
        <w:spacing w:before="60" w:after="40"/>
        <w:pBdr>
          <w:top w:val="double" w:sz="8" w:space="1" w:color="1B3A5C"/>
        </w:pBdr>
      </w:pPr>
      <w:r>
        <w:rPr>
          <w:rFonts w:ascii="Yu Gothic" w:hAnsi="Yu Gothic" w:eastAsia="Yu Gothic"/>
          <w:b/>
          <w:i w:val="0"/>
          <w:color w:val="1B3A5C"/>
          <w:sz w:val="22"/>
        </w:rPr>
        <w:t>提出のタイミング</w:t>
      </w:r>
    </w:p>
    <w:p>
      <w:pPr>
        <w:spacing w:before="0" w:after="60" w:line="280" w:lineRule="exact"/>
      </w:pPr>
      <w:r>
        <w:rPr>
          <w:rFonts w:ascii="Yu Gothic" w:hAnsi="Yu Gothic" w:eastAsia="Yu Gothic"/>
          <w:b w:val="0"/>
          <w:i w:val="0"/>
          <w:color w:val="1A1A1A"/>
          <w:sz w:val="19"/>
        </w:rPr>
        <w:t>原則として退職希望日の1〜2ヶ月前。引継ぎ・有給消化を考慮して逆算しましょう。</w:t>
      </w:r>
    </w:p>
    <w:p>
      <w:pPr>
        <w:spacing w:before="0" w:after="60" w:line="280" w:lineRule="exact"/>
      </w:pPr>
      <w:r>
        <w:rPr>
          <w:rFonts w:ascii="Yu Gothic" w:hAnsi="Yu Gothic" w:eastAsia="Yu Gothic"/>
          <w:b w:val="0"/>
          <w:i w:val="0"/>
          <w:color w:val="1A1A1A"/>
          <w:sz w:val="19"/>
        </w:rPr>
        <w:t>繁忙期や決算期を避けると会社との関係を保ちやすくなります。</w:t>
      </w:r>
    </w:p>
    <w:p>
      <w:pPr>
        <w:keepNext/>
        <w:spacing w:before="60" w:after="40"/>
        <w:pBdr>
          <w:top w:val="double" w:sz="8" w:space="1" w:color="1B3A5C"/>
        </w:pBdr>
      </w:pPr>
      <w:r>
        <w:rPr>
          <w:rFonts w:ascii="Yu Gothic" w:hAnsi="Yu Gothic" w:eastAsia="Yu Gothic"/>
          <w:b/>
          <w:i w:val="0"/>
          <w:color w:val="1B3A5C"/>
          <w:sz w:val="22"/>
        </w:rPr>
        <w:t>用紙と書き方</w:t>
      </w:r>
    </w:p>
    <w:p>
      <w:pPr>
        <w:spacing w:before="0" w:after="60" w:line="280" w:lineRule="exact"/>
      </w:pPr>
      <w:r>
        <w:rPr>
          <w:rFonts w:ascii="Yu Gothic" w:hAnsi="Yu Gothic" w:eastAsia="Yu Gothic"/>
          <w:b w:val="0"/>
          <w:i w:val="0"/>
          <w:color w:val="1A1A1A"/>
          <w:sz w:val="19"/>
        </w:rPr>
        <w:t>白無地のA4またはB5用紙、罫線なしの便箋が一般的。</w:t>
      </w:r>
    </w:p>
    <w:p>
      <w:pPr>
        <w:spacing w:before="0" w:after="60" w:line="280" w:lineRule="exact"/>
      </w:pPr>
      <w:r>
        <w:rPr>
          <w:rFonts w:ascii="Yu Gothic" w:hAnsi="Yu Gothic" w:eastAsia="Yu Gothic"/>
          <w:b w:val="0"/>
          <w:i w:val="0"/>
          <w:color w:val="1A1A1A"/>
          <w:sz w:val="19"/>
        </w:rPr>
        <w:t>縦書きは伝統的で改まった印象、横書きはビジネス文書として一般的です。</w:t>
      </w:r>
    </w:p>
    <w:p>
      <w:pPr>
        <w:spacing w:before="0" w:after="60" w:line="280" w:lineRule="exact"/>
      </w:pPr>
      <w:r>
        <w:rPr>
          <w:rFonts w:ascii="Yu Gothic" w:hAnsi="Yu Gothic" w:eastAsia="Yu Gothic"/>
          <w:b w:val="0"/>
          <w:i w:val="0"/>
          <w:color w:val="1A1A1A"/>
          <w:sz w:val="19"/>
        </w:rPr>
        <w:t>黒のボールペンまたは万年筆で書きます。鉛筆・消えるペンはNG。</w:t>
      </w:r>
    </w:p>
    <w:p>
      <w:pPr>
        <w:keepNext/>
        <w:spacing w:before="60" w:after="40"/>
        <w:pBdr>
          <w:top w:val="double" w:sz="8" w:space="1" w:color="1B3A5C"/>
        </w:pBdr>
      </w:pPr>
      <w:r>
        <w:rPr>
          <w:rFonts w:ascii="Yu Gothic" w:hAnsi="Yu Gothic" w:eastAsia="Yu Gothic"/>
          <w:b/>
          <w:i w:val="0"/>
          <w:color w:val="1B3A5C"/>
          <w:sz w:val="22"/>
        </w:rPr>
        <w:t>退職理由の書き方</w:t>
      </w:r>
    </w:p>
    <w:p>
      <w:pPr>
        <w:spacing w:before="0" w:after="60" w:line="280" w:lineRule="exact"/>
      </w:pPr>
      <w:r>
        <w:rPr>
          <w:rFonts w:ascii="Yu Gothic" w:hAnsi="Yu Gothic" w:eastAsia="Yu Gothic"/>
          <w:b w:val="0"/>
          <w:i w:val="0"/>
          <w:color w:val="1A1A1A"/>
          <w:sz w:val="19"/>
        </w:rPr>
        <w:t>自己都合の場合は「一身上の都合により」で統一。具体的な理由を書く必要はありません。</w:t>
      </w:r>
    </w:p>
    <w:p>
      <w:pPr>
        <w:spacing w:before="0" w:after="60" w:line="280" w:lineRule="exact"/>
      </w:pPr>
      <w:r>
        <w:rPr>
          <w:rFonts w:ascii="Yu Gothic" w:hAnsi="Yu Gothic" w:eastAsia="Yu Gothic"/>
          <w:b w:val="0"/>
          <w:i w:val="0"/>
          <w:color w:val="1A1A1A"/>
          <w:sz w:val="19"/>
        </w:rPr>
        <w:t>会社都合（解雇・倒産等）の場合は「会社都合により」と書きます（失業給付の受給条件に影響）。</w:t>
      </w:r>
    </w:p>
    <w:p>
      <w:pPr>
        <w:keepNext/>
        <w:spacing w:before="60" w:after="40"/>
        <w:pBdr>
          <w:top w:val="double" w:sz="8" w:space="1" w:color="1B3A5C"/>
        </w:pBdr>
      </w:pPr>
      <w:r>
        <w:rPr>
          <w:rFonts w:ascii="Yu Gothic" w:hAnsi="Yu Gothic" w:eastAsia="Yu Gothic"/>
          <w:b/>
          <w:i w:val="0"/>
          <w:color w:val="1B3A5C"/>
          <w:sz w:val="22"/>
        </w:rPr>
        <w:t>封筒・宛名</w:t>
      </w:r>
    </w:p>
    <w:p>
      <w:pPr>
        <w:spacing w:before="0" w:after="60" w:line="280" w:lineRule="exact"/>
      </w:pPr>
      <w:r>
        <w:rPr>
          <w:rFonts w:ascii="Yu Gothic" w:hAnsi="Yu Gothic" w:eastAsia="Yu Gothic"/>
          <w:b w:val="0"/>
          <w:i w:val="0"/>
          <w:color w:val="1A1A1A"/>
          <w:sz w:val="19"/>
        </w:rPr>
        <w:t>白の長形4号封筒に「退職届」と表書きし、裏面に所属・氏名を記入。</w:t>
      </w:r>
    </w:p>
    <w:p>
      <w:pPr>
        <w:spacing w:before="0" w:after="60" w:line="280" w:lineRule="exact"/>
      </w:pPr>
      <w:r>
        <w:rPr>
          <w:rFonts w:ascii="Yu Gothic" w:hAnsi="Yu Gothic" w:eastAsia="Yu Gothic"/>
          <w:b w:val="0"/>
          <w:i w:val="0"/>
          <w:color w:val="1A1A1A"/>
          <w:sz w:val="19"/>
        </w:rPr>
        <w:t>宛名は社長宛が原則。直属の上司に手渡しするのが一般的です。</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書き方ガイド：法律根拠と留意点（条文引用）</w:t>
      </w:r>
    </w:p>
    <w:p>
      <w:pPr>
        <w:keepNext/>
        <w:spacing w:before="60" w:after="40"/>
        <w:pBdr>
          <w:top w:val="double" w:sz="8" w:space="1" w:color="1B3A5C"/>
        </w:pBdr>
      </w:pPr>
      <w:r>
        <w:rPr>
          <w:rFonts w:ascii="Yu Gothic" w:hAnsi="Yu Gothic" w:eastAsia="Yu Gothic"/>
          <w:b/>
          <w:i w:val="0"/>
          <w:color w:val="1B3A5C"/>
          <w:sz w:val="22"/>
        </w:rPr>
        <w:t>民法627条（無期雇用）</w:t>
      </w:r>
    </w:p>
    <w:p>
      <w:pPr>
        <w:spacing w:before="0" w:after="60" w:line="280" w:lineRule="exact"/>
      </w:pPr>
      <w:r>
        <w:rPr>
          <w:rFonts w:ascii="Yu Gothic" w:hAnsi="Yu Gothic" w:eastAsia="Yu Gothic"/>
          <w:b w:val="0"/>
          <w:i w:val="0"/>
          <w:color w:val="1A1A1A"/>
          <w:sz w:val="19"/>
        </w:rPr>
        <w:t>当事者が雇用の期間を定めなかったときは、各当事者は、いつでも解約の申入れをすることができる。</w:t>
      </w:r>
    </w:p>
    <w:p>
      <w:pPr>
        <w:spacing w:before="0" w:after="60" w:line="280" w:lineRule="exact"/>
      </w:pPr>
      <w:r>
        <w:rPr>
          <w:rFonts w:ascii="Yu Gothic" w:hAnsi="Yu Gothic" w:eastAsia="Yu Gothic"/>
          <w:b w:val="0"/>
          <w:i w:val="0"/>
          <w:color w:val="1A1A1A"/>
          <w:sz w:val="19"/>
        </w:rPr>
        <w:t>この場合において、雇用は、解約の申入れの日から2週間を経過することによって終了する。</w:t>
      </w:r>
    </w:p>
    <w:p>
      <w:pPr>
        <w:keepNext/>
        <w:spacing w:before="60" w:after="40"/>
        <w:pBdr>
          <w:top w:val="double" w:sz="8" w:space="1" w:color="1B3A5C"/>
        </w:pBdr>
      </w:pPr>
      <w:r>
        <w:rPr>
          <w:rFonts w:ascii="Yu Gothic" w:hAnsi="Yu Gothic" w:eastAsia="Yu Gothic"/>
          <w:b/>
          <w:i w:val="0"/>
          <w:color w:val="1B3A5C"/>
          <w:sz w:val="22"/>
        </w:rPr>
        <w:t>労基法第22条（退職時の証明）</w:t>
      </w:r>
    </w:p>
    <w:p>
      <w:pPr>
        <w:spacing w:before="0" w:after="60" w:line="280" w:lineRule="exact"/>
      </w:pPr>
      <w:r>
        <w:rPr>
          <w:rFonts w:ascii="Yu Gothic" w:hAnsi="Yu Gothic" w:eastAsia="Yu Gothic"/>
          <w:b w:val="0"/>
          <w:i w:val="0"/>
          <w:color w:val="1A1A1A"/>
          <w:sz w:val="19"/>
        </w:rPr>
        <w:t>労働者が、退職の場合において、使用期間、業務の種類、その事業における地位、賃金又は退職の事由について証明書を請求したときは、使用者は遅滞なくこれを交付しなければならない。</w:t>
      </w:r>
    </w:p>
    <w:p>
      <w:pPr>
        <w:keepNext/>
        <w:spacing w:before="60" w:after="40"/>
        <w:pBdr>
          <w:top w:val="double" w:sz="8" w:space="1" w:color="1B3A5C"/>
        </w:pBdr>
      </w:pPr>
      <w:r>
        <w:rPr>
          <w:rFonts w:ascii="Yu Gothic" w:hAnsi="Yu Gothic" w:eastAsia="Yu Gothic"/>
          <w:b/>
          <w:i w:val="0"/>
          <w:color w:val="1B3A5C"/>
          <w:sz w:val="22"/>
        </w:rPr>
        <w:t>労基法第109条（記録の保存）</w:t>
      </w:r>
    </w:p>
    <w:p>
      <w:pPr>
        <w:spacing w:before="0" w:after="60" w:line="280" w:lineRule="exact"/>
      </w:pPr>
      <w:r>
        <w:rPr>
          <w:rFonts w:ascii="Yu Gothic" w:hAnsi="Yu Gothic" w:eastAsia="Yu Gothic"/>
          <w:b w:val="0"/>
          <w:i w:val="0"/>
          <w:color w:val="1A1A1A"/>
          <w:sz w:val="19"/>
        </w:rPr>
        <w:t>使用者は、労働者名簿、賃金台帳及び雇入れ、解雇、災害補償、賃金その他労働関係に関する重要な書類を5年間（経過措置で当面3年間）保存しなければならない。</w:t>
      </w:r>
    </w:p>
    <w:p>
      <w:pPr>
        <w:keepNext/>
        <w:spacing w:before="60" w:after="40"/>
        <w:pBdr>
          <w:top w:val="double" w:sz="8" w:space="1" w:color="1B3A5C"/>
        </w:pBdr>
      </w:pPr>
      <w:r>
        <w:rPr>
          <w:rFonts w:ascii="Yu Gothic" w:hAnsi="Yu Gothic" w:eastAsia="Yu Gothic"/>
          <w:b/>
          <w:i w:val="0"/>
          <w:color w:val="1B3A5C"/>
          <w:sz w:val="22"/>
        </w:rPr>
        <w:t>関連: 失業給付の自己都合・会社都合</w:t>
      </w:r>
    </w:p>
    <w:p>
      <w:pPr>
        <w:spacing w:before="0" w:after="60" w:line="280" w:lineRule="exact"/>
      </w:pPr>
      <w:r>
        <w:rPr>
          <w:rFonts w:ascii="Yu Gothic" w:hAnsi="Yu Gothic" w:eastAsia="Yu Gothic"/>
          <w:b w:val="0"/>
          <w:i w:val="0"/>
          <w:color w:val="1A1A1A"/>
          <w:sz w:val="19"/>
        </w:rPr>
        <w:t>自己都合退職は給付制限期間（令和7年4月1日以降の退職は原則1か月。退職日からさかのぼって5年間に、正当な理由のない自己都合退職で2回以上受給資格決定を受けている場合や重責解雇の場合は3か月）あり。会社都合は7日の待期のあと支給。</w:t>
      </w:r>
    </w:p>
    <w:p>
      <w:pPr>
        <w:spacing w:before="0" w:after="60" w:line="280" w:lineRule="exact"/>
      </w:pPr>
      <w:r>
        <w:rPr>
          <w:rFonts w:ascii="Yu Gothic" w:hAnsi="Yu Gothic" w:eastAsia="Yu Gothic"/>
          <w:b w:val="0"/>
          <w:i w:val="0"/>
          <w:color w:val="1A1A1A"/>
          <w:sz w:val="19"/>
        </w:rPr>
        <w:t>退職届に「会社都合」と書ける場合は明確に記載すること（解雇・倒産・退職勧奨等）。</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FAQ（退職届に関する頻出質問 35問）</w:t>
      </w:r>
    </w:p>
    <w:p>
      <w:pPr>
        <w:keepNext/>
        <w:spacing w:before="60" w:after="20" w:line="270" w:lineRule="exact"/>
      </w:pPr>
      <w:r>
        <w:rPr>
          <w:rFonts w:ascii="Yu Gothic" w:hAnsi="Yu Gothic" w:eastAsia="Yu Gothic"/>
          <w:b/>
          <w:i w:val="0"/>
          <w:color w:val="1B3A5C"/>
          <w:sz w:val="19"/>
        </w:rPr>
        <w:t>Q1. 退職届はいつまでに提出すれば良いですか？</w:t>
      </w:r>
    </w:p>
    <w:p>
      <w:pPr>
        <w:spacing w:before="0" w:after="20" w:line="270" w:lineRule="exact"/>
      </w:pPr>
      <w:r>
        <w:rPr>
          <w:rFonts w:ascii="Yu Gothic" w:hAnsi="Yu Gothic" w:eastAsia="Yu Gothic"/>
          <w:b w:val="0"/>
          <w:i w:val="0"/>
          <w:color w:val="1A1A1A"/>
          <w:sz w:val="18"/>
        </w:rPr>
        <w:t>民法627条1項では、申入れから2週間経過で雇用契約終了となります。しかし、就業規則で「1ヶ月前」「2ヶ月前」と定めている企業が多いため、実務上は1ヶ月以上前の提出が円満退職に望ましいです。</w:t>
      </w:r>
    </w:p>
    <w:p>
      <w:pPr>
        <w:keepNext/>
        <w:spacing w:before="60" w:after="20" w:line="270" w:lineRule="exact"/>
      </w:pPr>
      <w:r>
        <w:rPr>
          <w:rFonts w:ascii="Yu Gothic" w:hAnsi="Yu Gothic" w:eastAsia="Yu Gothic"/>
          <w:b/>
          <w:i w:val="0"/>
          <w:color w:val="1B3A5C"/>
          <w:sz w:val="19"/>
        </w:rPr>
        <w:t>Q2. 退職届を会社が受け取ってくれません。どうすれば？</w:t>
      </w:r>
    </w:p>
    <w:p>
      <w:pPr>
        <w:spacing w:before="0" w:after="20" w:line="270" w:lineRule="exact"/>
      </w:pPr>
      <w:r>
        <w:rPr>
          <w:rFonts w:ascii="Yu Gothic" w:hAnsi="Yu Gothic" w:eastAsia="Yu Gothic"/>
          <w:b w:val="0"/>
          <w:i w:val="0"/>
          <w:color w:val="1A1A1A"/>
          <w:sz w:val="18"/>
        </w:rPr>
        <w:t>(1) 直属の上司の上司に提出、(2) 人事部に直接提出、(3) 配達証明付き内容証明郵便で社長宛に郵送、(4) 労働基準監督署に相談、(5) 退職代行サービスの利用、等の方法があります。内容証明郵便で送付すれば、到達日から2週間経過で雇用契約は自動終了します（民法627条）。</w:t>
      </w:r>
    </w:p>
    <w:p>
      <w:pPr>
        <w:keepNext/>
        <w:spacing w:before="60" w:after="20" w:line="270" w:lineRule="exact"/>
      </w:pPr>
      <w:r>
        <w:rPr>
          <w:rFonts w:ascii="Yu Gothic" w:hAnsi="Yu Gothic" w:eastAsia="Yu Gothic"/>
          <w:b/>
          <w:i w:val="0"/>
          <w:color w:val="1B3A5C"/>
          <w:sz w:val="19"/>
        </w:rPr>
        <w:t>Q3. 退職届を一度提出した後、撤回できますか？</w:t>
      </w:r>
    </w:p>
    <w:p>
      <w:pPr>
        <w:spacing w:before="0" w:after="20" w:line="270" w:lineRule="exact"/>
      </w:pPr>
      <w:r>
        <w:rPr>
          <w:rFonts w:ascii="Yu Gothic" w:hAnsi="Yu Gothic" w:eastAsia="Yu Gothic"/>
          <w:b w:val="0"/>
          <w:i w:val="0"/>
          <w:color w:val="1A1A1A"/>
          <w:sz w:val="18"/>
        </w:rPr>
        <w:t>退職届（一方的な辞職の意思表示）は、会社に届いた後は原則として撤回できないと考えられています（合意退職の申込みである退職願とは扱いが異なります）。ただし、錯誤・詐欺・強迫による意思表示は取り消せる場合があります（民法95条・96条）。退職願であれば、会社が承諾するまでは撤回できる余地があります。どちらに当たるかは、題名だけでなく文面や状況で判断されます。</w:t>
      </w:r>
    </w:p>
    <w:p>
      <w:pPr>
        <w:keepNext/>
        <w:spacing w:before="60" w:after="20" w:line="270" w:lineRule="exact"/>
      </w:pPr>
      <w:r>
        <w:rPr>
          <w:rFonts w:ascii="Yu Gothic" w:hAnsi="Yu Gothic" w:eastAsia="Yu Gothic"/>
          <w:b/>
          <w:i w:val="0"/>
          <w:color w:val="1B3A5C"/>
          <w:sz w:val="19"/>
        </w:rPr>
        <w:t>Q4. 退職理由は具体的に書く必要がありますか？</w:t>
      </w:r>
    </w:p>
    <w:p>
      <w:pPr>
        <w:spacing w:before="0" w:after="20" w:line="270" w:lineRule="exact"/>
      </w:pPr>
      <w:r>
        <w:rPr>
          <w:rFonts w:ascii="Yu Gothic" w:hAnsi="Yu Gothic" w:eastAsia="Yu Gothic"/>
          <w:b w:val="0"/>
          <w:i w:val="0"/>
          <w:color w:val="1A1A1A"/>
          <w:sz w:val="18"/>
        </w:rPr>
        <w:t>自己都合退職の場合、「一身上の都合」で問題ありません。詳細な理由（転職先・人間関係等）を書く必要はなく、また書くべきではありません。会社都合退職の場合のみ「貴社の事業縮小により」「退職勧奨に応じ」等を明記します。</w:t>
      </w:r>
    </w:p>
    <w:p>
      <w:pPr>
        <w:keepNext/>
        <w:spacing w:before="60" w:after="20" w:line="270" w:lineRule="exact"/>
      </w:pPr>
      <w:r>
        <w:rPr>
          <w:rFonts w:ascii="Yu Gothic" w:hAnsi="Yu Gothic" w:eastAsia="Yu Gothic"/>
          <w:b/>
          <w:i w:val="0"/>
          <w:color w:val="1B3A5C"/>
          <w:sz w:val="19"/>
        </w:rPr>
        <w:t>Q5. 「一身上の都合」と書くと自己都合扱いになりますか？</w:t>
      </w:r>
    </w:p>
    <w:p>
      <w:pPr>
        <w:spacing w:before="0" w:after="20" w:line="270" w:lineRule="exact"/>
      </w:pPr>
      <w:r>
        <w:rPr>
          <w:rFonts w:ascii="Yu Gothic" w:hAnsi="Yu Gothic" w:eastAsia="Yu Gothic"/>
          <w:b w:val="0"/>
          <w:i w:val="0"/>
          <w:color w:val="1A1A1A"/>
          <w:sz w:val="18"/>
        </w:rPr>
        <w:t>はい。「一身上の都合」と書くと、原則として自己都合退職として処理されます。労働条件不一致・パワハラ・退職勧奨・倒産危機等で実質会社都合の場合は、「一身上の都合」と書かず、「貴社の事業縮小により」「退職勧奨に応じ」等を明記しないと、失業給付で給付制限を受ける可能性があります。</w:t>
      </w:r>
    </w:p>
    <w:p>
      <w:pPr>
        <w:keepNext/>
        <w:spacing w:before="60" w:after="20" w:line="270" w:lineRule="exact"/>
      </w:pPr>
      <w:r>
        <w:rPr>
          <w:rFonts w:ascii="Yu Gothic" w:hAnsi="Yu Gothic" w:eastAsia="Yu Gothic"/>
          <w:b/>
          <w:i w:val="0"/>
          <w:color w:val="1B3A5C"/>
          <w:sz w:val="19"/>
        </w:rPr>
        <w:t>Q6. 自己都合退職と会社都合退職で何が違いますか？</w:t>
      </w:r>
    </w:p>
    <w:p>
      <w:pPr>
        <w:spacing w:before="0" w:after="20" w:line="270" w:lineRule="exact"/>
      </w:pPr>
      <w:r>
        <w:rPr>
          <w:rFonts w:ascii="Yu Gothic" w:hAnsi="Yu Gothic" w:eastAsia="Yu Gothic"/>
          <w:b w:val="0"/>
          <w:i w:val="0"/>
          <w:color w:val="1A1A1A"/>
          <w:sz w:val="18"/>
        </w:rPr>
        <w:t>失業給付（基本手当）の給付制限・所定給付日数が異なります。</w:t>
        <w:br/>
        <w:t>・自己都合：給付制限原則1か月〈令和7年4月改正・改正前は2か月〉・所定給付日数90〜150日</w:t>
        <w:br/>
        <w:t>・会社都合：給付制限なし（7日待期のみ）・所定給付日数90〜330日</w:t>
        <w:br/>
        <w:t>また、退職金規程上、会社都合の方が支給率が高い場合があります。</w:t>
      </w:r>
    </w:p>
    <w:p>
      <w:pPr>
        <w:keepNext/>
        <w:spacing w:before="60" w:after="20" w:line="270" w:lineRule="exact"/>
      </w:pPr>
      <w:r>
        <w:rPr>
          <w:rFonts w:ascii="Yu Gothic" w:hAnsi="Yu Gothic" w:eastAsia="Yu Gothic"/>
          <w:b/>
          <w:i w:val="0"/>
          <w:color w:val="1B3A5C"/>
          <w:sz w:val="19"/>
        </w:rPr>
        <w:t>Q7. 退職届は手書きでないとダメですか？</w:t>
      </w:r>
    </w:p>
    <w:p>
      <w:pPr>
        <w:spacing w:before="0" w:after="20" w:line="270" w:lineRule="exact"/>
      </w:pPr>
      <w:r>
        <w:rPr>
          <w:rFonts w:ascii="Yu Gothic" w:hAnsi="Yu Gothic" w:eastAsia="Yu Gothic"/>
          <w:b w:val="0"/>
          <w:i w:val="0"/>
          <w:color w:val="1A1A1A"/>
          <w:sz w:val="18"/>
        </w:rPr>
        <w:t>法律上は手書きでもPC作成でも問題ありません。ただし、伝統的な慣行として手書き（黒色ボールペン・万年筆）が好まれます。本テンプレートをPCで印刷し、署名・押印のみ手書きで対応するのも一般的です。</w:t>
      </w:r>
    </w:p>
    <w:p>
      <w:pPr>
        <w:keepNext/>
        <w:spacing w:before="60" w:after="20" w:line="270" w:lineRule="exact"/>
      </w:pPr>
      <w:r>
        <w:rPr>
          <w:rFonts w:ascii="Yu Gothic" w:hAnsi="Yu Gothic" w:eastAsia="Yu Gothic"/>
          <w:b/>
          <w:i w:val="0"/>
          <w:color w:val="1B3A5C"/>
          <w:sz w:val="19"/>
        </w:rPr>
        <w:t>Q8. 退職届の用紙は何を使えば良いですか？</w:t>
      </w:r>
    </w:p>
    <w:p>
      <w:pPr>
        <w:spacing w:before="0" w:after="20" w:line="270" w:lineRule="exact"/>
      </w:pPr>
      <w:r>
        <w:rPr>
          <w:rFonts w:ascii="Yu Gothic" w:hAnsi="Yu Gothic" w:eastAsia="Yu Gothic"/>
          <w:b w:val="0"/>
          <w:i w:val="0"/>
          <w:color w:val="1A1A1A"/>
          <w:sz w:val="18"/>
        </w:rPr>
        <w:t>白色のA4縦書き、または便箋B5縦書きが一般的です。罫線なしが望ましいです。封筒は白色の長形3号（A4の3つ折りが入るサイズ）または長形4号を使用します。封筒表面に「退職届」、裏面に部署・氏名を記載します。</w:t>
      </w:r>
    </w:p>
    <w:p>
      <w:pPr>
        <w:keepNext/>
        <w:spacing w:before="60" w:after="20" w:line="270" w:lineRule="exact"/>
      </w:pPr>
      <w:r>
        <w:rPr>
          <w:rFonts w:ascii="Yu Gothic" w:hAnsi="Yu Gothic" w:eastAsia="Yu Gothic"/>
          <w:b/>
          <w:i w:val="0"/>
          <w:color w:val="1B3A5C"/>
          <w:sz w:val="19"/>
        </w:rPr>
        <w:t>Q9. 印鑑はシャチハタでも良いですか？</w:t>
      </w:r>
    </w:p>
    <w:p>
      <w:pPr>
        <w:spacing w:before="0" w:after="20" w:line="270" w:lineRule="exact"/>
      </w:pPr>
      <w:r>
        <w:rPr>
          <w:rFonts w:ascii="Yu Gothic" w:hAnsi="Yu Gothic" w:eastAsia="Yu Gothic"/>
          <w:b w:val="0"/>
          <w:i w:val="0"/>
          <w:color w:val="1A1A1A"/>
          <w:sz w:val="18"/>
        </w:rPr>
        <w:t>シャチハタ（インク内蔵式ゴム印）は公式書類には不適切とされています。認印（朱肉を使う印鑑）を使用してください。実印は不要です。</w:t>
      </w:r>
    </w:p>
    <w:p>
      <w:pPr>
        <w:keepNext/>
        <w:spacing w:before="60" w:after="20" w:line="270" w:lineRule="exact"/>
      </w:pPr>
      <w:r>
        <w:rPr>
          <w:rFonts w:ascii="Yu Gothic" w:hAnsi="Yu Gothic" w:eastAsia="Yu Gothic"/>
          <w:b/>
          <w:i w:val="0"/>
          <w:color w:val="1B3A5C"/>
          <w:sz w:val="19"/>
        </w:rPr>
        <w:t>Q10. 退職届を提出すると有給休暇は消化できますか？</w:t>
      </w:r>
    </w:p>
    <w:p>
      <w:pPr>
        <w:spacing w:before="0" w:after="20" w:line="270" w:lineRule="exact"/>
      </w:pPr>
      <w:r>
        <w:rPr>
          <w:rFonts w:ascii="Yu Gothic" w:hAnsi="Yu Gothic" w:eastAsia="Yu Gothic"/>
          <w:b w:val="0"/>
          <w:i w:val="0"/>
          <w:color w:val="1A1A1A"/>
          <w:sz w:val="18"/>
        </w:rPr>
        <w:t>はい。残有給休暇は退職前に消化可能です（労基法39条）。「有給休暇の時季指定権」は労働者にあり、業務多忙を理由に拒否することはできません。ただし、引継ぎ業務との兼ね合いで、退職日や有給消化開始日を会社と調整するのが円満退職のコツです。</w:t>
      </w:r>
    </w:p>
    <w:p>
      <w:pPr>
        <w:keepNext/>
        <w:spacing w:before="60" w:after="20" w:line="270" w:lineRule="exact"/>
      </w:pPr>
      <w:r>
        <w:rPr>
          <w:rFonts w:ascii="Yu Gothic" w:hAnsi="Yu Gothic" w:eastAsia="Yu Gothic"/>
          <w:b/>
          <w:i w:val="0"/>
          <w:color w:val="1B3A5C"/>
          <w:sz w:val="19"/>
        </w:rPr>
        <w:t>Q11. 退職届を出したのに「辞めさせない」と言われました。</w:t>
      </w:r>
    </w:p>
    <w:p>
      <w:pPr>
        <w:spacing w:before="0" w:after="20" w:line="270" w:lineRule="exact"/>
      </w:pPr>
      <w:r>
        <w:rPr>
          <w:rFonts w:ascii="Yu Gothic" w:hAnsi="Yu Gothic" w:eastAsia="Yu Gothic"/>
          <w:b w:val="0"/>
          <w:i w:val="0"/>
          <w:color w:val="1A1A1A"/>
          <w:sz w:val="18"/>
        </w:rPr>
        <w:t>民法627条1項により、申入れから2週間経過で雇用契約は自動的に終了します。会社の承諾は不要です。「辞めさせない」「損害賠償請求する」等の脅しは原則として法的根拠がありません。労働基準監督署・総合労働相談コーナーに相談するか、退職代行サービス・弁護士に依頼することも可能です。</w:t>
      </w:r>
    </w:p>
    <w:p>
      <w:pPr>
        <w:keepNext/>
        <w:spacing w:before="60" w:after="20" w:line="270" w:lineRule="exact"/>
      </w:pPr>
      <w:r>
        <w:rPr>
          <w:rFonts w:ascii="Yu Gothic" w:hAnsi="Yu Gothic" w:eastAsia="Yu Gothic"/>
          <w:b/>
          <w:i w:val="0"/>
          <w:color w:val="1B3A5C"/>
          <w:sz w:val="19"/>
        </w:rPr>
        <w:t>Q12. 退職する際、損害賠償を請求されることはありますか？</w:t>
      </w:r>
    </w:p>
    <w:p>
      <w:pPr>
        <w:spacing w:before="0" w:after="20" w:line="270" w:lineRule="exact"/>
      </w:pPr>
      <w:r>
        <w:rPr>
          <w:rFonts w:ascii="Yu Gothic" w:hAnsi="Yu Gothic" w:eastAsia="Yu Gothic"/>
          <w:b w:val="0"/>
          <w:i w:val="0"/>
          <w:color w:val="1A1A1A"/>
          <w:sz w:val="18"/>
        </w:rPr>
        <w:t>退職したこと自体を理由とする損害賠償請求は、一般には認められにくいとされています。ただし、(1) 業務上の重大な背信行為、(2) 引継ぎ拒否による会社の具体的損害、(3) 留学・研修費用の返還の取り決め等がある場合は別途検討が必要です（会社があらかじめ違約金や損害賠償の額を決めておく契約は、労基法16条で禁止されています）。</w:t>
      </w:r>
    </w:p>
    <w:p>
      <w:pPr>
        <w:keepNext/>
        <w:spacing w:before="60" w:after="20" w:line="270" w:lineRule="exact"/>
      </w:pPr>
      <w:r>
        <w:rPr>
          <w:rFonts w:ascii="Yu Gothic" w:hAnsi="Yu Gothic" w:eastAsia="Yu Gothic"/>
          <w:b/>
          <w:i w:val="0"/>
          <w:color w:val="1B3A5C"/>
          <w:sz w:val="19"/>
        </w:rPr>
        <w:t>Q13. 退職届を提出したら、即日退職できますか？</w:t>
      </w:r>
    </w:p>
    <w:p>
      <w:pPr>
        <w:spacing w:before="0" w:after="20" w:line="270" w:lineRule="exact"/>
      </w:pPr>
      <w:r>
        <w:rPr>
          <w:rFonts w:ascii="Yu Gothic" w:hAnsi="Yu Gothic" w:eastAsia="Yu Gothic"/>
          <w:b w:val="0"/>
          <w:i w:val="0"/>
          <w:color w:val="1A1A1A"/>
          <w:sz w:val="18"/>
        </w:rPr>
        <w:t>原則として、退職届提出から2週間（民法627条1項）が過ぎるまで雇用契約は続きます。試用期間中でも同じです（労基法21条は会社が解雇するときの予告の定めで、自分から辞めるときの決まりではありません）。ただし、(1) 双方の合意による即日退職、(2) パワハラ・労働基準法違反等で「やむを得ない事由」（民法628条）がある場合は即日退職も可能です。</w:t>
      </w:r>
    </w:p>
    <w:p>
      <w:pPr>
        <w:keepNext/>
        <w:spacing w:before="60" w:after="20" w:line="270" w:lineRule="exact"/>
      </w:pPr>
      <w:r>
        <w:rPr>
          <w:rFonts w:ascii="Yu Gothic" w:hAnsi="Yu Gothic" w:eastAsia="Yu Gothic"/>
          <w:b/>
          <w:i w:val="0"/>
          <w:color w:val="1B3A5C"/>
          <w:sz w:val="19"/>
        </w:rPr>
        <w:t>Q14. 退職届と退職願はどちらを書けば良いですか？</w:t>
      </w:r>
    </w:p>
    <w:p>
      <w:pPr>
        <w:spacing w:before="0" w:after="20" w:line="270" w:lineRule="exact"/>
      </w:pPr>
      <w:r>
        <w:rPr>
          <w:rFonts w:ascii="Yu Gothic" w:hAnsi="Yu Gothic" w:eastAsia="Yu Gothic"/>
          <w:b w:val="0"/>
          <w:i w:val="0"/>
          <w:color w:val="1A1A1A"/>
          <w:sz w:val="18"/>
        </w:rPr>
        <w:t>意志が固く確実に辞めたい場合は「退職届」、円満退職・会社と相談しながら進めたい場合は「退職願」が推奨されます。退職届は一方的通告（撤回不可）、退職願は合意退職の申込み（承諾前は撤回可能）です。</w:t>
      </w:r>
    </w:p>
    <w:p>
      <w:pPr>
        <w:keepNext/>
        <w:spacing w:before="60" w:after="20" w:line="270" w:lineRule="exact"/>
      </w:pPr>
      <w:r>
        <w:rPr>
          <w:rFonts w:ascii="Yu Gothic" w:hAnsi="Yu Gothic" w:eastAsia="Yu Gothic"/>
          <w:b/>
          <w:i w:val="0"/>
          <w:color w:val="1B3A5C"/>
          <w:sz w:val="19"/>
        </w:rPr>
        <w:t>Q15. 上司に退職を伝えるタイミングは？</w:t>
      </w:r>
    </w:p>
    <w:p>
      <w:pPr>
        <w:spacing w:before="0" w:after="20" w:line="270" w:lineRule="exact"/>
      </w:pPr>
      <w:r>
        <w:rPr>
          <w:rFonts w:ascii="Yu Gothic" w:hAnsi="Yu Gothic" w:eastAsia="Yu Gothic"/>
          <w:b w:val="0"/>
          <w:i w:val="0"/>
          <w:color w:val="1A1A1A"/>
          <w:sz w:val="18"/>
        </w:rPr>
        <w:t>退職届提出の2週間〜1ヶ月前に、直属の上司に口頭で退職意思を伝えるのが一般的です。1on1や個別面談の場が望ましく、メール・電話・LINEは避けるべきです。退職理由を聞かれたら、「キャリアアップのため」「家庭の事情」等の前向きな理由を伝え、会社批判や同僚への愚痴は避けます。</w:t>
      </w:r>
    </w:p>
    <w:p>
      <w:pPr>
        <w:keepNext/>
        <w:spacing w:before="60" w:after="20" w:line="270" w:lineRule="exact"/>
      </w:pPr>
      <w:r>
        <w:rPr>
          <w:rFonts w:ascii="Yu Gothic" w:hAnsi="Yu Gothic" w:eastAsia="Yu Gothic"/>
          <w:b/>
          <w:i w:val="0"/>
          <w:color w:val="1B3A5C"/>
          <w:sz w:val="19"/>
        </w:rPr>
        <w:t>Q16. 退職届を提出後、引継ぎはどこまで必要ですか？</w:t>
      </w:r>
    </w:p>
    <w:p>
      <w:pPr>
        <w:spacing w:before="0" w:after="20" w:line="270" w:lineRule="exact"/>
      </w:pPr>
      <w:r>
        <w:rPr>
          <w:rFonts w:ascii="Yu Gothic" w:hAnsi="Yu Gothic" w:eastAsia="Yu Gothic"/>
          <w:b w:val="0"/>
          <w:i w:val="0"/>
          <w:color w:val="1A1A1A"/>
          <w:sz w:val="18"/>
        </w:rPr>
        <w:t>(1) 引継ぎ書の作成（業務手順・取引先連絡先・進行中案件・パスワード一覧）、(2) 後任者または上司への口頭説明・OJT、(3) 取引先への挨拶回り、(4) 業務マニュアル・FAQ集の整備、(5) 貸与物（PC・名刺・社員証・制服）と資格確認書（交付を受けている人）の返還。引継ぎ完了をもって退職を認めると就業規則に定める企業が多いため、誠実な引継ぎが重要です。</w:t>
      </w:r>
    </w:p>
    <w:p>
      <w:pPr>
        <w:keepNext/>
        <w:spacing w:before="60" w:after="20" w:line="270" w:lineRule="exact"/>
      </w:pPr>
      <w:r>
        <w:rPr>
          <w:rFonts w:ascii="Yu Gothic" w:hAnsi="Yu Gothic" w:eastAsia="Yu Gothic"/>
          <w:b/>
          <w:i w:val="0"/>
          <w:color w:val="1B3A5C"/>
          <w:sz w:val="19"/>
        </w:rPr>
        <w:t>Q17. 退職時に会社からもらうべき書類は？</w:t>
      </w:r>
    </w:p>
    <w:p>
      <w:pPr>
        <w:spacing w:before="0" w:after="20" w:line="270" w:lineRule="exact"/>
      </w:pPr>
      <w:r>
        <w:rPr>
          <w:rFonts w:ascii="Yu Gothic" w:hAnsi="Yu Gothic" w:eastAsia="Yu Gothic"/>
          <w:b w:val="0"/>
          <w:i w:val="0"/>
          <w:color w:val="1A1A1A"/>
          <w:sz w:val="18"/>
        </w:rPr>
        <w:t>(1) 離職票（ハローワークで失業給付申請に必要）、(2) 退職証明書（労基法22条）、(3) 源泉徴収票（次の職場の年末調整・確定申告に必要）、(4) 年金手帳か基礎年金番号通知書（会社預かりの場合）、(5) 雇用保険被保険者証、(6) 健康保険資格喪失証明書（必要に応じて）。発行を拒否された場合は労基署・年金事務所・ハローワークに相談してください。</w:t>
      </w:r>
    </w:p>
    <w:p>
      <w:pPr>
        <w:keepNext/>
        <w:spacing w:before="60" w:after="20" w:line="270" w:lineRule="exact"/>
      </w:pPr>
      <w:r>
        <w:rPr>
          <w:rFonts w:ascii="Yu Gothic" w:hAnsi="Yu Gothic" w:eastAsia="Yu Gothic"/>
          <w:b/>
          <w:i w:val="0"/>
          <w:color w:val="1B3A5C"/>
          <w:sz w:val="19"/>
        </w:rPr>
        <w:t>Q18. 失業給付（基本手当）はいつから受給できますか？</w:t>
      </w:r>
    </w:p>
    <w:p>
      <w:pPr>
        <w:spacing w:before="0" w:after="20" w:line="270" w:lineRule="exact"/>
      </w:pPr>
      <w:r>
        <w:rPr>
          <w:rFonts w:ascii="Yu Gothic" w:hAnsi="Yu Gothic" w:eastAsia="Yu Gothic"/>
          <w:b w:val="0"/>
          <w:i w:val="0"/>
          <w:color w:val="1A1A1A"/>
          <w:sz w:val="18"/>
        </w:rPr>
        <w:t>離職票・本人確認書類・印鑑・写真等を持参してハローワークで求職申込み後、(a) 自己都合退職：7日待期+給付制限 → 受給開始（令和7年4月1日以降の退職は原則1か月の制限で合計約1か月半後。退職日からさかのぼって5年間に、正当な理由のない自己都合退職で2回以上受給資格決定を受けている場合や重責解雇の場合は制限3か月）、(b) 会社都合退職：7日待期のみ → 受給開始（約1週間後）となります。</w:t>
      </w:r>
    </w:p>
    <w:p>
      <w:pPr>
        <w:keepNext/>
        <w:spacing w:before="60" w:after="20" w:line="270" w:lineRule="exact"/>
      </w:pPr>
      <w:r>
        <w:rPr>
          <w:rFonts w:ascii="Yu Gothic" w:hAnsi="Yu Gothic" w:eastAsia="Yu Gothic"/>
          <w:b/>
          <w:i w:val="0"/>
          <w:color w:val="1B3A5C"/>
          <w:sz w:val="19"/>
        </w:rPr>
        <w:t>Q19. 退職後の健康保険はどうすれば良いですか？</w:t>
      </w:r>
    </w:p>
    <w:p>
      <w:pPr>
        <w:spacing w:before="0" w:after="20" w:line="270" w:lineRule="exact"/>
      </w:pPr>
      <w:r>
        <w:rPr>
          <w:rFonts w:ascii="Yu Gothic" w:hAnsi="Yu Gothic" w:eastAsia="Yu Gothic"/>
          <w:b w:val="0"/>
          <w:i w:val="0"/>
          <w:color w:val="1A1A1A"/>
          <w:sz w:val="18"/>
        </w:rPr>
        <w:t>次のいずれかを選んで手続きします（期限はそれぞれ違います）：</w:t>
        <w:br/>
        <w:t>(1) 国民健康保険（市区町村窓口・退職日の翌日から14日以内）：所得に応じて保険料計算</w:t>
        <w:br/>
        <w:t>(2) 任意継続被保険者：協会けんぽ/健保組合・退職日の翌日から20日以内に申出（健康保険法37条1項）・最長2年・労使折半なしの全額自己負担</w:t>
        <w:br/>
        <w:t>(3) 家族の被扶養者：年収130万円未満（60歳以上または障害者180万円未満・19歳以上23歳未満〈配偶者を除く〉は150万円未満）。家族が勤務先を通じて、扶養に入る日から5日以内に被扶養者届を出す（健康保険法施行規則38条1項）</w:t>
        <w:br/>
        <w:t>保険料を試算して有利なものを選択します。</w:t>
      </w:r>
    </w:p>
    <w:p>
      <w:pPr>
        <w:keepNext/>
        <w:spacing w:before="60" w:after="20" w:line="270" w:lineRule="exact"/>
      </w:pPr>
      <w:r>
        <w:rPr>
          <w:rFonts w:ascii="Yu Gothic" w:hAnsi="Yu Gothic" w:eastAsia="Yu Gothic"/>
          <w:b/>
          <w:i w:val="0"/>
          <w:color w:val="1B3A5C"/>
          <w:sz w:val="19"/>
        </w:rPr>
        <w:t>Q20. 退職代行サービスを使っても問題ないですか？</w:t>
      </w:r>
    </w:p>
    <w:p>
      <w:pPr>
        <w:spacing w:before="0" w:after="20" w:line="270" w:lineRule="exact"/>
      </w:pPr>
      <w:r>
        <w:rPr>
          <w:rFonts w:ascii="Yu Gothic" w:hAnsi="Yu Gothic" w:eastAsia="Yu Gothic"/>
          <w:b w:val="0"/>
          <w:i w:val="0"/>
          <w:color w:val="1A1A1A"/>
          <w:sz w:val="18"/>
        </w:rPr>
        <w:t>法律上問題ありません。退職代行サービスを利用しても、民法627条による退職権は保証されます。ただし、「弁護士法72条（非弁行為禁止）」との関係で、退職代行業者は本人の意思伝達のみが可能で、残業代請求・退職金交渉・損害賠償請求などの法律交渉は弁護士または労働組合（団体交渉権）でなければできません。料金は運営主体（弁護士・労働組合・民間）とプランで違うので、申し込む前に各社の公式サイトで確かめてください。</w:t>
      </w:r>
    </w:p>
    <w:p>
      <w:pPr>
        <w:keepNext/>
        <w:spacing w:before="60" w:after="20" w:line="270" w:lineRule="exact"/>
      </w:pPr>
      <w:r>
        <w:rPr>
          <w:rFonts w:ascii="Yu Gothic" w:hAnsi="Yu Gothic" w:eastAsia="Yu Gothic"/>
          <w:b/>
          <w:i w:val="0"/>
          <w:color w:val="1B3A5C"/>
          <w:sz w:val="19"/>
        </w:rPr>
        <w:t>Q21. 就業規則で「3ヶ月前」と決まっています。</w:t>
      </w:r>
    </w:p>
    <w:p>
      <w:pPr>
        <w:spacing w:before="0" w:after="20" w:line="270" w:lineRule="exact"/>
      </w:pPr>
      <w:r>
        <w:rPr>
          <w:rFonts w:ascii="Yu Gothic" w:hAnsi="Yu Gothic" w:eastAsia="Yu Gothic"/>
          <w:b w:val="0"/>
          <w:i w:val="0"/>
          <w:color w:val="1A1A1A"/>
          <w:sz w:val="18"/>
        </w:rPr>
        <w:t>A. 民法上は2週間で退職可能ですが、円満退社のためには就業規則順守が望ましいです。</w:t>
      </w:r>
    </w:p>
    <w:p>
      <w:pPr>
        <w:keepNext/>
        <w:spacing w:before="60" w:after="20" w:line="270" w:lineRule="exact"/>
      </w:pPr>
      <w:r>
        <w:rPr>
          <w:rFonts w:ascii="Yu Gothic" w:hAnsi="Yu Gothic" w:eastAsia="Yu Gothic"/>
          <w:b/>
          <w:i w:val="0"/>
          <w:color w:val="1B3A5C"/>
          <w:sz w:val="19"/>
        </w:rPr>
        <w:t>Q22. 退職届の日付は提出日？退職日？</w:t>
      </w:r>
    </w:p>
    <w:p>
      <w:pPr>
        <w:spacing w:before="0" w:after="20" w:line="270" w:lineRule="exact"/>
      </w:pPr>
      <w:r>
        <w:rPr>
          <w:rFonts w:ascii="Yu Gothic" w:hAnsi="Yu Gothic" w:eastAsia="Yu Gothic"/>
          <w:b w:val="0"/>
          <w:i w:val="0"/>
          <w:color w:val="1A1A1A"/>
          <w:sz w:val="18"/>
        </w:rPr>
        <w:t>A. 右上の日付は「提出日」、本文中の日付は「退職予定日」です。</w:t>
      </w:r>
    </w:p>
    <w:p>
      <w:pPr>
        <w:keepNext/>
        <w:spacing w:before="60" w:after="20" w:line="270" w:lineRule="exact"/>
      </w:pPr>
      <w:r>
        <w:rPr>
          <w:rFonts w:ascii="Yu Gothic" w:hAnsi="Yu Gothic" w:eastAsia="Yu Gothic"/>
          <w:b/>
          <w:i w:val="0"/>
          <w:color w:val="1B3A5C"/>
          <w:sz w:val="19"/>
        </w:rPr>
        <w:t>Q23. パートやアルバイトでも必要？</w:t>
      </w:r>
    </w:p>
    <w:p>
      <w:pPr>
        <w:spacing w:before="0" w:after="20" w:line="270" w:lineRule="exact"/>
      </w:pPr>
      <w:r>
        <w:rPr>
          <w:rFonts w:ascii="Yu Gothic" w:hAnsi="Yu Gothic" w:eastAsia="Yu Gothic"/>
          <w:b w:val="0"/>
          <w:i w:val="0"/>
          <w:color w:val="1A1A1A"/>
          <w:sz w:val="18"/>
        </w:rPr>
        <w:t>A. 法的義務はありませんが、トラブル防止のため書面提出を推奨します。</w:t>
      </w:r>
    </w:p>
    <w:p>
      <w:pPr>
        <w:keepNext/>
        <w:spacing w:before="60" w:after="20" w:line="270" w:lineRule="exact"/>
      </w:pPr>
      <w:r>
        <w:rPr>
          <w:rFonts w:ascii="Yu Gothic" w:hAnsi="Yu Gothic" w:eastAsia="Yu Gothic"/>
          <w:b/>
          <w:i w:val="0"/>
          <w:color w:val="1B3A5C"/>
          <w:sz w:val="19"/>
        </w:rPr>
        <w:t>Q24. メールやLINEで提出してもよい？</w:t>
      </w:r>
    </w:p>
    <w:p>
      <w:pPr>
        <w:spacing w:before="0" w:after="20" w:line="270" w:lineRule="exact"/>
      </w:pPr>
      <w:r>
        <w:rPr>
          <w:rFonts w:ascii="Yu Gothic" w:hAnsi="Yu Gothic" w:eastAsia="Yu Gothic"/>
          <w:b w:val="0"/>
          <w:i w:val="0"/>
          <w:color w:val="1A1A1A"/>
          <w:sz w:val="18"/>
        </w:rPr>
        <w:t>A. 法的には有効ですが、慣行として書面提出が望ましく、会社から再提出を求められる場合があります。</w:t>
      </w:r>
    </w:p>
    <w:p>
      <w:pPr>
        <w:keepNext/>
        <w:spacing w:before="60" w:after="20" w:line="270" w:lineRule="exact"/>
      </w:pPr>
      <w:r>
        <w:rPr>
          <w:rFonts w:ascii="Yu Gothic" w:hAnsi="Yu Gothic" w:eastAsia="Yu Gothic"/>
          <w:b/>
          <w:i w:val="0"/>
          <w:color w:val="1B3A5C"/>
          <w:sz w:val="19"/>
        </w:rPr>
        <w:t>Q25. 「退職届」と「辞表」の違いは？</w:t>
      </w:r>
    </w:p>
    <w:p>
      <w:pPr>
        <w:spacing w:before="0" w:after="20" w:line="270" w:lineRule="exact"/>
      </w:pPr>
      <w:r>
        <w:rPr>
          <w:rFonts w:ascii="Yu Gothic" w:hAnsi="Yu Gothic" w:eastAsia="Yu Gothic"/>
          <w:b w:val="0"/>
          <w:i w:val="0"/>
          <w:color w:val="1A1A1A"/>
          <w:sz w:val="18"/>
        </w:rPr>
        <w:t>A. 「辞表」は、一般に会社の役員が辞任するときや公務員が辞職するときの書面の呼び方で、法令で決まった名前ではありません。会社員は「退職届」か「退職願」を使います。</w:t>
      </w:r>
    </w:p>
    <w:p>
      <w:pPr>
        <w:keepNext/>
        <w:spacing w:before="60" w:after="20" w:line="270" w:lineRule="exact"/>
      </w:pPr>
      <w:r>
        <w:rPr>
          <w:rFonts w:ascii="Yu Gothic" w:hAnsi="Yu Gothic" w:eastAsia="Yu Gothic"/>
          <w:b/>
          <w:i w:val="0"/>
          <w:color w:val="1B3A5C"/>
          <w:sz w:val="19"/>
        </w:rPr>
        <w:t>Q26. 退職届を出した後、ボーナスはもらえる？</w:t>
      </w:r>
    </w:p>
    <w:p>
      <w:pPr>
        <w:spacing w:before="0" w:after="20" w:line="270" w:lineRule="exact"/>
      </w:pPr>
      <w:r>
        <w:rPr>
          <w:rFonts w:ascii="Yu Gothic" w:hAnsi="Yu Gothic" w:eastAsia="Yu Gothic"/>
          <w:b w:val="0"/>
          <w:i w:val="0"/>
          <w:color w:val="1A1A1A"/>
          <w:sz w:val="18"/>
        </w:rPr>
        <w:t>A. 支給日に在籍していればもらえるのが原則。就業規則で「支給日在籍要件」を確認しましょう。</w:t>
      </w:r>
    </w:p>
    <w:p>
      <w:pPr>
        <w:keepNext/>
        <w:spacing w:before="60" w:after="20" w:line="270" w:lineRule="exact"/>
      </w:pPr>
      <w:r>
        <w:rPr>
          <w:rFonts w:ascii="Yu Gothic" w:hAnsi="Yu Gothic" w:eastAsia="Yu Gothic"/>
          <w:b/>
          <w:i w:val="0"/>
          <w:color w:val="1B3A5C"/>
          <w:sz w:val="19"/>
        </w:rPr>
        <w:t>Q27. 退職届の保管義務はある？</w:t>
      </w:r>
    </w:p>
    <w:p>
      <w:pPr>
        <w:spacing w:before="0" w:after="20" w:line="270" w:lineRule="exact"/>
      </w:pPr>
      <w:r>
        <w:rPr>
          <w:rFonts w:ascii="Yu Gothic" w:hAnsi="Yu Gothic" w:eastAsia="Yu Gothic"/>
          <w:b w:val="0"/>
          <w:i w:val="0"/>
          <w:color w:val="1A1A1A"/>
          <w:sz w:val="18"/>
        </w:rPr>
        <w:t>A. 会社側は労基法109条（労働関係に関する重要な書類の保存）により保存義務があります。期間は5年間で、当分の間は3年間です（同法附則143条1項）。</w:t>
      </w:r>
    </w:p>
    <w:p>
      <w:pPr>
        <w:keepNext/>
        <w:spacing w:before="60" w:after="20" w:line="270" w:lineRule="exact"/>
      </w:pPr>
      <w:r>
        <w:rPr>
          <w:rFonts w:ascii="Yu Gothic" w:hAnsi="Yu Gothic" w:eastAsia="Yu Gothic"/>
          <w:b/>
          <w:i w:val="0"/>
          <w:color w:val="1B3A5C"/>
          <w:sz w:val="19"/>
        </w:rPr>
        <w:t>Q28. 退職届に押す印鑑の場所は？</w:t>
      </w:r>
    </w:p>
    <w:p>
      <w:pPr>
        <w:spacing w:before="0" w:after="20" w:line="270" w:lineRule="exact"/>
      </w:pPr>
      <w:r>
        <w:rPr>
          <w:rFonts w:ascii="Yu Gothic" w:hAnsi="Yu Gothic" w:eastAsia="Yu Gothic"/>
          <w:b w:val="0"/>
          <w:i w:val="0"/>
          <w:color w:val="1A1A1A"/>
          <w:sz w:val="18"/>
        </w:rPr>
        <w:t>A. 氏名の右側または下に押します。氏名と印鑑が重ならないように。</w:t>
      </w:r>
    </w:p>
    <w:p>
      <w:pPr>
        <w:keepNext/>
        <w:spacing w:before="60" w:after="20" w:line="270" w:lineRule="exact"/>
      </w:pPr>
      <w:r>
        <w:rPr>
          <w:rFonts w:ascii="Yu Gothic" w:hAnsi="Yu Gothic" w:eastAsia="Yu Gothic"/>
          <w:b/>
          <w:i w:val="0"/>
          <w:color w:val="1B3A5C"/>
          <w:sz w:val="19"/>
        </w:rPr>
        <w:t>Q29. 退職届の控えは必要？</w:t>
      </w:r>
    </w:p>
    <w:p>
      <w:pPr>
        <w:spacing w:before="0" w:after="20" w:line="270" w:lineRule="exact"/>
      </w:pPr>
      <w:r>
        <w:rPr>
          <w:rFonts w:ascii="Yu Gothic" w:hAnsi="Yu Gothic" w:eastAsia="Yu Gothic"/>
          <w:b w:val="0"/>
          <w:i w:val="0"/>
          <w:color w:val="1A1A1A"/>
          <w:sz w:val="18"/>
        </w:rPr>
        <w:t>A. 必須ではありませんがコピーを取っておくことを推奨します。トラブル時の証拠となります。</w:t>
      </w:r>
    </w:p>
    <w:p>
      <w:pPr>
        <w:keepNext/>
        <w:spacing w:before="60" w:after="20" w:line="270" w:lineRule="exact"/>
      </w:pPr>
      <w:r>
        <w:rPr>
          <w:rFonts w:ascii="Yu Gothic" w:hAnsi="Yu Gothic" w:eastAsia="Yu Gothic"/>
          <w:b/>
          <w:i w:val="0"/>
          <w:color w:val="1B3A5C"/>
          <w:sz w:val="19"/>
        </w:rPr>
        <w:t>Q30. 派遣社員も退職届が必要？</w:t>
      </w:r>
    </w:p>
    <w:p>
      <w:pPr>
        <w:spacing w:before="0" w:after="20" w:line="270" w:lineRule="exact"/>
      </w:pPr>
      <w:r>
        <w:rPr>
          <w:rFonts w:ascii="Yu Gothic" w:hAnsi="Yu Gothic" w:eastAsia="Yu Gothic"/>
          <w:b w:val="0"/>
          <w:i w:val="0"/>
          <w:color w:val="1A1A1A"/>
          <w:sz w:val="18"/>
        </w:rPr>
        <w:t>A. 派遣元会社に提出します。派遣先には不要です。</w:t>
      </w:r>
    </w:p>
    <w:p>
      <w:pPr>
        <w:keepNext/>
        <w:spacing w:before="60" w:after="20" w:line="270" w:lineRule="exact"/>
      </w:pPr>
      <w:r>
        <w:rPr>
          <w:rFonts w:ascii="Yu Gothic" w:hAnsi="Yu Gothic" w:eastAsia="Yu Gothic"/>
          <w:b/>
          <w:i w:val="0"/>
          <w:color w:val="1B3A5C"/>
          <w:sz w:val="19"/>
        </w:rPr>
        <w:t>Q31. 病気で出社できない場合は？</w:t>
      </w:r>
    </w:p>
    <w:p>
      <w:pPr>
        <w:spacing w:before="0" w:after="20" w:line="270" w:lineRule="exact"/>
      </w:pPr>
      <w:r>
        <w:rPr>
          <w:rFonts w:ascii="Yu Gothic" w:hAnsi="Yu Gothic" w:eastAsia="Yu Gothic"/>
          <w:b w:val="0"/>
          <w:i w:val="0"/>
          <w:color w:val="1A1A1A"/>
          <w:sz w:val="18"/>
        </w:rPr>
        <w:t>A. 郵送（内容証明郵便推奨）で提出可能。診断書を添えると円滑です。</w:t>
      </w:r>
    </w:p>
    <w:p>
      <w:pPr>
        <w:keepNext/>
        <w:spacing w:before="60" w:after="20" w:line="270" w:lineRule="exact"/>
      </w:pPr>
      <w:r>
        <w:rPr>
          <w:rFonts w:ascii="Yu Gothic" w:hAnsi="Yu Gothic" w:eastAsia="Yu Gothic"/>
          <w:b/>
          <w:i w:val="0"/>
          <w:color w:val="1B3A5C"/>
          <w:sz w:val="19"/>
        </w:rPr>
        <w:t>Q32. 退職届の日付に元号と西暦どちらを使う？</w:t>
      </w:r>
    </w:p>
    <w:p>
      <w:pPr>
        <w:spacing w:before="0" w:after="20" w:line="270" w:lineRule="exact"/>
      </w:pPr>
      <w:r>
        <w:rPr>
          <w:rFonts w:ascii="Yu Gothic" w:hAnsi="Yu Gothic" w:eastAsia="Yu Gothic"/>
          <w:b w:val="0"/>
          <w:i w:val="0"/>
          <w:color w:val="1A1A1A"/>
          <w:sz w:val="18"/>
        </w:rPr>
        <w:t>A. どちらでも有効です。会社の慣行・他の文書と合わせるのが無難。</w:t>
      </w:r>
    </w:p>
    <w:p>
      <w:pPr>
        <w:keepNext/>
        <w:spacing w:before="60" w:after="20" w:line="270" w:lineRule="exact"/>
      </w:pPr>
      <w:r>
        <w:rPr>
          <w:rFonts w:ascii="Yu Gothic" w:hAnsi="Yu Gothic" w:eastAsia="Yu Gothic"/>
          <w:b/>
          <w:i w:val="0"/>
          <w:color w:val="1B3A5C"/>
          <w:sz w:val="19"/>
        </w:rPr>
        <w:t>Q33. 退職届の提出後、転職活動を始めたい</w:t>
      </w:r>
    </w:p>
    <w:p>
      <w:pPr>
        <w:spacing w:before="0" w:after="20" w:line="270" w:lineRule="exact"/>
      </w:pPr>
      <w:r>
        <w:rPr>
          <w:rFonts w:ascii="Yu Gothic" w:hAnsi="Yu Gothic" w:eastAsia="Yu Gothic"/>
          <w:b w:val="0"/>
          <w:i w:val="0"/>
          <w:color w:val="1A1A1A"/>
          <w:sz w:val="18"/>
        </w:rPr>
        <w:t>A. 在職中の転職活動は自由です。ただし業務時間中の活動はトラブルの元になります。</w:t>
      </w:r>
    </w:p>
    <w:p>
      <w:pPr>
        <w:keepNext/>
        <w:spacing w:before="60" w:after="20" w:line="270" w:lineRule="exact"/>
      </w:pPr>
      <w:r>
        <w:rPr>
          <w:rFonts w:ascii="Yu Gothic" w:hAnsi="Yu Gothic" w:eastAsia="Yu Gothic"/>
          <w:b/>
          <w:i w:val="0"/>
          <w:color w:val="1B3A5C"/>
          <w:sz w:val="19"/>
        </w:rPr>
        <w:t>Q34. 縦書きと横書き、どちらが正しい？</w:t>
      </w:r>
    </w:p>
    <w:p>
      <w:pPr>
        <w:spacing w:before="0" w:after="20" w:line="270" w:lineRule="exact"/>
      </w:pPr>
      <w:r>
        <w:rPr>
          <w:rFonts w:ascii="Yu Gothic" w:hAnsi="Yu Gothic" w:eastAsia="Yu Gothic"/>
          <w:b w:val="0"/>
          <w:i w:val="0"/>
          <w:color w:val="1A1A1A"/>
          <w:sz w:val="18"/>
        </w:rPr>
        <w:t>A. どちらも正式です。会社の慣行や提出物の様式に合わせましょう。</w:t>
      </w:r>
    </w:p>
    <w:p>
      <w:pPr>
        <w:keepNext/>
        <w:spacing w:before="60" w:after="20" w:line="270" w:lineRule="exact"/>
      </w:pPr>
      <w:r>
        <w:rPr>
          <w:rFonts w:ascii="Yu Gothic" w:hAnsi="Yu Gothic" w:eastAsia="Yu Gothic"/>
          <w:b/>
          <w:i w:val="0"/>
          <w:color w:val="1B3A5C"/>
          <w:sz w:val="19"/>
        </w:rPr>
        <w:t>Q35. 退職届を提出した日から有給を消化したい</w:t>
      </w:r>
    </w:p>
    <w:p>
      <w:pPr>
        <w:spacing w:before="0" w:after="20" w:line="270" w:lineRule="exact"/>
      </w:pPr>
      <w:r>
        <w:rPr>
          <w:rFonts w:ascii="Yu Gothic" w:hAnsi="Yu Gothic" w:eastAsia="Yu Gothic"/>
          <w:b w:val="0"/>
          <w:i w:val="0"/>
          <w:color w:val="1A1A1A"/>
          <w:sz w:val="18"/>
        </w:rPr>
        <w:t>A. 法的に問題ありません。ただし業務引継ぎとの両立は誠実に行いましょう。</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退職交渉トラブル対応集</w:t>
      </w:r>
    </w:p>
    <w:p>
      <w:pPr>
        <w:keepNext/>
        <w:spacing w:before="60" w:after="40"/>
        <w:pBdr>
          <w:top w:val="double" w:sz="8" w:space="1" w:color="1B3A5C"/>
        </w:pBdr>
      </w:pPr>
      <w:r>
        <w:rPr>
          <w:rFonts w:ascii="Yu Gothic" w:hAnsi="Yu Gothic" w:eastAsia="Yu Gothic"/>
          <w:b/>
          <w:i w:val="0"/>
          <w:color w:val="1B3A5C"/>
          <w:sz w:val="22"/>
        </w:rPr>
        <w:t>【ケース1】退職を認めない・受理しない上司への対処</w:t>
      </w:r>
    </w:p>
    <w:p>
      <w:pPr>
        <w:spacing w:before="0" w:after="60" w:line="280" w:lineRule="exact"/>
      </w:pPr>
      <w:r>
        <w:rPr>
          <w:rFonts w:ascii="Yu Gothic" w:hAnsi="Yu Gothic" w:eastAsia="Yu Gothic"/>
          <w:b w:val="0"/>
          <w:i w:val="0"/>
          <w:color w:val="1A1A1A"/>
          <w:sz w:val="19"/>
        </w:rPr>
        <w:t>・対処：直属の上司の上司（部長・役員）へ提出。または人事部に直接提出。</w:t>
      </w:r>
    </w:p>
    <w:p>
      <w:pPr>
        <w:spacing w:before="0" w:after="60" w:line="280" w:lineRule="exact"/>
      </w:pPr>
      <w:r>
        <w:rPr>
          <w:rFonts w:ascii="Yu Gothic" w:hAnsi="Yu Gothic" w:eastAsia="Yu Gothic"/>
          <w:b w:val="0"/>
          <w:i w:val="0"/>
          <w:color w:val="1A1A1A"/>
          <w:sz w:val="19"/>
        </w:rPr>
        <w:t>・最終手段：配達証明付き内容証明郵便で社長宛に郵送。到達日から2週間経過で雇用契約自動終了（民法627条）。</w:t>
      </w:r>
    </w:p>
    <w:p>
      <w:pPr>
        <w:spacing w:before="0" w:after="60" w:line="280" w:lineRule="exact"/>
      </w:pPr>
      <w:r>
        <w:rPr>
          <w:rFonts w:ascii="Yu Gothic" w:hAnsi="Yu Gothic" w:eastAsia="Yu Gothic"/>
          <w:b w:val="0"/>
          <w:i w:val="0"/>
          <w:color w:val="1A1A1A"/>
          <w:sz w:val="19"/>
        </w:rPr>
        <w:t>・相談先：労働基準監督署・総合労働相談コーナー・労働組合・弁護士・退職代行サービス。</w:t>
      </w:r>
    </w:p>
    <w:p>
      <w:pPr>
        <w:keepNext/>
        <w:spacing w:before="60" w:after="40"/>
        <w:pBdr>
          <w:top w:val="double" w:sz="8" w:space="1" w:color="1B3A5C"/>
        </w:pBdr>
      </w:pPr>
      <w:r>
        <w:rPr>
          <w:rFonts w:ascii="Yu Gothic" w:hAnsi="Yu Gothic" w:eastAsia="Yu Gothic"/>
          <w:b/>
          <w:i w:val="0"/>
          <w:color w:val="1B3A5C"/>
          <w:sz w:val="22"/>
        </w:rPr>
        <w:t>【ケース2】損害賠償請求すると脅された場合</w:t>
      </w:r>
    </w:p>
    <w:p>
      <w:pPr>
        <w:spacing w:before="0" w:after="60" w:line="280" w:lineRule="exact"/>
      </w:pPr>
      <w:r>
        <w:rPr>
          <w:rFonts w:ascii="Yu Gothic" w:hAnsi="Yu Gothic" w:eastAsia="Yu Gothic"/>
          <w:b w:val="0"/>
          <w:i w:val="0"/>
          <w:color w:val="1A1A1A"/>
          <w:sz w:val="19"/>
        </w:rPr>
        <w:t>・退職したこと自体を理由とする損害賠償請求は、一般には認められにくいとされている。</w:t>
      </w:r>
    </w:p>
    <w:p>
      <w:pPr>
        <w:spacing w:before="0" w:after="60" w:line="280" w:lineRule="exact"/>
      </w:pPr>
      <w:r>
        <w:rPr>
          <w:rFonts w:ascii="Yu Gothic" w:hAnsi="Yu Gothic" w:eastAsia="Yu Gothic"/>
          <w:b w:val="0"/>
          <w:i w:val="0"/>
          <w:color w:val="1A1A1A"/>
          <w:sz w:val="19"/>
        </w:rPr>
        <w:t>・脅迫罪・強要罪・労働基準法違反（強制労働の禁止：労基法5条）に該当する可能性。</w:t>
      </w:r>
    </w:p>
    <w:p>
      <w:pPr>
        <w:spacing w:before="0" w:after="60" w:line="280" w:lineRule="exact"/>
      </w:pPr>
      <w:r>
        <w:rPr>
          <w:rFonts w:ascii="Yu Gothic" w:hAnsi="Yu Gothic" w:eastAsia="Yu Gothic"/>
          <w:b w:val="0"/>
          <w:i w:val="0"/>
          <w:color w:val="1A1A1A"/>
          <w:sz w:val="19"/>
        </w:rPr>
        <w:t>・対処：脅迫の証拠（録音・メール・LINE等）を保全。労基署・弁護士に相談。</w:t>
      </w:r>
    </w:p>
    <w:p>
      <w:pPr>
        <w:keepNext/>
        <w:spacing w:before="60" w:after="40"/>
        <w:pBdr>
          <w:top w:val="double" w:sz="8" w:space="1" w:color="1B3A5C"/>
        </w:pBdr>
      </w:pPr>
      <w:r>
        <w:rPr>
          <w:rFonts w:ascii="Yu Gothic" w:hAnsi="Yu Gothic" w:eastAsia="Yu Gothic"/>
          <w:b/>
          <w:i w:val="0"/>
          <w:color w:val="1B3A5C"/>
          <w:sz w:val="22"/>
        </w:rPr>
        <w:t>【ケース3】退職金を払わない・減額すると言われた場合</w:t>
      </w:r>
    </w:p>
    <w:p>
      <w:pPr>
        <w:spacing w:before="0" w:after="60" w:line="280" w:lineRule="exact"/>
      </w:pPr>
      <w:r>
        <w:rPr>
          <w:rFonts w:ascii="Yu Gothic" w:hAnsi="Yu Gothic" w:eastAsia="Yu Gothic"/>
          <w:b w:val="0"/>
          <w:i w:val="0"/>
          <w:color w:val="1A1A1A"/>
          <w:sz w:val="19"/>
        </w:rPr>
        <w:t>・退職金規程（就業規則）の内容を確認。</w:t>
      </w:r>
    </w:p>
    <w:p>
      <w:pPr>
        <w:spacing w:before="0" w:after="60" w:line="280" w:lineRule="exact"/>
      </w:pPr>
      <w:r>
        <w:rPr>
          <w:rFonts w:ascii="Yu Gothic" w:hAnsi="Yu Gothic" w:eastAsia="Yu Gothic"/>
          <w:b w:val="0"/>
          <w:i w:val="0"/>
          <w:color w:val="1A1A1A"/>
          <w:sz w:val="19"/>
        </w:rPr>
        <w:t>・支給の基準が規程で決まっていれば、規程に無い理由での不支給・減額は原則できない。規程に不支給・減額の定めがあっても、どこまで有効かは個別の事情で判断が分かれる。</w:t>
      </w:r>
    </w:p>
    <w:p>
      <w:pPr>
        <w:spacing w:before="0" w:after="60" w:line="280" w:lineRule="exact"/>
      </w:pPr>
      <w:r>
        <w:rPr>
          <w:rFonts w:ascii="Yu Gothic" w:hAnsi="Yu Gothic" w:eastAsia="Yu Gothic"/>
          <w:b w:val="0"/>
          <w:i w:val="0"/>
          <w:color w:val="1A1A1A"/>
          <w:sz w:val="19"/>
        </w:rPr>
        <w:t>・対処：内容証明郵便で退職金請求書を送付。労基署・労働審判・民事訴訟。</w:t>
      </w:r>
    </w:p>
    <w:p>
      <w:pPr>
        <w:keepNext/>
        <w:spacing w:before="60" w:after="40"/>
        <w:pBdr>
          <w:top w:val="double" w:sz="8" w:space="1" w:color="1B3A5C"/>
        </w:pBdr>
      </w:pPr>
      <w:r>
        <w:rPr>
          <w:rFonts w:ascii="Yu Gothic" w:hAnsi="Yu Gothic" w:eastAsia="Yu Gothic"/>
          <w:b/>
          <w:i w:val="0"/>
          <w:color w:val="1B3A5C"/>
          <w:sz w:val="22"/>
        </w:rPr>
        <w:t>【ケース4】有給休暇の消化を認められない場合</w:t>
      </w:r>
    </w:p>
    <w:p>
      <w:pPr>
        <w:spacing w:before="0" w:after="60" w:line="280" w:lineRule="exact"/>
      </w:pPr>
      <w:r>
        <w:rPr>
          <w:rFonts w:ascii="Yu Gothic" w:hAnsi="Yu Gothic" w:eastAsia="Yu Gothic"/>
          <w:b w:val="0"/>
          <w:i w:val="0"/>
          <w:color w:val="1A1A1A"/>
          <w:sz w:val="19"/>
        </w:rPr>
        <w:t>・労基法39条により、労働者の時季指定権は会社の時季変更権より強い。</w:t>
      </w:r>
    </w:p>
    <w:p>
      <w:pPr>
        <w:spacing w:before="0" w:after="60" w:line="280" w:lineRule="exact"/>
      </w:pPr>
      <w:r>
        <w:rPr>
          <w:rFonts w:ascii="Yu Gothic" w:hAnsi="Yu Gothic" w:eastAsia="Yu Gothic"/>
          <w:b w:val="0"/>
          <w:i w:val="0"/>
          <w:color w:val="1A1A1A"/>
          <w:sz w:val="19"/>
        </w:rPr>
        <w:t>・退職日以降への時季変更権行使は不可（退職後は労働関係消滅のため）。</w:t>
      </w:r>
    </w:p>
    <w:p>
      <w:pPr>
        <w:spacing w:before="0" w:after="60" w:line="280" w:lineRule="exact"/>
      </w:pPr>
      <w:r>
        <w:rPr>
          <w:rFonts w:ascii="Yu Gothic" w:hAnsi="Yu Gothic" w:eastAsia="Yu Gothic"/>
          <w:b w:val="0"/>
          <w:i w:val="0"/>
          <w:color w:val="1A1A1A"/>
          <w:sz w:val="19"/>
        </w:rPr>
        <w:t>・対処：退職届と同時に有給消化届を提出。拒否されたら労基署に相談。</w:t>
      </w:r>
    </w:p>
    <w:p>
      <w:pPr>
        <w:keepNext/>
        <w:spacing w:before="60" w:after="40"/>
        <w:pBdr>
          <w:top w:val="double" w:sz="8" w:space="1" w:color="1B3A5C"/>
        </w:pBdr>
      </w:pPr>
      <w:r>
        <w:rPr>
          <w:rFonts w:ascii="Yu Gothic" w:hAnsi="Yu Gothic" w:eastAsia="Yu Gothic"/>
          <w:b/>
          <w:i w:val="0"/>
          <w:color w:val="1B3A5C"/>
          <w:sz w:val="22"/>
        </w:rPr>
        <w:t>【ケース5】離職票・源泉徴収票を発行してもらえない場合</w:t>
      </w:r>
    </w:p>
    <w:p>
      <w:pPr>
        <w:spacing w:before="0" w:after="60" w:line="280" w:lineRule="exact"/>
      </w:pPr>
      <w:r>
        <w:rPr>
          <w:rFonts w:ascii="Yu Gothic" w:hAnsi="Yu Gothic" w:eastAsia="Yu Gothic"/>
          <w:b w:val="0"/>
          <w:i w:val="0"/>
          <w:color w:val="1A1A1A"/>
          <w:sz w:val="19"/>
        </w:rPr>
        <w:t>・離職票：会社は資格喪失届と離職証明書を、被保険者でなくなった日の翌日から10日以内にハローワークへ出す義務がある（雇用保険法施行規則7条1項）。離職票はハローワークが交付し、会社を通じて渡すこともできる（同17条1項・2項）。会社が届け出ないときは、ハローワークに確認を請求して離職票を受け取る方法がある（同17条1項3号）。</w:t>
      </w:r>
    </w:p>
    <w:p>
      <w:pPr>
        <w:spacing w:before="0" w:after="60" w:line="280" w:lineRule="exact"/>
      </w:pPr>
      <w:r>
        <w:rPr>
          <w:rFonts w:ascii="Yu Gothic" w:hAnsi="Yu Gothic" w:eastAsia="Yu Gothic"/>
          <w:b w:val="0"/>
          <w:i w:val="0"/>
          <w:color w:val="1A1A1A"/>
          <w:sz w:val="19"/>
        </w:rPr>
        <w:t>・源泉徴収票：退職の日以後1か月以内に交付する義務あり（所得税法226条1項）。交付しないと1年以下の拘禁刑または50万円以下の罰金（同242条6号）。</w:t>
      </w:r>
    </w:p>
    <w:p>
      <w:pPr>
        <w:spacing w:before="0" w:after="60" w:line="280" w:lineRule="exact"/>
      </w:pPr>
      <w:r>
        <w:rPr>
          <w:rFonts w:ascii="Yu Gothic" w:hAnsi="Yu Gothic" w:eastAsia="Yu Gothic"/>
          <w:b w:val="0"/>
          <w:i w:val="0"/>
          <w:color w:val="1A1A1A"/>
          <w:sz w:val="19"/>
        </w:rPr>
        <w:t>・対処：書面で請求 → 税務署・労基署に相談。</w:t>
      </w:r>
    </w:p>
    <w:p>
      <w:pPr>
        <w:keepNext/>
        <w:spacing w:before="60" w:after="40"/>
        <w:pBdr>
          <w:top w:val="double" w:sz="8" w:space="1" w:color="1B3A5C"/>
        </w:pBdr>
      </w:pPr>
      <w:r>
        <w:rPr>
          <w:rFonts w:ascii="Yu Gothic" w:hAnsi="Yu Gothic" w:eastAsia="Yu Gothic"/>
          <w:b/>
          <w:i w:val="0"/>
          <w:color w:val="1B3A5C"/>
          <w:sz w:val="22"/>
        </w:rPr>
        <w:t>【ケース6】退職前にパワハラを受けている場合</w:t>
      </w:r>
    </w:p>
    <w:p>
      <w:pPr>
        <w:spacing w:before="0" w:after="60" w:line="280" w:lineRule="exact"/>
      </w:pPr>
      <w:r>
        <w:rPr>
          <w:rFonts w:ascii="Yu Gothic" w:hAnsi="Yu Gothic" w:eastAsia="Yu Gothic"/>
          <w:b w:val="0"/>
          <w:i w:val="0"/>
          <w:color w:val="1A1A1A"/>
          <w:sz w:val="19"/>
        </w:rPr>
        <w:t>・パワハラの証拠（録音・メール・LINE・日記・診断書）を退職前に確保。</w:t>
      </w:r>
    </w:p>
    <w:p>
      <w:pPr>
        <w:spacing w:before="0" w:after="60" w:line="280" w:lineRule="exact"/>
      </w:pPr>
      <w:r>
        <w:rPr>
          <w:rFonts w:ascii="Yu Gothic" w:hAnsi="Yu Gothic" w:eastAsia="Yu Gothic"/>
          <w:b w:val="0"/>
          <w:i w:val="0"/>
          <w:color w:val="1A1A1A"/>
          <w:sz w:val="19"/>
        </w:rPr>
        <w:t>・パワハラ防止法（労働施策総合推進法）に基づき、社内相談窓口・社外相談窓口（労働局のハラスメント相談コーナー）に相談。</w:t>
      </w:r>
    </w:p>
    <w:p>
      <w:pPr>
        <w:spacing w:before="0" w:after="60" w:line="280" w:lineRule="exact"/>
      </w:pPr>
      <w:r>
        <w:rPr>
          <w:rFonts w:ascii="Yu Gothic" w:hAnsi="Yu Gothic" w:eastAsia="Yu Gothic"/>
          <w:b w:val="0"/>
          <w:i w:val="0"/>
          <w:color w:val="1A1A1A"/>
          <w:sz w:val="19"/>
        </w:rPr>
        <w:t>・対処：退職時の「労働条件不一致」「やむを得ない事由」として会社都合退職主張。慰謝料請求・労災申請も検討。</w:t>
      </w:r>
    </w:p>
    <w:p>
      <w:pPr>
        <w:keepNext/>
        <w:spacing w:before="60" w:after="40"/>
        <w:pBdr>
          <w:top w:val="double" w:sz="8" w:space="1" w:color="1B3A5C"/>
        </w:pBdr>
      </w:pPr>
      <w:r>
        <w:rPr>
          <w:rFonts w:ascii="Yu Gothic" w:hAnsi="Yu Gothic" w:eastAsia="Yu Gothic"/>
          <w:b/>
          <w:i w:val="0"/>
          <w:color w:val="1B3A5C"/>
          <w:sz w:val="22"/>
        </w:rPr>
        <w:t>【ケース7】退職勧奨を受けた場合</w:t>
      </w:r>
    </w:p>
    <w:p>
      <w:pPr>
        <w:spacing w:before="0" w:after="60" w:line="280" w:lineRule="exact"/>
      </w:pPr>
      <w:r>
        <w:rPr>
          <w:rFonts w:ascii="Yu Gothic" w:hAnsi="Yu Gothic" w:eastAsia="Yu Gothic"/>
          <w:b w:val="0"/>
          <w:i w:val="0"/>
          <w:color w:val="1A1A1A"/>
          <w:sz w:val="19"/>
        </w:rPr>
        <w:t>・退職勧奨は適法だが、繰り返し・しつこい勧奨・脅迫的言動は違法（退職強要）。</w:t>
      </w:r>
    </w:p>
    <w:p>
      <w:pPr>
        <w:spacing w:before="0" w:after="60" w:line="280" w:lineRule="exact"/>
      </w:pPr>
      <w:r>
        <w:rPr>
          <w:rFonts w:ascii="Yu Gothic" w:hAnsi="Yu Gothic" w:eastAsia="Yu Gothic"/>
          <w:b w:val="0"/>
          <w:i w:val="0"/>
          <w:color w:val="1A1A1A"/>
          <w:sz w:val="19"/>
        </w:rPr>
        <w:t>・退職勧奨に応じる場合は「会社都合退職」として失業給付の優遇措置を受けられる。</w:t>
      </w:r>
    </w:p>
    <w:p>
      <w:pPr>
        <w:spacing w:before="0" w:after="60" w:line="280" w:lineRule="exact"/>
      </w:pPr>
      <w:r>
        <w:rPr>
          <w:rFonts w:ascii="Yu Gothic" w:hAnsi="Yu Gothic" w:eastAsia="Yu Gothic"/>
          <w:b w:val="0"/>
          <w:i w:val="0"/>
          <w:color w:val="1A1A1A"/>
          <w:sz w:val="19"/>
        </w:rPr>
        <w:t>・対処：退職条件（退職金加算・有給消化・離職票の退職事由）を書面で確認してから署名。</w:t>
      </w:r>
    </w:p>
    <w:p>
      <w:pPr>
        <w:keepNext/>
        <w:spacing w:before="60" w:after="40"/>
        <w:pBdr>
          <w:top w:val="double" w:sz="8" w:space="1" w:color="1B3A5C"/>
        </w:pBdr>
      </w:pPr>
      <w:r>
        <w:rPr>
          <w:rFonts w:ascii="Yu Gothic" w:hAnsi="Yu Gothic" w:eastAsia="Yu Gothic"/>
          <w:b/>
          <w:i w:val="0"/>
          <w:color w:val="1B3A5C"/>
          <w:sz w:val="22"/>
        </w:rPr>
        <w:t>【ケース8】競業避止義務・秘密保持を理由に転職を妨害される場合</w:t>
      </w:r>
    </w:p>
    <w:p>
      <w:pPr>
        <w:spacing w:before="0" w:after="60" w:line="280" w:lineRule="exact"/>
      </w:pPr>
      <w:r>
        <w:rPr>
          <w:rFonts w:ascii="Yu Gothic" w:hAnsi="Yu Gothic" w:eastAsia="Yu Gothic"/>
          <w:b w:val="0"/>
          <w:i w:val="0"/>
          <w:color w:val="1A1A1A"/>
          <w:sz w:val="19"/>
        </w:rPr>
        <w:t>・退職後の競業避止義務は、期間・地域・職種の限定や代償措置があるかなどから、合理的な範囲に限って有効と判断されることが多い。</w:t>
      </w:r>
    </w:p>
    <w:p>
      <w:pPr>
        <w:spacing w:before="0" w:after="60" w:line="280" w:lineRule="exact"/>
      </w:pPr>
      <w:r>
        <w:rPr>
          <w:rFonts w:ascii="Yu Gothic" w:hAnsi="Yu Gothic" w:eastAsia="Yu Gothic"/>
          <w:b w:val="0"/>
          <w:i w:val="0"/>
          <w:color w:val="1A1A1A"/>
          <w:sz w:val="19"/>
        </w:rPr>
        <w:t>・包括的・無制限な競業避止義務は無効。</w:t>
      </w:r>
    </w:p>
    <w:p>
      <w:pPr>
        <w:spacing w:before="0" w:after="60" w:line="280" w:lineRule="exact"/>
      </w:pPr>
      <w:r>
        <w:rPr>
          <w:rFonts w:ascii="Yu Gothic" w:hAnsi="Yu Gothic" w:eastAsia="Yu Gothic"/>
          <w:b w:val="0"/>
          <w:i w:val="0"/>
          <w:color w:val="1A1A1A"/>
          <w:sz w:val="19"/>
        </w:rPr>
        <w:t>・対処：契約書・誓約書の内容を弁護士に確認。</w:t>
      </w:r>
    </w:p>
    <w:p>
      <w:pPr>
        <w:keepNext/>
        <w:spacing w:before="60" w:after="40"/>
        <w:pBdr>
          <w:top w:val="double" w:sz="8" w:space="1" w:color="1B3A5C"/>
        </w:pBdr>
      </w:pPr>
      <w:r>
        <w:rPr>
          <w:rFonts w:ascii="Yu Gothic" w:hAnsi="Yu Gothic" w:eastAsia="Yu Gothic"/>
          <w:b/>
          <w:i w:val="0"/>
          <w:color w:val="1B3A5C"/>
          <w:sz w:val="22"/>
        </w:rPr>
        <w:t>【ケース9】「次の人が決まるまで辞めるな」と言われた場合</w:t>
      </w:r>
    </w:p>
    <w:p>
      <w:pPr>
        <w:spacing w:before="0" w:after="60" w:line="280" w:lineRule="exact"/>
      </w:pPr>
      <w:r>
        <w:rPr>
          <w:rFonts w:ascii="Yu Gothic" w:hAnsi="Yu Gothic" w:eastAsia="Yu Gothic"/>
          <w:b w:val="0"/>
          <w:i w:val="0"/>
          <w:color w:val="1A1A1A"/>
          <w:sz w:val="19"/>
        </w:rPr>
        <w:t>・後任採用は会社の責任。労働者の退職権を制約することはできない（民法627条）。</w:t>
      </w:r>
    </w:p>
    <w:p>
      <w:pPr>
        <w:spacing w:before="0" w:after="60" w:line="280" w:lineRule="exact"/>
      </w:pPr>
      <w:r>
        <w:rPr>
          <w:rFonts w:ascii="Yu Gothic" w:hAnsi="Yu Gothic" w:eastAsia="Yu Gothic"/>
          <w:b w:val="0"/>
          <w:i w:val="0"/>
          <w:color w:val="1A1A1A"/>
          <w:sz w:val="19"/>
        </w:rPr>
        <w:t>・引継ぎを誠実に行ったうえで、就業規則の定める期間（または2週間）経過後は退職可能。</w:t>
      </w:r>
    </w:p>
    <w:p>
      <w:pPr>
        <w:spacing w:before="0" w:after="60" w:line="280" w:lineRule="exact"/>
      </w:pPr>
      <w:r>
        <w:rPr>
          <w:rFonts w:ascii="Yu Gothic" w:hAnsi="Yu Gothic" w:eastAsia="Yu Gothic"/>
          <w:b w:val="0"/>
          <w:i w:val="0"/>
          <w:color w:val="1A1A1A"/>
          <w:sz w:val="19"/>
        </w:rPr>
        <w:t>・対処：引継ぎ書を作成し、引継ぎ予定日を明示して退職届に添付。</w:t>
      </w:r>
    </w:p>
    <w:p>
      <w:pPr>
        <w:keepNext/>
        <w:spacing w:before="60" w:after="40"/>
        <w:pBdr>
          <w:top w:val="double" w:sz="8" w:space="1" w:color="1B3A5C"/>
        </w:pBdr>
      </w:pPr>
      <w:r>
        <w:rPr>
          <w:rFonts w:ascii="Yu Gothic" w:hAnsi="Yu Gothic" w:eastAsia="Yu Gothic"/>
          <w:b/>
          <w:i w:val="0"/>
          <w:color w:val="1B3A5C"/>
          <w:sz w:val="22"/>
        </w:rPr>
        <w:t>【ケース10】退職後に「賠償請求する」と内容証明が届いた場合</w:t>
      </w:r>
    </w:p>
    <w:p>
      <w:pPr>
        <w:spacing w:before="0" w:after="60" w:line="280" w:lineRule="exact"/>
      </w:pPr>
      <w:r>
        <w:rPr>
          <w:rFonts w:ascii="Yu Gothic" w:hAnsi="Yu Gothic" w:eastAsia="Yu Gothic"/>
          <w:b w:val="0"/>
          <w:i w:val="0"/>
          <w:color w:val="1A1A1A"/>
          <w:sz w:val="19"/>
        </w:rPr>
        <w:t>・冷静に内容を確認。安易に応じる前に弁護士相談（無料法律相談・法テラス等）。</w:t>
      </w:r>
    </w:p>
    <w:p>
      <w:pPr>
        <w:spacing w:before="0" w:after="60" w:line="280" w:lineRule="exact"/>
      </w:pPr>
      <w:r>
        <w:rPr>
          <w:rFonts w:ascii="Yu Gothic" w:hAnsi="Yu Gothic" w:eastAsia="Yu Gothic"/>
          <w:b w:val="0"/>
          <w:i w:val="0"/>
          <w:color w:val="1A1A1A"/>
          <w:sz w:val="19"/>
        </w:rPr>
        <w:t>・営業秘密漏洩・横領等の具体的事実がない限り、退職を理由とした賠償は認められない。</w:t>
      </w:r>
    </w:p>
    <w:p>
      <w:pPr>
        <w:spacing w:before="0" w:after="60" w:line="280" w:lineRule="exact"/>
      </w:pPr>
      <w:r>
        <w:rPr>
          <w:rFonts w:ascii="Yu Gothic" w:hAnsi="Yu Gothic" w:eastAsia="Yu Gothic"/>
          <w:b w:val="0"/>
          <w:i w:val="0"/>
          <w:color w:val="1A1A1A"/>
          <w:sz w:val="19"/>
        </w:rPr>
        <w:t>・対処：内容証明への回答は弁護士を介して行う。労働審判・民事訴訟への備え。</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郵送・手渡しテンプレート</w:t>
      </w:r>
    </w:p>
    <w:p>
      <w:pPr>
        <w:keepNext/>
        <w:spacing w:before="60" w:after="40"/>
        <w:pBdr>
          <w:top w:val="double" w:sz="8" w:space="1" w:color="1B3A5C"/>
        </w:pBdr>
      </w:pPr>
      <w:r>
        <w:rPr>
          <w:rFonts w:ascii="Yu Gothic" w:hAnsi="Yu Gothic" w:eastAsia="Yu Gothic"/>
          <w:b/>
          <w:i w:val="0"/>
          <w:color w:val="1B3A5C"/>
          <w:sz w:val="22"/>
        </w:rPr>
        <w:t>1. 手渡しの場合</w:t>
      </w:r>
    </w:p>
    <w:p>
      <w:pPr>
        <w:spacing w:before="0" w:after="40" w:line="270" w:lineRule="exact"/>
      </w:pPr>
      <w:r>
        <w:rPr>
          <w:rFonts w:ascii="Yu Gothic" w:hAnsi="Yu Gothic" w:eastAsia="Yu Gothic"/>
          <w:b w:val="0"/>
          <w:i w:val="0"/>
          <w:color w:val="1A1A1A"/>
          <w:sz w:val="18"/>
        </w:rPr>
        <w:t>☐ 退職届を封筒（白・長形3号）に入れて封をする</w:t>
      </w:r>
    </w:p>
    <w:p>
      <w:pPr>
        <w:spacing w:before="0" w:after="40" w:line="270" w:lineRule="exact"/>
      </w:pPr>
      <w:r>
        <w:rPr>
          <w:rFonts w:ascii="Yu Gothic" w:hAnsi="Yu Gothic" w:eastAsia="Yu Gothic"/>
          <w:b w:val="0"/>
          <w:i w:val="0"/>
          <w:color w:val="1A1A1A"/>
          <w:sz w:val="18"/>
        </w:rPr>
        <w:t>☐ 封筒表面：中央に「退職届」と記載</w:t>
      </w:r>
    </w:p>
    <w:p>
      <w:pPr>
        <w:spacing w:before="0" w:after="40" w:line="270" w:lineRule="exact"/>
      </w:pPr>
      <w:r>
        <w:rPr>
          <w:rFonts w:ascii="Yu Gothic" w:hAnsi="Yu Gothic" w:eastAsia="Yu Gothic"/>
          <w:b w:val="0"/>
          <w:i w:val="0"/>
          <w:color w:val="1A1A1A"/>
          <w:sz w:val="18"/>
        </w:rPr>
        <w:t>☐ 封筒裏面：左下に部署・氏名</w:t>
      </w:r>
    </w:p>
    <w:p>
      <w:pPr>
        <w:spacing w:before="0" w:after="40" w:line="270" w:lineRule="exact"/>
      </w:pPr>
      <w:r>
        <w:rPr>
          <w:rFonts w:ascii="Yu Gothic" w:hAnsi="Yu Gothic" w:eastAsia="Yu Gothic"/>
          <w:b w:val="0"/>
          <w:i w:val="0"/>
          <w:color w:val="1A1A1A"/>
          <w:sz w:val="18"/>
        </w:rPr>
        <w:t>☐ 直属の上司に対面で「退職届をお持ちしました」と伝えて手渡し</w:t>
      </w:r>
    </w:p>
    <w:p>
      <w:pPr>
        <w:spacing w:before="0" w:after="40" w:line="270" w:lineRule="exact"/>
      </w:pPr>
      <w:r>
        <w:rPr>
          <w:rFonts w:ascii="Yu Gothic" w:hAnsi="Yu Gothic" w:eastAsia="Yu Gothic"/>
          <w:b w:val="0"/>
          <w:i w:val="0"/>
          <w:color w:val="1A1A1A"/>
          <w:sz w:val="18"/>
        </w:rPr>
        <w:t>☐ 受領を確認したい場合は、受領印または受領サインをもらう</w:t>
      </w:r>
    </w:p>
    <w:p>
      <w:pPr>
        <w:spacing w:before="0" w:after="40" w:line="270" w:lineRule="exact"/>
      </w:pPr>
      <w:r>
        <w:rPr>
          <w:rFonts w:ascii="Yu Gothic" w:hAnsi="Yu Gothic" w:eastAsia="Yu Gothic"/>
          <w:b w:val="0"/>
          <w:i w:val="0"/>
          <w:color w:val="1A1A1A"/>
          <w:sz w:val="18"/>
        </w:rPr>
        <w:t>☐ コピーを取って自分用に保管（提出日・宛先を明記）</w:t>
      </w:r>
    </w:p>
    <w:p>
      <w:pPr>
        <w:keepNext/>
        <w:spacing w:before="60" w:after="40"/>
        <w:pBdr>
          <w:top w:val="double" w:sz="8" w:space="1" w:color="1B3A5C"/>
        </w:pBdr>
      </w:pPr>
      <w:r>
        <w:rPr>
          <w:rFonts w:ascii="Yu Gothic" w:hAnsi="Yu Gothic" w:eastAsia="Yu Gothic"/>
          <w:b/>
          <w:i w:val="0"/>
          <w:color w:val="1B3A5C"/>
          <w:sz w:val="22"/>
        </w:rPr>
        <w:t>2. 郵送（普通郵便）の場合</w:t>
      </w:r>
    </w:p>
    <w:p>
      <w:pPr>
        <w:spacing w:before="0" w:after="40" w:line="270" w:lineRule="exact"/>
      </w:pPr>
      <w:r>
        <w:rPr>
          <w:rFonts w:ascii="Yu Gothic" w:hAnsi="Yu Gothic" w:eastAsia="Yu Gothic"/>
          <w:b w:val="0"/>
          <w:i w:val="0"/>
          <w:color w:val="1A1A1A"/>
          <w:sz w:val="18"/>
        </w:rPr>
        <w:t>☐ 封筒（白・長形3号）に退職届を入れて封をする</w:t>
      </w:r>
    </w:p>
    <w:p>
      <w:pPr>
        <w:spacing w:before="0" w:after="40" w:line="270" w:lineRule="exact"/>
      </w:pPr>
      <w:r>
        <w:rPr>
          <w:rFonts w:ascii="Yu Gothic" w:hAnsi="Yu Gothic" w:eastAsia="Yu Gothic"/>
          <w:b w:val="0"/>
          <w:i w:val="0"/>
          <w:color w:val="1A1A1A"/>
          <w:sz w:val="18"/>
        </w:rPr>
        <w:t>☐ 封筒表面：右上に切手、中央に会社住所・宛名（人事部または社長宛）</w:t>
      </w:r>
    </w:p>
    <w:p>
      <w:pPr>
        <w:spacing w:before="0" w:after="40" w:line="270" w:lineRule="exact"/>
      </w:pPr>
      <w:r>
        <w:rPr>
          <w:rFonts w:ascii="Yu Gothic" w:hAnsi="Yu Gothic" w:eastAsia="Yu Gothic"/>
          <w:b w:val="0"/>
          <w:i w:val="0"/>
          <w:color w:val="1A1A1A"/>
          <w:sz w:val="18"/>
        </w:rPr>
        <w:t>☐ 封筒裏面：左下に差出人住所・氏名</w:t>
      </w:r>
    </w:p>
    <w:p>
      <w:pPr>
        <w:spacing w:before="0" w:after="40" w:line="270" w:lineRule="exact"/>
      </w:pPr>
      <w:r>
        <w:rPr>
          <w:rFonts w:ascii="Yu Gothic" w:hAnsi="Yu Gothic" w:eastAsia="Yu Gothic"/>
          <w:b w:val="0"/>
          <w:i w:val="0"/>
          <w:color w:val="1A1A1A"/>
          <w:sz w:val="18"/>
        </w:rPr>
        <w:t>☐ 送付状（添え状）を同封：「退職届を同封いたします。何卒よろしくお願い申し上げます。」</w:t>
      </w:r>
    </w:p>
    <w:p>
      <w:pPr>
        <w:spacing w:before="0" w:after="40" w:line="270" w:lineRule="exact"/>
      </w:pPr>
      <w:r>
        <w:rPr>
          <w:rFonts w:ascii="Yu Gothic" w:hAnsi="Yu Gothic" w:eastAsia="Yu Gothic"/>
          <w:b w:val="0"/>
          <w:i w:val="0"/>
          <w:color w:val="1A1A1A"/>
          <w:sz w:val="18"/>
        </w:rPr>
        <w:t>☐ 郵送日と到達予定日を記録（追跡できないため）</w:t>
      </w:r>
    </w:p>
    <w:p>
      <w:pPr>
        <w:keepNext/>
        <w:spacing w:before="60" w:after="40"/>
        <w:pBdr>
          <w:top w:val="double" w:sz="8" w:space="1" w:color="1B3A5C"/>
        </w:pBdr>
      </w:pPr>
      <w:r>
        <w:rPr>
          <w:rFonts w:ascii="Yu Gothic" w:hAnsi="Yu Gothic" w:eastAsia="Yu Gothic"/>
          <w:b/>
          <w:i w:val="0"/>
          <w:color w:val="1B3A5C"/>
          <w:sz w:val="22"/>
        </w:rPr>
        <w:t>3. 配達証明付き内容証明郵便（受理拒否対策）</w:t>
      </w:r>
    </w:p>
    <w:p>
      <w:pPr>
        <w:spacing w:before="0" w:after="40" w:line="270" w:lineRule="exact"/>
      </w:pPr>
      <w:r>
        <w:rPr>
          <w:rFonts w:ascii="Yu Gothic" w:hAnsi="Yu Gothic" w:eastAsia="Yu Gothic"/>
          <w:b w:val="0"/>
          <w:i w:val="0"/>
          <w:color w:val="1A1A1A"/>
          <w:sz w:val="18"/>
        </w:rPr>
        <w:t>・(1) 内容文書1通（相手に送るもの）と謄本2通（差出人と郵便局が各1通保存）を用意</w:t>
      </w:r>
    </w:p>
    <w:p>
      <w:pPr>
        <w:spacing w:before="0" w:after="40" w:line="270" w:lineRule="exact"/>
      </w:pPr>
      <w:r>
        <w:rPr>
          <w:rFonts w:ascii="Yu Gothic" w:hAnsi="Yu Gothic" w:eastAsia="Yu Gothic"/>
          <w:b w:val="0"/>
          <w:i w:val="0"/>
          <w:color w:val="1A1A1A"/>
          <w:sz w:val="18"/>
        </w:rPr>
        <w:t>・(2) 縦書きの場合：1行20字以内・1枚26行以内（字数・行数の制限は謄本だけ）</w:t>
      </w:r>
    </w:p>
    <w:p>
      <w:pPr>
        <w:spacing w:before="0" w:after="40" w:line="270" w:lineRule="exact"/>
      </w:pPr>
      <w:r>
        <w:rPr>
          <w:rFonts w:ascii="Yu Gothic" w:hAnsi="Yu Gothic" w:eastAsia="Yu Gothic"/>
          <w:b w:val="0"/>
          <w:i w:val="0"/>
          <w:color w:val="1A1A1A"/>
          <w:sz w:val="18"/>
        </w:rPr>
        <w:t>・(3) 横書きの場合：20字×26行／13字×40行／26字×20行のどれか</w:t>
      </w:r>
    </w:p>
    <w:p>
      <w:pPr>
        <w:spacing w:before="0" w:after="40" w:line="270" w:lineRule="exact"/>
      </w:pPr>
      <w:r>
        <w:rPr>
          <w:rFonts w:ascii="Yu Gothic" w:hAnsi="Yu Gothic" w:eastAsia="Yu Gothic"/>
          <w:b w:val="0"/>
          <w:i w:val="0"/>
          <w:color w:val="1A1A1A"/>
          <w:sz w:val="18"/>
        </w:rPr>
        <w:t>・(4) 郵便局（一部の集配郵便局のみ取扱）で「内容証明郵便で送りたい」と申出</w:t>
      </w:r>
    </w:p>
    <w:p>
      <w:pPr>
        <w:spacing w:before="0" w:after="40" w:line="270" w:lineRule="exact"/>
      </w:pPr>
      <w:r>
        <w:rPr>
          <w:rFonts w:ascii="Yu Gothic" w:hAnsi="Yu Gothic" w:eastAsia="Yu Gothic"/>
          <w:b w:val="0"/>
          <w:i w:val="0"/>
          <w:color w:val="1A1A1A"/>
          <w:sz w:val="18"/>
        </w:rPr>
        <w:t>・(5) 「配達証明」をオプション追加（1枚の場合：基本料金110円＋内容証明480円＋一般書留480円＋配達証明350円＝1,420円・2026年10月17日確認）</w:t>
      </w:r>
    </w:p>
    <w:p>
      <w:pPr>
        <w:spacing w:before="0" w:after="40" w:line="270" w:lineRule="exact"/>
      </w:pPr>
      <w:r>
        <w:rPr>
          <w:rFonts w:ascii="Yu Gothic" w:hAnsi="Yu Gothic" w:eastAsia="Yu Gothic"/>
          <w:b w:val="0"/>
          <w:i w:val="0"/>
          <w:color w:val="1A1A1A"/>
          <w:sz w:val="18"/>
        </w:rPr>
        <w:t>・(6) 到達日から2週間経過で雇用契約自動終了（民法627条）</w:t>
      </w:r>
    </w:p>
    <w:p>
      <w:pPr>
        <w:keepNext/>
        <w:spacing w:before="60" w:after="40"/>
        <w:pBdr>
          <w:top w:val="double" w:sz="8" w:space="1" w:color="1B3A5C"/>
        </w:pBdr>
      </w:pPr>
      <w:r>
        <w:rPr>
          <w:rFonts w:ascii="Yu Gothic" w:hAnsi="Yu Gothic" w:eastAsia="Yu Gothic"/>
          <w:b/>
          <w:i w:val="0"/>
          <w:color w:val="1B3A5C"/>
          <w:sz w:val="22"/>
        </w:rPr>
        <w:t>4. 送付状（添え状）テンプレート</w:t>
      </w:r>
    </w:p>
    <w:p>
      <w:pPr>
        <w:spacing w:before="0" w:after="20" w:line="270" w:lineRule="exact"/>
      </w:pPr>
      <w:r>
        <w:rPr>
          <w:rFonts w:ascii="Yu Gothic" w:hAnsi="Yu Gothic" w:eastAsia="Yu Gothic"/>
          <w:b w:val="0"/>
          <w:i w:val="0"/>
          <w:color w:val="1A1A1A"/>
          <w:sz w:val="18"/>
        </w:rPr>
        <w:t>令和　年　月　日</w:t>
      </w:r>
    </w:p>
    <w:p>
      <w:pPr>
        <w:spacing w:before="0" w:after="0" w:line="85" w:lineRule="exact"/>
      </w:pPr>
    </w:p>
    <w:p>
      <w:pPr>
        <w:spacing w:before="0" w:after="20" w:line="270" w:lineRule="exact"/>
      </w:pPr>
      <w:r>
        <w:rPr>
          <w:rFonts w:ascii="Yu Gothic" w:hAnsi="Yu Gothic" w:eastAsia="Yu Gothic"/>
          <w:b w:val="0"/>
          <w:i w:val="0"/>
          <w:color w:val="1A1A1A"/>
          <w:sz w:val="18"/>
        </w:rPr>
        <w:t>○○株式会社</w:t>
      </w:r>
    </w:p>
    <w:p>
      <w:pPr>
        <w:spacing w:before="0" w:after="20" w:line="270" w:lineRule="exact"/>
      </w:pPr>
      <w:r>
        <w:rPr>
          <w:rFonts w:ascii="Yu Gothic" w:hAnsi="Yu Gothic" w:eastAsia="Yu Gothic"/>
          <w:b w:val="0"/>
          <w:i w:val="0"/>
          <w:color w:val="1A1A1A"/>
          <w:sz w:val="18"/>
        </w:rPr>
        <w:t>代表取締役　○○　○○　殿</w:t>
      </w:r>
    </w:p>
    <w:p>
      <w:pPr>
        <w:spacing w:before="0" w:after="0" w:line="85" w:lineRule="exact"/>
      </w:pPr>
    </w:p>
    <w:p>
      <w:pPr>
        <w:spacing w:before="0" w:after="20" w:line="270" w:lineRule="exact"/>
      </w:pPr>
      <w:r>
        <w:rPr>
          <w:rFonts w:ascii="Yu Gothic" w:hAnsi="Yu Gothic" w:eastAsia="Yu Gothic"/>
          <w:b w:val="0"/>
          <w:i w:val="0"/>
          <w:color w:val="1A1A1A"/>
          <w:sz w:val="18"/>
        </w:rPr>
        <w:t>（差出人住所）</w:t>
      </w:r>
    </w:p>
    <w:p>
      <w:pPr>
        <w:spacing w:before="0" w:after="20" w:line="270" w:lineRule="exact"/>
      </w:pPr>
      <w:r>
        <w:rPr>
          <w:rFonts w:ascii="Yu Gothic" w:hAnsi="Yu Gothic" w:eastAsia="Yu Gothic"/>
          <w:b w:val="0"/>
          <w:i w:val="0"/>
          <w:color w:val="1A1A1A"/>
          <w:sz w:val="18"/>
        </w:rPr>
        <w:t>（差出人氏名）</w:t>
      </w:r>
    </w:p>
    <w:p>
      <w:pPr>
        <w:spacing w:before="0" w:after="0" w:line="85" w:lineRule="exact"/>
      </w:pPr>
    </w:p>
    <w:p>
      <w:pPr>
        <w:spacing w:before="0" w:after="20" w:line="270" w:lineRule="exact"/>
      </w:pPr>
      <w:r>
        <w:rPr>
          <w:rFonts w:ascii="Yu Gothic" w:hAnsi="Yu Gothic" w:eastAsia="Yu Gothic"/>
          <w:b w:val="0"/>
          <w:i w:val="0"/>
          <w:color w:val="1A1A1A"/>
          <w:sz w:val="18"/>
        </w:rPr>
        <w:t>拝啓　時下ますますご清祥のこととお慶び申し上げます。</w:t>
      </w:r>
    </w:p>
    <w:p>
      <w:pPr>
        <w:spacing w:before="0" w:after="0" w:line="85" w:lineRule="exact"/>
      </w:pPr>
    </w:p>
    <w:p>
      <w:pPr>
        <w:spacing w:before="0" w:after="20" w:line="270" w:lineRule="exact"/>
      </w:pPr>
      <w:r>
        <w:rPr>
          <w:rFonts w:ascii="Yu Gothic" w:hAnsi="Yu Gothic" w:eastAsia="Yu Gothic"/>
          <w:b w:val="0"/>
          <w:i w:val="0"/>
          <w:color w:val="1A1A1A"/>
          <w:sz w:val="18"/>
        </w:rPr>
        <w:t>私事で誠に恐縮ですが、一身上の都合により、令和　年　月　日をもって貴社を退職いたしたく、ここに退職届を同封いたします。</w:t>
      </w:r>
    </w:p>
    <w:p>
      <w:pPr>
        <w:spacing w:before="0" w:after="0" w:line="85" w:lineRule="exact"/>
      </w:pPr>
    </w:p>
    <w:p>
      <w:pPr>
        <w:spacing w:before="0" w:after="20" w:line="270" w:lineRule="exact"/>
      </w:pPr>
      <w:r>
        <w:rPr>
          <w:rFonts w:ascii="Yu Gothic" w:hAnsi="Yu Gothic" w:eastAsia="Yu Gothic"/>
          <w:b w:val="0"/>
          <w:i w:val="0"/>
          <w:color w:val="1A1A1A"/>
          <w:sz w:val="18"/>
        </w:rPr>
        <w:t>在職中は格別のご厚情を賜り、心より感謝申し上げます。</w:t>
      </w:r>
    </w:p>
    <w:p>
      <w:pPr>
        <w:keepNext/>
        <w:spacing w:before="0" w:after="20" w:line="270" w:lineRule="exact"/>
      </w:pPr>
      <w:r>
        <w:rPr>
          <w:rFonts w:ascii="Yu Gothic" w:hAnsi="Yu Gothic" w:eastAsia="Yu Gothic"/>
          <w:b w:val="0"/>
          <w:i w:val="0"/>
          <w:color w:val="1A1A1A"/>
          <w:sz w:val="18"/>
        </w:rPr>
        <w:t>残された期間、引継ぎ等に最大限努める所存ですので、何卒よろしくお願い申し上げます。</w:t>
      </w:r>
    </w:p>
    <w:p>
      <w:pPr>
        <w:keepNext/>
        <w:spacing w:before="0" w:after="0" w:line="85" w:lineRule="exact"/>
      </w:pPr>
    </w:p>
    <w:p>
      <w:pPr>
        <w:keepNext/>
        <w:spacing w:before="0" w:after="20" w:line="270" w:lineRule="exact"/>
      </w:pPr>
      <w:r>
        <w:rPr>
          <w:rFonts w:ascii="Yu Gothic" w:hAnsi="Yu Gothic" w:eastAsia="Yu Gothic"/>
          <w:b w:val="0"/>
          <w:i w:val="0"/>
          <w:color w:val="1A1A1A"/>
          <w:sz w:val="18"/>
        </w:rPr>
        <w:t>敬具</w:t>
      </w:r>
    </w:p>
    <w:p>
      <w:pPr>
        <w:keepNext/>
        <w:spacing w:before="60" w:after="40"/>
        <w:pBdr>
          <w:top w:val="double" w:sz="8" w:space="1" w:color="1B3A5C"/>
        </w:pBdr>
      </w:pPr>
      <w:r>
        <w:rPr>
          <w:rFonts w:ascii="Yu Gothic" w:hAnsi="Yu Gothic" w:eastAsia="Yu Gothic"/>
          <w:b/>
          <w:i w:val="0"/>
          <w:color w:val="1B3A5C"/>
          <w:sz w:val="22"/>
        </w:rPr>
        <w:t>5. 退職届封筒の書き方サンプル</w:t>
      </w:r>
    </w:p>
    <w:p>
      <w:pPr>
        <w:keepNext/>
        <w:spacing w:before="0" w:after="20" w:line="260" w:lineRule="exact"/>
      </w:pPr>
      <w:r>
        <w:rPr>
          <w:rFonts w:ascii="Yu Gothic" w:hAnsi="Yu Gothic" w:eastAsia="Yu Gothic"/>
          <w:b w:val="0"/>
          <w:i w:val="0"/>
          <w:color w:val="1A1A1A"/>
          <w:sz w:val="18"/>
        </w:rPr>
        <w:t>【表面】　　　　　　　　　　【裏面】</w:t>
      </w:r>
    </w:p>
    <w:p>
      <w:pPr>
        <w:keepNext/>
        <w:spacing w:before="0" w:after="20" w:line="260" w:lineRule="exact"/>
      </w:pPr>
      <w:r>
        <w:rPr>
          <w:rFonts w:ascii="Yu Gothic" w:hAnsi="Yu Gothic" w:eastAsia="Yu Gothic"/>
          <w:b w:val="0"/>
          <w:i w:val="0"/>
          <w:color w:val="1A1A1A"/>
          <w:sz w:val="18"/>
        </w:rPr>
        <w:t xml:space="preserve">　　　　　　　　　　　　　　　　　　　　　　　〆</w:t>
      </w:r>
    </w:p>
    <w:p>
      <w:pPr>
        <w:keepNext/>
        <w:spacing w:before="0" w:after="20" w:line="260" w:lineRule="exact"/>
      </w:pPr>
      <w:r>
        <w:rPr>
          <w:rFonts w:ascii="Yu Gothic" w:hAnsi="Yu Gothic" w:eastAsia="Yu Gothic"/>
          <w:b w:val="0"/>
          <w:i w:val="0"/>
          <w:color w:val="1A1A1A"/>
          <w:sz w:val="18"/>
        </w:rPr>
        <w:t xml:space="preserve">　　退　職　届　　　　　　　　　　　　　　　　令和○年○月○日</w:t>
      </w:r>
    </w:p>
    <w:p>
      <w:pPr>
        <w:keepNext/>
        <w:spacing w:before="0" w:after="20" w:line="260" w:lineRule="exact"/>
      </w:pPr>
      <w:r>
        <w:rPr>
          <w:rFonts w:ascii="Yu Gothic" w:hAnsi="Yu Gothic" w:eastAsia="Yu Gothic"/>
          <w:b w:val="0"/>
          <w:i w:val="0"/>
          <w:color w:val="1A1A1A"/>
          <w:sz w:val="18"/>
        </w:rPr>
        <w:t xml:space="preserve">　　　　　　　　　　　　　　　　　　　　　　　○○部　○○課</w:t>
      </w:r>
    </w:p>
    <w:p>
      <w:pPr>
        <w:keepNext/>
        <w:spacing w:before="0" w:after="20" w:line="260" w:lineRule="exact"/>
      </w:pPr>
      <w:r>
        <w:rPr>
          <w:rFonts w:ascii="Yu Gothic" w:hAnsi="Yu Gothic" w:eastAsia="Yu Gothic"/>
          <w:b w:val="0"/>
          <w:i w:val="0"/>
          <w:color w:val="1A1A1A"/>
          <w:sz w:val="18"/>
        </w:rPr>
        <w:t xml:space="preserve">　　　　　　　　　　　　　　　　　　　　　　　○○　○○</w:t>
      </w:r>
    </w:p>
    <w:p>
      <w:pPr>
        <w:spacing w:before="0" w:after="20" w:line="260" w:lineRule="exact"/>
      </w:pPr>
      <w:r>
        <w:rPr>
          <w:rFonts w:ascii="Yu Gothic" w:hAnsi="Yu Gothic" w:eastAsia="Yu Gothic"/>
          <w:b w:val="0"/>
          <w:i w:val="0"/>
          <w:color w:val="1A1A1A"/>
          <w:sz w:val="18"/>
        </w:rPr>
        <w:t xml:space="preserve">　　　　　　　　　　　　　　　　　　　　　　　（社員番号　　　）</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縦書きと横書きの使い分けガイド</w:t>
      </w:r>
    </w:p>
    <w:p>
      <w:pPr>
        <w:keepNext/>
        <w:spacing w:before="60" w:after="40"/>
        <w:pBdr>
          <w:top w:val="double" w:sz="8" w:space="1" w:color="1B3A5C"/>
        </w:pBdr>
      </w:pPr>
      <w:r>
        <w:rPr>
          <w:rFonts w:ascii="Yu Gothic" w:hAnsi="Yu Gothic" w:eastAsia="Yu Gothic"/>
          <w:b/>
          <w:i w:val="0"/>
          <w:color w:val="1B3A5C"/>
          <w:sz w:val="22"/>
        </w:rPr>
        <w:t>1. 縦書きの特徴</w:t>
      </w:r>
    </w:p>
    <w:p>
      <w:pPr>
        <w:spacing w:before="0" w:after="60" w:line="280" w:lineRule="exact"/>
      </w:pPr>
      <w:r>
        <w:rPr>
          <w:rFonts w:ascii="Yu Gothic" w:hAnsi="Yu Gothic" w:eastAsia="Yu Gothic"/>
          <w:b w:val="0"/>
          <w:i w:val="0"/>
          <w:color w:val="1A1A1A"/>
          <w:sz w:val="19"/>
        </w:rPr>
        <w:t>・伝統的・フォーマル・手書きに適する</w:t>
      </w:r>
    </w:p>
    <w:p>
      <w:pPr>
        <w:spacing w:before="0" w:after="60" w:line="280" w:lineRule="exact"/>
      </w:pPr>
      <w:r>
        <w:rPr>
          <w:rFonts w:ascii="Yu Gothic" w:hAnsi="Yu Gothic" w:eastAsia="Yu Gothic"/>
          <w:b w:val="0"/>
          <w:i w:val="0"/>
          <w:color w:val="1A1A1A"/>
          <w:sz w:val="19"/>
        </w:rPr>
        <w:t>・年配の上司・歴史ある企業文化で好まれる</w:t>
      </w:r>
    </w:p>
    <w:p>
      <w:pPr>
        <w:spacing w:before="0" w:after="60" w:line="280" w:lineRule="exact"/>
      </w:pPr>
      <w:r>
        <w:rPr>
          <w:rFonts w:ascii="Yu Gothic" w:hAnsi="Yu Gothic" w:eastAsia="Yu Gothic"/>
          <w:b w:val="0"/>
          <w:i w:val="0"/>
          <w:color w:val="1A1A1A"/>
          <w:sz w:val="19"/>
        </w:rPr>
        <w:t>・便箋（B5縦・罫線あり）が使われる</w:t>
      </w:r>
    </w:p>
    <w:p>
      <w:pPr>
        <w:spacing w:before="0" w:after="60" w:line="280" w:lineRule="exact"/>
      </w:pPr>
      <w:r>
        <w:rPr>
          <w:rFonts w:ascii="Yu Gothic" w:hAnsi="Yu Gothic" w:eastAsia="Yu Gothic"/>
          <w:b w:val="0"/>
          <w:i w:val="0"/>
          <w:color w:val="1A1A1A"/>
          <w:sz w:val="19"/>
        </w:rPr>
        <w:t>・「私事」「拝啓」等の伝統的な書き出しが映える</w:t>
      </w:r>
    </w:p>
    <w:p>
      <w:pPr>
        <w:keepNext/>
        <w:spacing w:before="60" w:after="40"/>
        <w:pBdr>
          <w:top w:val="double" w:sz="8" w:space="1" w:color="1B3A5C"/>
        </w:pBdr>
      </w:pPr>
      <w:r>
        <w:rPr>
          <w:rFonts w:ascii="Yu Gothic" w:hAnsi="Yu Gothic" w:eastAsia="Yu Gothic"/>
          <w:b/>
          <w:i w:val="0"/>
          <w:color w:val="1B3A5C"/>
          <w:sz w:val="22"/>
        </w:rPr>
        <w:t>2. 横書きの特徴</w:t>
      </w:r>
    </w:p>
    <w:p>
      <w:pPr>
        <w:spacing w:before="0" w:after="60" w:line="280" w:lineRule="exact"/>
      </w:pPr>
      <w:r>
        <w:rPr>
          <w:rFonts w:ascii="Yu Gothic" w:hAnsi="Yu Gothic" w:eastAsia="Yu Gothic"/>
          <w:b w:val="0"/>
          <w:i w:val="0"/>
          <w:color w:val="1A1A1A"/>
          <w:sz w:val="19"/>
        </w:rPr>
        <w:t>・現代的・ビジネス文書として一般化</w:t>
      </w:r>
    </w:p>
    <w:p>
      <w:pPr>
        <w:spacing w:before="0" w:after="60" w:line="280" w:lineRule="exact"/>
      </w:pPr>
      <w:r>
        <w:rPr>
          <w:rFonts w:ascii="Yu Gothic" w:hAnsi="Yu Gothic" w:eastAsia="Yu Gothic"/>
          <w:b w:val="0"/>
          <w:i w:val="0"/>
          <w:color w:val="1A1A1A"/>
          <w:sz w:val="19"/>
        </w:rPr>
        <w:t>・PC作成・印刷との親和性が高い</w:t>
      </w:r>
    </w:p>
    <w:p>
      <w:pPr>
        <w:spacing w:before="0" w:after="60" w:line="280" w:lineRule="exact"/>
      </w:pPr>
      <w:r>
        <w:rPr>
          <w:rFonts w:ascii="Yu Gothic" w:hAnsi="Yu Gothic" w:eastAsia="Yu Gothic"/>
          <w:b w:val="0"/>
          <w:i w:val="0"/>
          <w:color w:val="1A1A1A"/>
          <w:sz w:val="19"/>
        </w:rPr>
        <w:t>・若い世代・IT/外資系企業・スタートアップで好まれる</w:t>
      </w:r>
    </w:p>
    <w:p>
      <w:pPr>
        <w:spacing w:before="0" w:after="60" w:line="280" w:lineRule="exact"/>
      </w:pPr>
      <w:r>
        <w:rPr>
          <w:rFonts w:ascii="Yu Gothic" w:hAnsi="Yu Gothic" w:eastAsia="Yu Gothic"/>
          <w:b w:val="0"/>
          <w:i w:val="0"/>
          <w:color w:val="1A1A1A"/>
          <w:sz w:val="19"/>
        </w:rPr>
        <w:t>・社内文書の多くが横書きの企業では横書きが自然</w:t>
      </w:r>
    </w:p>
    <w:p>
      <w:pPr>
        <w:keepNext/>
        <w:spacing w:before="60" w:after="40"/>
        <w:pBdr>
          <w:top w:val="double" w:sz="8" w:space="1" w:color="1B3A5C"/>
        </w:pBdr>
      </w:pPr>
      <w:r>
        <w:rPr>
          <w:rFonts w:ascii="Yu Gothic" w:hAnsi="Yu Gothic" w:eastAsia="Yu Gothic"/>
          <w:b/>
          <w:i w:val="0"/>
          <w:color w:val="1B3A5C"/>
          <w:sz w:val="22"/>
        </w:rPr>
        <w:t>3. どちらを選ぶべきか</w:t>
      </w:r>
    </w:p>
    <w:p>
      <w:pPr>
        <w:spacing w:before="0" w:after="60" w:line="280" w:lineRule="exact"/>
      </w:pPr>
      <w:r>
        <w:rPr>
          <w:rFonts w:ascii="Yu Gothic" w:hAnsi="Yu Gothic" w:eastAsia="Yu Gothic"/>
          <w:b w:val="0"/>
          <w:i w:val="0"/>
          <w:color w:val="1A1A1A"/>
          <w:sz w:val="19"/>
        </w:rPr>
        <w:t>・会社の社内文書スタイルに合わせるのが無難</w:t>
      </w:r>
    </w:p>
    <w:p>
      <w:pPr>
        <w:spacing w:before="0" w:after="60" w:line="280" w:lineRule="exact"/>
      </w:pPr>
      <w:r>
        <w:rPr>
          <w:rFonts w:ascii="Yu Gothic" w:hAnsi="Yu Gothic" w:eastAsia="Yu Gothic"/>
          <w:b w:val="0"/>
          <w:i w:val="0"/>
          <w:color w:val="1A1A1A"/>
          <w:sz w:val="19"/>
        </w:rPr>
        <w:t>・迷ったら横書きで問題なし（法律上は両方有効）</w:t>
      </w:r>
    </w:p>
    <w:p>
      <w:pPr>
        <w:spacing w:before="0" w:after="60" w:line="280" w:lineRule="exact"/>
      </w:pPr>
      <w:r>
        <w:rPr>
          <w:rFonts w:ascii="Yu Gothic" w:hAnsi="Yu Gothic" w:eastAsia="Yu Gothic"/>
          <w:b w:val="0"/>
          <w:i w:val="0"/>
          <w:color w:val="1A1A1A"/>
          <w:sz w:val="19"/>
        </w:rPr>
        <w:t>・上司が年配で伝統重視の場合は縦書きが好印象</w:t>
      </w:r>
    </w:p>
    <w:p>
      <w:pPr>
        <w:spacing w:before="0" w:after="60" w:line="280" w:lineRule="exact"/>
      </w:pPr>
      <w:r>
        <w:rPr>
          <w:rFonts w:ascii="Yu Gothic" w:hAnsi="Yu Gothic" w:eastAsia="Yu Gothic"/>
          <w:b w:val="0"/>
          <w:i w:val="0"/>
          <w:color w:val="1A1A1A"/>
          <w:sz w:val="19"/>
        </w:rPr>
        <w:t>・PC作成・印刷する場合は横書きが現実的</w:t>
      </w:r>
    </w:p>
    <w:p>
      <w:pPr>
        <w:spacing w:before="0" w:after="20" w:line="210" w:lineRule="exact"/>
      </w:pPr>
      <w:r>
        <w:rPr>
          <w:rFonts w:ascii="Yu Gothic" w:hAnsi="Yu Gothic" w:eastAsia="Yu Gothic"/>
          <w:b w:val="0"/>
          <w:i w:val="0"/>
          <w:color w:val="66707A"/>
          <w:sz w:val="15"/>
        </w:rPr>
        <w:t>※ 横書き・縦書きいずれも法律上の効力は同じです（労基法・民法・労契法上、書式の制約なし）。</w:t>
      </w:r>
    </w:p>
    <w:p>
      <w:pPr>
        <w:spacing w:before="0" w:after="20" w:line="210" w:lineRule="exact"/>
      </w:pPr>
      <w:r>
        <w:rPr>
          <w:rFonts w:ascii="Yu Gothic" w:hAnsi="Yu Gothic" w:eastAsia="Yu Gothic"/>
          <w:b w:val="0"/>
          <w:i w:val="0"/>
          <w:color w:val="66707A"/>
          <w:sz w:val="15"/>
        </w:rPr>
        <w:t>※ 会社の慣行・上司との関係性を考慮して選択してください。</w:t>
      </w:r>
    </w:p>
    <w:p>
      <w:pPr>
        <w:spacing w:before="0" w:after="0" w:line="113" w:lineRule="exact"/>
      </w:pPr>
    </w:p>
    <w:p>
      <w:pPr>
        <w:spacing w:before="0" w:after="20" w:line="210" w:lineRule="exact"/>
      </w:pPr>
      <w:r>
        <w:rPr>
          <w:rFonts w:ascii="Yu Gothic" w:hAnsi="Yu Gothic" w:eastAsia="Yu Gothic"/>
          <w:b w:val="0"/>
          <w:i w:val="0"/>
          <w:color w:val="66707A"/>
          <w:sz w:val="15"/>
        </w:rPr>
        <w:t>※ 本書は労働基準法・労働契約法・民法・雇用保険法などの法令と、厚生労働省の資料を踏まえて作った実用版です。</w:t>
      </w:r>
    </w:p>
    <w:p>
      <w:pPr>
        <w:spacing w:before="0" w:after="20" w:line="210" w:lineRule="exact"/>
      </w:pPr>
      <w:r>
        <w:rPr>
          <w:rFonts w:ascii="Yu Gothic" w:hAnsi="Yu Gothic" w:eastAsia="Yu Gothic"/>
          <w:b w:val="0"/>
          <w:i w:val="0"/>
          <w:color w:val="66707A"/>
          <w:sz w:val="15"/>
        </w:rPr>
        <w:t>※ 個別具体的なケースについては、所轄労働基準監督署・総合労働相談コーナー・労働組合・弁護士等にご相談ください。</w:t>
      </w:r>
    </w:p>
    <w:sectPr w:rsidR="00FC693F" w:rsidRPr="0006063C" w:rsidSect="00034616">
      <w:footerReference w:type="default" r:id="rId9"/>
      <w:pgSz w:w="10318" w:h="14570"/>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Yu Gothic"/>
        <a:ea typeface="Yu Gothic"/>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Gothic"/>
        <a:ea typeface="Yu Gothic"/>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