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" w:after="60"/>
        <w:pStyle w:val="Heading1"/>
        <w:pBdr>
          <w:bottom w:val="double" w:sz="10" w:space="1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送　付　状</w:t>
      </w:r>
    </w:p>
    <w:p>
      <w:pPr>
        <w:tabs>
          <w:tab w:pos="9865" w:val="right"/>
        </w:tabs>
        <w:spacing w:before="40" w:after="60"/>
      </w:pPr>
      <w:r>
        <w:tab/>
      </w:r>
      <w:r>
        <w:rPr>
          <w:rFonts w:ascii="Yu Gothic" w:hAnsi="Yu Gothic" w:eastAsia="Yu Gothic"/>
          <w:b w:val="0"/>
          <w:i w:val="0"/>
          <w:color w:val="1A1A1A"/>
          <w:sz w:val="21"/>
        </w:rPr>
        <w:t>2026年10月1日（木）</w:t>
      </w: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7937"/>
      </w:tblGrid>
      <w:tr>
        <w:trPr>
          <w:cantSplit/>
          <w:trHeight w:val="454" w:hRule="atLeast"/>
        </w:trPr>
        <w:tc>
          <w:tcPr>
            <w:tcW w:type="dxa" w:w="1928"/>
            <w:tcMar>
              <w:top w:w="85" w:type="dxa"/>
              <w:bottom w:w="8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宛先（会社名）</w:t>
            </w:r>
          </w:p>
        </w:tc>
        <w:tc>
          <w:tcPr>
            <w:tcW w:type="dxa" w:w="7937"/>
            <w:tcMar>
              <w:top w:w="85" w:type="dxa"/>
              <w:bottom w:w="8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20"/>
              </w:rPr>
              <w:t>株式会社サンプル商事</w:t>
            </w:r>
          </w:p>
        </w:tc>
      </w:tr>
    </w:tbl>
    <w:p>
      <w:pPr>
        <w:spacing w:before="0" w:after="0" w:line="68" w:lineRule="exact"/>
      </w:pP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7937"/>
      </w:tblGrid>
      <w:tr>
        <w:trPr>
          <w:cantSplit/>
          <w:trHeight w:val="454" w:hRule="atLeast"/>
        </w:trPr>
        <w:tc>
          <w:tcPr>
            <w:tcW w:type="dxa" w:w="1928"/>
            <w:tcMar>
              <w:top w:w="85" w:type="dxa"/>
              <w:bottom w:w="8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部署・担当者名</w:t>
            </w:r>
          </w:p>
        </w:tc>
        <w:tc>
          <w:tcPr>
            <w:tcW w:type="dxa" w:w="7937"/>
            <w:tcMar>
              <w:top w:w="85" w:type="dxa"/>
              <w:bottom w:w="8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20"/>
              </w:rPr>
              <w:t>経理部　山田　花子　様</w:t>
            </w:r>
          </w:p>
        </w:tc>
      </w:tr>
    </w:tbl>
    <w:p>
      <w:pPr>
        <w:spacing w:before="0" w:after="0" w:line="45" w:lineRule="exact"/>
      </w:pP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5"/>
        </w:rPr>
        <w:t>※ 宛先は「会社名＋部署名＋担当者名＋様」か「会社名＋御中」のどちらか一方です。「御中」と「様」は併用しません。</w:t>
      </w: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5"/>
        </w:rPr>
        <w:t>※ 担当者名が分からない場合は担当者名の欄を空欄にし、会社名のあとに「御中」と書きます。</w:t>
      </w:r>
    </w:p>
    <w:p>
      <w:pPr>
        <w:spacing w:before="60" w:after="40"/>
        <w:pStyle w:val="Heading2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差出人</w:t>
      </w: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7937"/>
      </w:tblGrid>
      <w:tr>
        <w:trPr>
          <w:cantSplit/>
          <w:trHeight w:val="454" w:hRule="atLeast"/>
        </w:trPr>
        <w:tc>
          <w:tcPr>
            <w:tcW w:type="dxa" w:w="1928"/>
            <w:tcMar>
              <w:top w:w="85" w:type="dxa"/>
              <w:bottom w:w="8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会社名</w:t>
            </w:r>
          </w:p>
        </w:tc>
        <w:tc>
          <w:tcPr>
            <w:tcW w:type="dxa" w:w="7937"/>
            <w:tcMar>
              <w:top w:w="85" w:type="dxa"/>
              <w:bottom w:w="8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20"/>
              </w:rPr>
              <w:t>株式会社テンプレートフリー</w:t>
            </w:r>
          </w:p>
        </w:tc>
      </w:tr>
    </w:tbl>
    <w:p>
      <w:pPr>
        <w:spacing w:before="0" w:after="0" w:line="68" w:lineRule="exact"/>
      </w:pP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7937"/>
      </w:tblGrid>
      <w:tr>
        <w:trPr>
          <w:cantSplit/>
          <w:trHeight w:val="454" w:hRule="atLeast"/>
        </w:trPr>
        <w:tc>
          <w:tcPr>
            <w:tcW w:type="dxa" w:w="1928"/>
            <w:tcMar>
              <w:top w:w="85" w:type="dxa"/>
              <w:bottom w:w="8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部署・氏名</w:t>
            </w:r>
          </w:p>
        </w:tc>
        <w:tc>
          <w:tcPr>
            <w:tcW w:type="dxa" w:w="7937"/>
            <w:tcMar>
              <w:top w:w="85" w:type="dxa"/>
              <w:bottom w:w="8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20"/>
              </w:rPr>
              <w:t>営業部　鈴木　一郎</w:t>
            </w:r>
          </w:p>
        </w:tc>
      </w:tr>
    </w:tbl>
    <w:p>
      <w:pPr>
        <w:spacing w:before="0" w:after="0" w:line="68" w:lineRule="exact"/>
      </w:pP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7937"/>
      </w:tblGrid>
      <w:tr>
        <w:trPr>
          <w:cantSplit/>
          <w:trHeight w:val="454" w:hRule="atLeast"/>
        </w:trPr>
        <w:tc>
          <w:tcPr>
            <w:tcW w:type="dxa" w:w="1928"/>
            <w:tcMar>
              <w:top w:w="85" w:type="dxa"/>
              <w:bottom w:w="8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電話番号</w:t>
            </w:r>
          </w:p>
        </w:tc>
        <w:tc>
          <w:tcPr>
            <w:tcW w:type="dxa" w:w="7937"/>
            <w:tcMar>
              <w:top w:w="85" w:type="dxa"/>
              <w:bottom w:w="8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20"/>
              </w:rPr>
              <w:t>03-XXXX-XXXX</w:t>
            </w:r>
          </w:p>
        </w:tc>
      </w:tr>
    </w:tbl>
    <w:p>
      <w:pPr>
        <w:spacing w:before="0" w:after="0" w:line="68" w:lineRule="exact"/>
      </w:pP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7937"/>
      </w:tblGrid>
      <w:tr>
        <w:trPr>
          <w:cantSplit/>
          <w:trHeight w:val="454" w:hRule="atLeast"/>
        </w:trPr>
        <w:tc>
          <w:tcPr>
            <w:tcW w:type="dxa" w:w="1928"/>
            <w:tcMar>
              <w:top w:w="85" w:type="dxa"/>
              <w:bottom w:w="8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メールアドレス</w:t>
            </w:r>
          </w:p>
        </w:tc>
        <w:tc>
          <w:tcPr>
            <w:tcW w:type="dxa" w:w="7937"/>
            <w:tcMar>
              <w:top w:w="85" w:type="dxa"/>
              <w:bottom w:w="8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20"/>
              </w:rPr>
              <w:t>info@example.com</w:t>
            </w:r>
          </w:p>
        </w:tc>
      </w:tr>
    </w:tbl>
    <w:p>
      <w:pPr>
        <w:spacing w:before="0" w:after="0" w:line="68" w:lineRule="exact"/>
      </w:pPr>
    </w:p>
    <w:p>
      <w:pPr>
        <w:spacing w:before="0" w:after="0" w:line="85" w:lineRule="exact"/>
      </w:pPr>
    </w:p>
    <w:p>
      <w:pPr>
        <w:spacing w:before="0" w:after="60" w:line="300" w:lineRule="exact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拝啓　時下ますますご清栄のこととお慶び申し上げます。平素は格別のご高配を賜り、厚く御礼申し上げます。</w:t>
      </w:r>
    </w:p>
    <w:p>
      <w:pPr>
        <w:spacing w:before="0" w:after="60" w:line="300" w:lineRule="exact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さて、下記のとおり2026年9月分のご請求書をお送りいたします。ご多忙中恐縮ではございますが、ご確認・ご査収のほど、何卒よろしくお願い申し上げます。</w:t>
      </w:r>
    </w:p>
    <w:p>
      <w:pPr>
        <w:spacing w:before="40" w:after="120"/>
        <w:jc w:val="right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敬具</w:t>
      </w:r>
    </w:p>
    <w:p>
      <w:pPr>
        <w:spacing w:before="40" w:after="40"/>
        <w:jc w:val="center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記</w:t>
      </w:r>
    </w:p>
    <w:p>
      <w:pPr>
        <w:spacing w:before="0" w:after="0" w:line="57" w:lineRule="exact"/>
      </w:pP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07"/>
        <w:gridCol w:w="7483"/>
        <w:gridCol w:w="1474"/>
      </w:tblGrid>
      <w:tr>
        <w:trPr>
          <w:cantSplit/>
          <w:trHeight w:val="425" w:hRule="atLeast"/>
        </w:trPr>
        <w:tc>
          <w:tcPr>
            <w:tcW w:type="dxa" w:w="907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No.</w:t>
            </w:r>
          </w:p>
        </w:tc>
        <w:tc>
          <w:tcPr>
            <w:tcW w:type="dxa" w:w="7483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書　類　名</w:t>
            </w:r>
          </w:p>
        </w:tc>
        <w:tc>
          <w:tcPr>
            <w:tcW w:type="dxa" w:w="1474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部数</w:t>
            </w:r>
          </w:p>
        </w:tc>
      </w:tr>
      <w:tr>
        <w:trPr>
          <w:cantSplit/>
          <w:trHeight w:val="442" w:hRule="atLeast"/>
        </w:trPr>
        <w:tc>
          <w:tcPr>
            <w:tcW w:type="dxa" w:w="907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1</w:t>
            </w:r>
          </w:p>
        </w:tc>
        <w:tc>
          <w:tcPr>
            <w:tcW w:type="dxa" w:w="7483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ご請求書（2026年9月分）</w:t>
            </w:r>
          </w:p>
        </w:tc>
        <w:tc>
          <w:tcPr>
            <w:tcW w:type="dxa" w:w="1474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1通</w:t>
            </w:r>
          </w:p>
        </w:tc>
      </w:tr>
      <w:tr>
        <w:trPr>
          <w:cantSplit/>
          <w:trHeight w:val="442" w:hRule="atLeast"/>
        </w:trPr>
        <w:tc>
          <w:tcPr>
            <w:tcW w:type="dxa" w:w="907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2</w:t>
            </w:r>
          </w:p>
        </w:tc>
        <w:tc>
          <w:tcPr>
            <w:tcW w:type="dxa" w:w="7483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業務明細書</w:t>
            </w:r>
          </w:p>
        </w:tc>
        <w:tc>
          <w:tcPr>
            <w:tcW w:type="dxa" w:w="1474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1通</w:t>
            </w:r>
          </w:p>
        </w:tc>
      </w:tr>
      <w:tr>
        <w:trPr>
          <w:cantSplit/>
          <w:trHeight w:val="442" w:hRule="atLeast"/>
        </w:trPr>
        <w:tc>
          <w:tcPr>
            <w:tcW w:type="dxa" w:w="907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3</w:t>
            </w:r>
          </w:p>
        </w:tc>
        <w:tc>
          <w:tcPr>
            <w:tcW w:type="dxa" w:w="7483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納品書の写し</w:t>
            </w:r>
          </w:p>
        </w:tc>
        <w:tc>
          <w:tcPr>
            <w:tcW w:type="dxa" w:w="1474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1通</w:t>
            </w:r>
          </w:p>
        </w:tc>
      </w:tr>
    </w:tbl>
    <w:p>
      <w:pPr>
        <w:spacing w:before="0" w:after="0" w:line="113" w:lineRule="exact"/>
      </w:pP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7937"/>
      </w:tblGrid>
      <w:tr>
        <w:trPr>
          <w:cantSplit/>
          <w:trHeight w:val="624" w:hRule="atLeast"/>
        </w:trPr>
        <w:tc>
          <w:tcPr>
            <w:tcW w:type="dxa" w:w="1928"/>
            <w:tcMar>
              <w:top w:w="85" w:type="dxa"/>
              <w:bottom w:w="8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備考</w:t>
            </w:r>
          </w:p>
        </w:tc>
        <w:tc>
          <w:tcPr>
            <w:tcW w:type="dxa" w:w="7937"/>
            <w:tcMar>
              <w:top w:w="85" w:type="dxa"/>
              <w:bottom w:w="8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20"/>
              </w:rPr>
              <w:t>お支払期限は2026年10月30日（金）です。お振込先は請求書に記載のとおりです。お振込手数料はお手数ですがご負担ください。</w:t>
            </w:r>
          </w:p>
        </w:tc>
      </w:tr>
    </w:tbl>
    <w:p>
      <w:pPr>
        <w:spacing w:before="0" w:after="0" w:line="102" w:lineRule="exact"/>
      </w:pPr>
    </w:p>
    <w:p>
      <w:pPr>
        <w:spacing w:before="40" w:after="40"/>
        <w:jc w:val="right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以　上</w:t>
      </w: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5"/>
        </w:rPr>
        <w:t>※ これは記入例です。実際の内容はご自身の状況に合わせてご修正ください。（template-free.jp）</w:t>
      </w:r>
    </w:p>
    <w:sectPr w:rsidR="00FC693F" w:rsidRPr="0006063C" w:rsidSect="00034616">
      <w:footerReference w:type="default" r:id="rId9"/>
      <w:pgSz w:w="11906" w:h="16838"/>
      <w:pgMar w:top="1247" w:right="1020" w:bottom="1134" w:left="1020" w:header="567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pBdr>
        <w:top w:val="single" w:sz="3" w:space="1" w:color="66707A"/>
      </w:pBdr>
    </w:pPr>
    <w:r>
      <w:rPr>
        <w:rFonts w:ascii="Yu Gothic" w:hAnsi="Yu Gothic" w:eastAsia="Yu Gothic"/>
        <w:b w:val="0"/>
        <w:i w:val="0"/>
        <w:color w:val="66707A"/>
        <w:sz w:val="14"/>
      </w:rPr>
      <w:t>template-free.jp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送付状</dc:title>
  <dc:subject>送付状テンプレート</dc:subject>
  <dc:creator>テンプレートフリー</dc:creator>
  <cp:keywords/>
  <dc:description>generated by python-docx</dc:description>
  <cp:lastModifiedBy>テンプレートフリー</cp:lastModifiedBy>
  <cp:revision>1</cp:revision>
  <dcterms:created xsi:type="dcterms:W3CDTF">2026-10-09T15:00:00Z</dcterms:created>
  <dcterms:modified xsi:type="dcterms:W3CDTF">2026-10-09T15:00:00Z</dcterms:modified>
  <cp:category/>
  <dc:language>ja-JP</dc:language>
</cp:coreProperties>
</file>