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" w:after="60"/>
        <w:pStyle w:val="Heading1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送　付　状</w:t>
      </w:r>
    </w:p>
    <w:p>
      <w:pPr>
        <w:tabs>
          <w:tab w:pos="9865" w:val="right"/>
        </w:tabs>
        <w:spacing w:before="40" w:after="60"/>
      </w:pPr>
      <w:r>
        <w:tab/>
      </w:r>
      <w:r>
        <w:rPr>
          <w:rFonts w:ascii="Yu Gothic" w:hAnsi="Yu Gothic" w:eastAsia="Yu Gothic"/>
          <w:b w:val="0"/>
          <w:i w:val="0"/>
          <w:color w:val="1A1A1A"/>
          <w:sz w:val="21"/>
        </w:rPr>
        <w:t>2026年10月6日（火）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454" w:hRule="atLeast"/>
        </w:trPr>
        <w:tc>
          <w:tcPr>
            <w:tcW w:type="dxa" w:w="1928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宛先（会社名）</w:t>
            </w:r>
          </w:p>
        </w:tc>
        <w:tc>
          <w:tcPr>
            <w:tcW w:type="dxa" w:w="7937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株式会社サンプル商事</w:t>
            </w:r>
          </w:p>
        </w:tc>
      </w:tr>
    </w:tbl>
    <w:p>
      <w:pPr>
        <w:spacing w:before="0" w:after="0" w:line="68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454" w:hRule="atLeast"/>
        </w:trPr>
        <w:tc>
          <w:tcPr>
            <w:tcW w:type="dxa" w:w="1928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部署・担当者名</w:t>
            </w:r>
          </w:p>
        </w:tc>
        <w:tc>
          <w:tcPr>
            <w:tcW w:type="dxa" w:w="7937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購買部　田中　次郎　様</w:t>
            </w:r>
          </w:p>
        </w:tc>
      </w:tr>
    </w:tbl>
    <w:p>
      <w:pPr>
        <w:spacing w:before="0" w:after="0" w:line="45" w:lineRule="exact"/>
      </w:pP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宛先は「会社名＋部署名＋担当者名＋様」か「会社名＋御中」のどちらか一方です。「御中」と「様」は併用しません。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担当者名が分からない場合は担当者名の欄を空欄にし、会社名のあとに「御中」と書きます。</w:t>
      </w:r>
    </w:p>
    <w:p>
      <w:pPr>
        <w:spacing w:before="60" w:after="40"/>
        <w:pStyle w:val="Heading2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差出人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454" w:hRule="atLeast"/>
        </w:trPr>
        <w:tc>
          <w:tcPr>
            <w:tcW w:type="dxa" w:w="1928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会社名</w:t>
            </w:r>
          </w:p>
        </w:tc>
        <w:tc>
          <w:tcPr>
            <w:tcW w:type="dxa" w:w="7937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株式会社テンプレートフリー</w:t>
            </w:r>
          </w:p>
        </w:tc>
      </w:tr>
    </w:tbl>
    <w:p>
      <w:pPr>
        <w:spacing w:before="0" w:after="0" w:line="68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454" w:hRule="atLeast"/>
        </w:trPr>
        <w:tc>
          <w:tcPr>
            <w:tcW w:type="dxa" w:w="1928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部署・氏名</w:t>
            </w:r>
          </w:p>
        </w:tc>
        <w:tc>
          <w:tcPr>
            <w:tcW w:type="dxa" w:w="7937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営業部　鈴木　一郎</w:t>
            </w:r>
          </w:p>
        </w:tc>
      </w:tr>
    </w:tbl>
    <w:p>
      <w:pPr>
        <w:spacing w:before="0" w:after="0" w:line="68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454" w:hRule="atLeast"/>
        </w:trPr>
        <w:tc>
          <w:tcPr>
            <w:tcW w:type="dxa" w:w="1928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電話番号</w:t>
            </w:r>
          </w:p>
        </w:tc>
        <w:tc>
          <w:tcPr>
            <w:tcW w:type="dxa" w:w="7937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03-XXXX-XXXX</w:t>
            </w:r>
          </w:p>
        </w:tc>
      </w:tr>
    </w:tbl>
    <w:p>
      <w:pPr>
        <w:spacing w:before="0" w:after="0" w:line="68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454" w:hRule="atLeast"/>
        </w:trPr>
        <w:tc>
          <w:tcPr>
            <w:tcW w:type="dxa" w:w="1928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メールアドレス</w:t>
            </w:r>
          </w:p>
        </w:tc>
        <w:tc>
          <w:tcPr>
            <w:tcW w:type="dxa" w:w="7937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info@example.com</w:t>
            </w:r>
          </w:p>
        </w:tc>
      </w:tr>
    </w:tbl>
    <w:p>
      <w:pPr>
        <w:spacing w:before="0" w:after="0" w:line="68" w:lineRule="exact"/>
      </w:pPr>
    </w:p>
    <w:p>
      <w:pPr>
        <w:spacing w:before="0" w:after="0" w:line="85" w:lineRule="exact"/>
      </w:pPr>
    </w:p>
    <w:p>
      <w:pPr>
        <w:spacing w:before="0" w:after="60" w:line="300" w:lineRule="exact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拝啓　時下ますますご清栄のこととお慶び申し上げます。</w:t>
      </w:r>
    </w:p>
    <w:p>
      <w:pPr>
        <w:spacing w:before="0" w:after="60" w:line="300" w:lineRule="exact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さて、先日はご多用のなかお時間をいただき、誠にありがとうございました。ご挨拶のしるしに、名刺と会社案内をお送りいたします。ご査収のほど、今後とも何卒よろしくお願い申し上げます。</w:t>
      </w:r>
    </w:p>
    <w:p>
      <w:pPr>
        <w:spacing w:before="40" w:after="120"/>
        <w:jc w:val="right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敬具</w:t>
      </w:r>
    </w:p>
    <w:p>
      <w:pPr>
        <w:spacing w:before="40" w:after="40"/>
        <w:jc w:val="center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記</w:t>
      </w:r>
    </w:p>
    <w:p>
      <w:pPr>
        <w:spacing w:before="0" w:after="0" w:line="57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07"/>
        <w:gridCol w:w="7483"/>
        <w:gridCol w:w="1474"/>
      </w:tblGrid>
      <w:tr>
        <w:trPr>
          <w:cantSplit/>
          <w:trHeight w:val="425" w:hRule="atLeast"/>
        </w:trPr>
        <w:tc>
          <w:tcPr>
            <w:tcW w:type="dxa" w:w="907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7483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書　類　名</w:t>
            </w:r>
          </w:p>
        </w:tc>
        <w:tc>
          <w:tcPr>
            <w:tcW w:type="dxa" w:w="1474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部数</w:t>
            </w:r>
          </w:p>
        </w:tc>
      </w:tr>
      <w:tr>
        <w:trPr>
          <w:cantSplit/>
          <w:trHeight w:val="442" w:hRule="atLeast"/>
        </w:trPr>
        <w:tc>
          <w:tcPr>
            <w:tcW w:type="dxa" w:w="907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1</w:t>
            </w:r>
          </w:p>
        </w:tc>
        <w:tc>
          <w:tcPr>
            <w:tcW w:type="dxa" w:w="7483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名刺</w:t>
            </w:r>
          </w:p>
        </w:tc>
        <w:tc>
          <w:tcPr>
            <w:tcW w:type="dxa" w:w="1474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2枚</w:t>
            </w:r>
          </w:p>
        </w:tc>
      </w:tr>
      <w:tr>
        <w:trPr>
          <w:cantSplit/>
          <w:trHeight w:val="442" w:hRule="atLeast"/>
        </w:trPr>
        <w:tc>
          <w:tcPr>
            <w:tcW w:type="dxa" w:w="907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2</w:t>
            </w:r>
          </w:p>
        </w:tc>
        <w:tc>
          <w:tcPr>
            <w:tcW w:type="dxa" w:w="7483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会社案内（A4・8ページ）</w:t>
            </w:r>
          </w:p>
        </w:tc>
        <w:tc>
          <w:tcPr>
            <w:tcW w:type="dxa" w:w="1474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1部</w:t>
            </w:r>
          </w:p>
        </w:tc>
      </w:tr>
      <w:tr>
        <w:trPr>
          <w:cantSplit/>
          <w:trHeight w:val="442" w:hRule="atLeast"/>
        </w:trPr>
        <w:tc>
          <w:tcPr>
            <w:tcW w:type="dxa" w:w="907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3</w:t>
            </w:r>
          </w:p>
        </w:tc>
        <w:tc>
          <w:tcPr>
            <w:tcW w:type="dxa" w:w="7483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サービス資料</w:t>
            </w:r>
          </w:p>
        </w:tc>
        <w:tc>
          <w:tcPr>
            <w:tcW w:type="dxa" w:w="1474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1部</w:t>
            </w:r>
          </w:p>
        </w:tc>
      </w:tr>
    </w:tbl>
    <w:p>
      <w:pPr>
        <w:spacing w:before="0" w:after="0" w:line="113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624" w:hRule="atLeast"/>
        </w:trPr>
        <w:tc>
          <w:tcPr>
            <w:tcW w:type="dxa" w:w="1928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備考</w:t>
            </w:r>
          </w:p>
        </w:tc>
        <w:tc>
          <w:tcPr>
            <w:tcW w:type="dxa" w:w="7937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0"/>
              </w:rPr>
              <w:t>ご不明な点やお打ち合わせのご希望がございましたら、上記の電話番号またはメールアドレスまでお気軽にご連絡ください。</w:t>
            </w:r>
          </w:p>
        </w:tc>
      </w:tr>
    </w:tbl>
    <w:p>
      <w:pPr>
        <w:spacing w:before="0" w:after="0" w:line="102" w:lineRule="exact"/>
      </w:pPr>
    </w:p>
    <w:p>
      <w:pPr>
        <w:spacing w:before="40" w:after="40"/>
        <w:jc w:val="right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以　上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これは記入例です。実際の内容はご自身の状況に合わせてご修正ください。（template-free.jp）</w:t>
      </w:r>
    </w:p>
    <w:sectPr w:rsidR="00FC693F" w:rsidRPr="0006063C" w:rsidSect="00034616">
      <w:footerReference w:type="default" r:id="rId9"/>
      <w:pgSz w:w="11906" w:h="16838"/>
      <w:pgMar w:top="1247" w:right="1020" w:bottom="1134" w:left="102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送付状</dc:title>
  <dc:subject>送付状テンプレート</dc:subject>
  <dc:creator>テンプレートフリー</dc:creator>
  <cp:keywords/>
  <dc:description>generated by python-docx</dc:description>
  <cp:lastModifiedBy>テンプレートフリー</cp:lastModifiedBy>
  <cp:revision>1</cp:revision>
  <dcterms:created xsi:type="dcterms:W3CDTF">2026-10-09T15:00:00Z</dcterms:created>
  <dcterms:modified xsi:type="dcterms:W3CDTF">2026-10-09T15:00:00Z</dcterms:modified>
  <cp:category/>
  <dc:language>ja-JP</dc:language>
</cp:coreProperties>
</file>