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20" w:after="60"/>
        <w:pStyle w:val="Heading1"/>
        <w:pBdr>
          <w:bottom w:val="double" w:sz="10" w:space="1" w:color="1B3A5C"/>
        </w:pBdr>
      </w:pPr>
      <w:r>
        <w:rPr>
          <w:rFonts w:ascii="Yu Mincho" w:hAnsi="Yu Mincho" w:eastAsia="Yu Mincho"/>
          <w:b/>
          <w:i w:val="0"/>
          <w:color w:val="1B3A5C"/>
          <w:sz w:val="36"/>
          <w:spacing w:val="36"/>
        </w:rPr>
        <w:t>送　付　状</w:t>
      </w:r>
    </w:p>
    <w:p>
      <w:pPr>
        <w:tabs>
          <w:tab w:pos="9865" w:val="right"/>
        </w:tabs>
        <w:spacing w:before="40" w:after="60"/>
      </w:pPr>
      <w:r>
        <w:tab/>
      </w:r>
      <w:r>
        <w:rPr>
          <w:rFonts w:ascii="Yu Gothic" w:hAnsi="Yu Gothic" w:eastAsia="Yu Gothic"/>
          <w:b w:val="0"/>
          <w:i w:val="0"/>
          <w:color w:val="1A1A1A"/>
          <w:sz w:val="21"/>
        </w:rPr>
        <w:t>2026年10月6日（火）</w:t>
      </w:r>
    </w:p>
    <w:tbl>
      <w:tblPr>
        <w:tblW w:type="dxa" w:w="9865"/>
        <w:tblInd w:w="113" w:type="dxa"/>
        <w:tblBorders>
          <w:top w:val="nil"/>
          <w:left w:val="nil"/>
          <w:bottom w:val="nil"/>
          <w:right w:val="nil"/>
          <w:insideH w:val="nil"/>
          <w:insideV w:val="nil"/>
        </w:tblBorders>
        <w:tblLayout w:type="fixed"/>
      </w:tblPr>
      <w:tblGrid>
        <w:gridCol w:w="1928"/>
        <w:gridCol w:w="7937"/>
      </w:tblGrid>
      <w:tr>
        <w:trPr>
          <w:cantSplit/>
          <w:trHeight w:val="454" w:hRule="atLeast"/>
        </w:trPr>
        <w:tc>
          <w:tcPr>
            <w:tcW w:type="dxa" w:w="1928"/>
            <w:tcMar>
              <w:top w:w="85" w:type="dxa"/>
              <w:bottom w:w="85" w:type="dxa"/>
              <w:left w:w="113" w:type="dxa"/>
              <w:right w:w="113" w:type="dxa"/>
            </w:tcMar>
            <w:shd w:val="clear" w:color="auto" w:fill="F2F2EF"/>
            <w:vAlign w:val="center"/>
            <w:tcBorders>
              <w:top w:val="single" w:sz="10" w:space="0" w:color="1B3A5C"/>
              <w:bottom w:val="single" w:sz="10" w:space="0" w:color="1B3A5C"/>
              <w:left w:val="single" w:sz="10" w:space="0" w:color="1B3A5C"/>
              <w:right w:val="single" w:sz="3" w:space="0" w:color="B9C4CF"/>
            </w:tcBorders>
          </w:tcPr>
          <w:p>
            <w:pPr>
              <w:spacing w:before="0" w:after="0"/>
            </w:pPr>
            <w:r>
              <w:rPr>
                <w:rFonts w:ascii="Yu Gothic" w:hAnsi="Yu Gothic" w:eastAsia="Yu Gothic"/>
                <w:b w:val="0"/>
                <w:i w:val="0"/>
                <w:color w:val="1A1A1A"/>
                <w:sz w:val="17"/>
              </w:rPr>
              <w:t>宛先（会社名）</w:t>
            </w:r>
          </w:p>
        </w:tc>
        <w:tc>
          <w:tcPr>
            <w:tcW w:type="dxa" w:w="7937"/>
            <w:tcMar>
              <w:top w:w="85" w:type="dxa"/>
              <w:bottom w:w="85" w:type="dxa"/>
              <w:left w:w="113" w:type="dxa"/>
              <w:right w:w="113" w:type="dxa"/>
            </w:tcMar>
            <w:vAlign w:val="center"/>
            <w:tcBorders>
              <w:top w:val="single" w:sz="10" w:space="0" w:color="1B3A5C"/>
              <w:bottom w:val="single" w:sz="10" w:space="0" w:color="1B3A5C"/>
              <w:left w:val="single" w:sz="3" w:space="0" w:color="B9C4CF"/>
              <w:right w:val="single" w:sz="10" w:space="0" w:color="1B3A5C"/>
            </w:tcBorders>
          </w:tcPr>
          <w:p>
            <w:pPr>
              <w:spacing w:before="0" w:after="0"/>
            </w:pPr>
            <w:r>
              <w:rPr>
                <w:rFonts w:ascii="Yu Gothic" w:hAnsi="Yu Gothic" w:eastAsia="Yu Gothic"/>
                <w:b w:val="0"/>
                <w:i w:val="0"/>
                <w:color w:val="B3261E"/>
                <w:sz w:val="20"/>
              </w:rPr>
              <w:t>株式会社サンプル商事</w:t>
            </w:r>
          </w:p>
        </w:tc>
      </w:tr>
    </w:tbl>
    <w:p>
      <w:pPr>
        <w:spacing w:before="0" w:after="0" w:line="68" w:lineRule="exact"/>
      </w:pPr>
    </w:p>
    <w:tbl>
      <w:tblPr>
        <w:tblW w:type="dxa" w:w="9865"/>
        <w:tblInd w:w="113" w:type="dxa"/>
        <w:tblBorders>
          <w:top w:val="nil"/>
          <w:left w:val="nil"/>
          <w:bottom w:val="nil"/>
          <w:right w:val="nil"/>
          <w:insideH w:val="nil"/>
          <w:insideV w:val="nil"/>
        </w:tblBorders>
        <w:tblLayout w:type="fixed"/>
      </w:tblPr>
      <w:tblGrid>
        <w:gridCol w:w="1928"/>
        <w:gridCol w:w="7937"/>
      </w:tblGrid>
      <w:tr>
        <w:trPr>
          <w:cantSplit/>
          <w:trHeight w:val="454" w:hRule="atLeast"/>
        </w:trPr>
        <w:tc>
          <w:tcPr>
            <w:tcW w:type="dxa" w:w="1928"/>
            <w:tcMar>
              <w:top w:w="85" w:type="dxa"/>
              <w:bottom w:w="85" w:type="dxa"/>
              <w:left w:w="113" w:type="dxa"/>
              <w:right w:w="113" w:type="dxa"/>
            </w:tcMar>
            <w:shd w:val="clear" w:color="auto" w:fill="F2F2EF"/>
            <w:vAlign w:val="center"/>
            <w:tcBorders>
              <w:top w:val="single" w:sz="10" w:space="0" w:color="1B3A5C"/>
              <w:bottom w:val="single" w:sz="10" w:space="0" w:color="1B3A5C"/>
              <w:left w:val="single" w:sz="10" w:space="0" w:color="1B3A5C"/>
              <w:right w:val="single" w:sz="3" w:space="0" w:color="B9C4CF"/>
            </w:tcBorders>
          </w:tcPr>
          <w:p>
            <w:pPr>
              <w:spacing w:before="0" w:after="0"/>
            </w:pPr>
            <w:r>
              <w:rPr>
                <w:rFonts w:ascii="Yu Gothic" w:hAnsi="Yu Gothic" w:eastAsia="Yu Gothic"/>
                <w:b w:val="0"/>
                <w:i w:val="0"/>
                <w:color w:val="1A1A1A"/>
                <w:sz w:val="17"/>
              </w:rPr>
              <w:t>部署・担当者名</w:t>
            </w:r>
          </w:p>
        </w:tc>
        <w:tc>
          <w:tcPr>
            <w:tcW w:type="dxa" w:w="7937"/>
            <w:tcMar>
              <w:top w:w="85" w:type="dxa"/>
              <w:bottom w:w="85" w:type="dxa"/>
              <w:left w:w="113" w:type="dxa"/>
              <w:right w:w="113" w:type="dxa"/>
            </w:tcMar>
            <w:vAlign w:val="center"/>
            <w:tcBorders>
              <w:top w:val="single" w:sz="10" w:space="0" w:color="1B3A5C"/>
              <w:bottom w:val="single" w:sz="10" w:space="0" w:color="1B3A5C"/>
              <w:left w:val="single" w:sz="3" w:space="0" w:color="B9C4CF"/>
              <w:right w:val="single" w:sz="10" w:space="0" w:color="1B3A5C"/>
            </w:tcBorders>
          </w:tcPr>
          <w:p>
            <w:pPr>
              <w:spacing w:before="0" w:after="0"/>
            </w:pPr>
            <w:r>
              <w:rPr>
                <w:rFonts w:ascii="Yu Gothic" w:hAnsi="Yu Gothic" w:eastAsia="Yu Gothic"/>
                <w:b w:val="0"/>
                <w:i w:val="0"/>
                <w:color w:val="B3261E"/>
                <w:sz w:val="20"/>
              </w:rPr>
              <w:t>総務部　佐々木　三郎　様</w:t>
            </w:r>
          </w:p>
        </w:tc>
      </w:tr>
    </w:tbl>
    <w:p>
      <w:pPr>
        <w:spacing w:before="0" w:after="0" w:line="45" w:lineRule="exact"/>
      </w:pPr>
    </w:p>
    <w:p>
      <w:pPr>
        <w:spacing w:before="0" w:after="20" w:line="210" w:lineRule="exact"/>
      </w:pPr>
      <w:r>
        <w:rPr>
          <w:rFonts w:ascii="Yu Gothic" w:hAnsi="Yu Gothic" w:eastAsia="Yu Gothic"/>
          <w:b w:val="0"/>
          <w:i w:val="0"/>
          <w:color w:val="66707A"/>
          <w:sz w:val="15"/>
        </w:rPr>
        <w:t>※ 宛先は「会社名＋部署名＋担当者名＋様」か「会社名＋御中」のどちらか一方です。「御中」と「様」は併用しません。</w:t>
      </w:r>
    </w:p>
    <w:p>
      <w:pPr>
        <w:spacing w:before="0" w:after="20" w:line="210" w:lineRule="exact"/>
      </w:pPr>
      <w:r>
        <w:rPr>
          <w:rFonts w:ascii="Yu Gothic" w:hAnsi="Yu Gothic" w:eastAsia="Yu Gothic"/>
          <w:b w:val="0"/>
          <w:i w:val="0"/>
          <w:color w:val="66707A"/>
          <w:sz w:val="15"/>
        </w:rPr>
        <w:t>※ 担当者名が分からない場合は担当者名の欄を空欄にし、会社名のあとに「御中」と書きます。</w:t>
      </w:r>
    </w:p>
    <w:p>
      <w:pPr>
        <w:spacing w:before="60" w:after="40"/>
        <w:pStyle w:val="Heading2"/>
        <w:pBdr>
          <w:top w:val="double" w:sz="8" w:space="1" w:color="1B3A5C"/>
        </w:pBdr>
      </w:pPr>
      <w:r>
        <w:rPr>
          <w:rFonts w:ascii="Yu Gothic" w:hAnsi="Yu Gothic" w:eastAsia="Yu Gothic"/>
          <w:b/>
          <w:i w:val="0"/>
          <w:color w:val="1B3A5C"/>
          <w:sz w:val="22"/>
        </w:rPr>
        <w:t>差出人</w:t>
      </w:r>
    </w:p>
    <w:tbl>
      <w:tblPr>
        <w:tblW w:type="dxa" w:w="9865"/>
        <w:tblInd w:w="113" w:type="dxa"/>
        <w:tblBorders>
          <w:top w:val="nil"/>
          <w:left w:val="nil"/>
          <w:bottom w:val="nil"/>
          <w:right w:val="nil"/>
          <w:insideH w:val="nil"/>
          <w:insideV w:val="nil"/>
        </w:tblBorders>
        <w:tblLayout w:type="fixed"/>
      </w:tblPr>
      <w:tblGrid>
        <w:gridCol w:w="1928"/>
        <w:gridCol w:w="7937"/>
      </w:tblGrid>
      <w:tr>
        <w:trPr>
          <w:cantSplit/>
          <w:trHeight w:val="454" w:hRule="atLeast"/>
        </w:trPr>
        <w:tc>
          <w:tcPr>
            <w:tcW w:type="dxa" w:w="1928"/>
            <w:tcMar>
              <w:top w:w="85" w:type="dxa"/>
              <w:bottom w:w="85" w:type="dxa"/>
              <w:left w:w="113" w:type="dxa"/>
              <w:right w:w="113" w:type="dxa"/>
            </w:tcMar>
            <w:shd w:val="clear" w:color="auto" w:fill="F2F2EF"/>
            <w:vAlign w:val="center"/>
            <w:tcBorders>
              <w:top w:val="single" w:sz="10" w:space="0" w:color="1B3A5C"/>
              <w:bottom w:val="single" w:sz="10" w:space="0" w:color="1B3A5C"/>
              <w:left w:val="single" w:sz="10" w:space="0" w:color="1B3A5C"/>
              <w:right w:val="single" w:sz="3" w:space="0" w:color="B9C4CF"/>
            </w:tcBorders>
          </w:tcPr>
          <w:p>
            <w:pPr>
              <w:spacing w:before="0" w:after="0"/>
            </w:pPr>
            <w:r>
              <w:rPr>
                <w:rFonts w:ascii="Yu Gothic" w:hAnsi="Yu Gothic" w:eastAsia="Yu Gothic"/>
                <w:b w:val="0"/>
                <w:i w:val="0"/>
                <w:color w:val="1A1A1A"/>
                <w:sz w:val="17"/>
              </w:rPr>
              <w:t>会社名</w:t>
            </w:r>
          </w:p>
        </w:tc>
        <w:tc>
          <w:tcPr>
            <w:tcW w:type="dxa" w:w="7937"/>
            <w:tcMar>
              <w:top w:w="85" w:type="dxa"/>
              <w:bottom w:w="85" w:type="dxa"/>
              <w:left w:w="113" w:type="dxa"/>
              <w:right w:w="113" w:type="dxa"/>
            </w:tcMar>
            <w:vAlign w:val="center"/>
            <w:tcBorders>
              <w:top w:val="single" w:sz="10" w:space="0" w:color="1B3A5C"/>
              <w:bottom w:val="single" w:sz="10" w:space="0" w:color="1B3A5C"/>
              <w:left w:val="single" w:sz="3" w:space="0" w:color="B9C4CF"/>
              <w:right w:val="single" w:sz="10" w:space="0" w:color="1B3A5C"/>
            </w:tcBorders>
          </w:tcPr>
          <w:p>
            <w:pPr>
              <w:spacing w:before="0" w:after="0"/>
            </w:pPr>
            <w:r>
              <w:rPr>
                <w:rFonts w:ascii="Yu Gothic" w:hAnsi="Yu Gothic" w:eastAsia="Yu Gothic"/>
                <w:b w:val="0"/>
                <w:i w:val="0"/>
                <w:color w:val="B3261E"/>
                <w:sz w:val="20"/>
              </w:rPr>
              <w:t>株式会社テンプレートフリー</w:t>
            </w:r>
          </w:p>
        </w:tc>
      </w:tr>
    </w:tbl>
    <w:p>
      <w:pPr>
        <w:spacing w:before="0" w:after="0" w:line="68" w:lineRule="exact"/>
      </w:pPr>
    </w:p>
    <w:tbl>
      <w:tblPr>
        <w:tblW w:type="dxa" w:w="9865"/>
        <w:tblInd w:w="113" w:type="dxa"/>
        <w:tblBorders>
          <w:top w:val="nil"/>
          <w:left w:val="nil"/>
          <w:bottom w:val="nil"/>
          <w:right w:val="nil"/>
          <w:insideH w:val="nil"/>
          <w:insideV w:val="nil"/>
        </w:tblBorders>
        <w:tblLayout w:type="fixed"/>
      </w:tblPr>
      <w:tblGrid>
        <w:gridCol w:w="1928"/>
        <w:gridCol w:w="7937"/>
      </w:tblGrid>
      <w:tr>
        <w:trPr>
          <w:cantSplit/>
          <w:trHeight w:val="454" w:hRule="atLeast"/>
        </w:trPr>
        <w:tc>
          <w:tcPr>
            <w:tcW w:type="dxa" w:w="1928"/>
            <w:tcMar>
              <w:top w:w="85" w:type="dxa"/>
              <w:bottom w:w="85" w:type="dxa"/>
              <w:left w:w="113" w:type="dxa"/>
              <w:right w:w="113" w:type="dxa"/>
            </w:tcMar>
            <w:shd w:val="clear" w:color="auto" w:fill="F2F2EF"/>
            <w:vAlign w:val="center"/>
            <w:tcBorders>
              <w:top w:val="single" w:sz="10" w:space="0" w:color="1B3A5C"/>
              <w:bottom w:val="single" w:sz="10" w:space="0" w:color="1B3A5C"/>
              <w:left w:val="single" w:sz="10" w:space="0" w:color="1B3A5C"/>
              <w:right w:val="single" w:sz="3" w:space="0" w:color="B9C4CF"/>
            </w:tcBorders>
          </w:tcPr>
          <w:p>
            <w:pPr>
              <w:spacing w:before="0" w:after="0"/>
            </w:pPr>
            <w:r>
              <w:rPr>
                <w:rFonts w:ascii="Yu Gothic" w:hAnsi="Yu Gothic" w:eastAsia="Yu Gothic"/>
                <w:b w:val="0"/>
                <w:i w:val="0"/>
                <w:color w:val="1A1A1A"/>
                <w:sz w:val="17"/>
              </w:rPr>
              <w:t>部署・氏名</w:t>
            </w:r>
          </w:p>
        </w:tc>
        <w:tc>
          <w:tcPr>
            <w:tcW w:type="dxa" w:w="7937"/>
            <w:tcMar>
              <w:top w:w="85" w:type="dxa"/>
              <w:bottom w:w="85" w:type="dxa"/>
              <w:left w:w="113" w:type="dxa"/>
              <w:right w:w="113" w:type="dxa"/>
            </w:tcMar>
            <w:vAlign w:val="center"/>
            <w:tcBorders>
              <w:top w:val="single" w:sz="10" w:space="0" w:color="1B3A5C"/>
              <w:bottom w:val="single" w:sz="10" w:space="0" w:color="1B3A5C"/>
              <w:left w:val="single" w:sz="3" w:space="0" w:color="B9C4CF"/>
              <w:right w:val="single" w:sz="10" w:space="0" w:color="1B3A5C"/>
            </w:tcBorders>
          </w:tcPr>
          <w:p>
            <w:pPr>
              <w:spacing w:before="0" w:after="0"/>
            </w:pPr>
            <w:r>
              <w:rPr>
                <w:rFonts w:ascii="Yu Gothic" w:hAnsi="Yu Gothic" w:eastAsia="Yu Gothic"/>
                <w:b w:val="0"/>
                <w:i w:val="0"/>
                <w:color w:val="B3261E"/>
                <w:sz w:val="20"/>
              </w:rPr>
              <w:t>営業部　鈴木　一郎</w:t>
            </w:r>
          </w:p>
        </w:tc>
      </w:tr>
    </w:tbl>
    <w:p>
      <w:pPr>
        <w:spacing w:before="0" w:after="0" w:line="68" w:lineRule="exact"/>
      </w:pPr>
    </w:p>
    <w:tbl>
      <w:tblPr>
        <w:tblW w:type="dxa" w:w="9865"/>
        <w:tblInd w:w="113" w:type="dxa"/>
        <w:tblBorders>
          <w:top w:val="nil"/>
          <w:left w:val="nil"/>
          <w:bottom w:val="nil"/>
          <w:right w:val="nil"/>
          <w:insideH w:val="nil"/>
          <w:insideV w:val="nil"/>
        </w:tblBorders>
        <w:tblLayout w:type="fixed"/>
      </w:tblPr>
      <w:tblGrid>
        <w:gridCol w:w="1928"/>
        <w:gridCol w:w="7937"/>
      </w:tblGrid>
      <w:tr>
        <w:trPr>
          <w:cantSplit/>
          <w:trHeight w:val="454" w:hRule="atLeast"/>
        </w:trPr>
        <w:tc>
          <w:tcPr>
            <w:tcW w:type="dxa" w:w="1928"/>
            <w:tcMar>
              <w:top w:w="85" w:type="dxa"/>
              <w:bottom w:w="85" w:type="dxa"/>
              <w:left w:w="113" w:type="dxa"/>
              <w:right w:w="113" w:type="dxa"/>
            </w:tcMar>
            <w:shd w:val="clear" w:color="auto" w:fill="F2F2EF"/>
            <w:vAlign w:val="center"/>
            <w:tcBorders>
              <w:top w:val="single" w:sz="10" w:space="0" w:color="1B3A5C"/>
              <w:bottom w:val="single" w:sz="10" w:space="0" w:color="1B3A5C"/>
              <w:left w:val="single" w:sz="10" w:space="0" w:color="1B3A5C"/>
              <w:right w:val="single" w:sz="3" w:space="0" w:color="B9C4CF"/>
            </w:tcBorders>
          </w:tcPr>
          <w:p>
            <w:pPr>
              <w:spacing w:before="0" w:after="0"/>
            </w:pPr>
            <w:r>
              <w:rPr>
                <w:rFonts w:ascii="Yu Gothic" w:hAnsi="Yu Gothic" w:eastAsia="Yu Gothic"/>
                <w:b w:val="0"/>
                <w:i w:val="0"/>
                <w:color w:val="1A1A1A"/>
                <w:sz w:val="17"/>
              </w:rPr>
              <w:t>電話番号</w:t>
            </w:r>
          </w:p>
        </w:tc>
        <w:tc>
          <w:tcPr>
            <w:tcW w:type="dxa" w:w="7937"/>
            <w:tcMar>
              <w:top w:w="85" w:type="dxa"/>
              <w:bottom w:w="85" w:type="dxa"/>
              <w:left w:w="113" w:type="dxa"/>
              <w:right w:w="113" w:type="dxa"/>
            </w:tcMar>
            <w:vAlign w:val="center"/>
            <w:tcBorders>
              <w:top w:val="single" w:sz="10" w:space="0" w:color="1B3A5C"/>
              <w:bottom w:val="single" w:sz="10" w:space="0" w:color="1B3A5C"/>
              <w:left w:val="single" w:sz="3" w:space="0" w:color="B9C4CF"/>
              <w:right w:val="single" w:sz="10" w:space="0" w:color="1B3A5C"/>
            </w:tcBorders>
          </w:tcPr>
          <w:p>
            <w:pPr>
              <w:spacing w:before="0" w:after="0"/>
            </w:pPr>
            <w:r>
              <w:rPr>
                <w:rFonts w:ascii="Yu Gothic" w:hAnsi="Yu Gothic" w:eastAsia="Yu Gothic"/>
                <w:b w:val="0"/>
                <w:i w:val="0"/>
                <w:color w:val="B3261E"/>
                <w:sz w:val="20"/>
              </w:rPr>
              <w:t>03-XXXX-XXXX</w:t>
            </w:r>
          </w:p>
        </w:tc>
      </w:tr>
    </w:tbl>
    <w:p>
      <w:pPr>
        <w:spacing w:before="0" w:after="0" w:line="68" w:lineRule="exact"/>
      </w:pPr>
    </w:p>
    <w:tbl>
      <w:tblPr>
        <w:tblW w:type="dxa" w:w="9865"/>
        <w:tblInd w:w="113" w:type="dxa"/>
        <w:tblBorders>
          <w:top w:val="nil"/>
          <w:left w:val="nil"/>
          <w:bottom w:val="nil"/>
          <w:right w:val="nil"/>
          <w:insideH w:val="nil"/>
          <w:insideV w:val="nil"/>
        </w:tblBorders>
        <w:tblLayout w:type="fixed"/>
      </w:tblPr>
      <w:tblGrid>
        <w:gridCol w:w="1928"/>
        <w:gridCol w:w="7937"/>
      </w:tblGrid>
      <w:tr>
        <w:trPr>
          <w:cantSplit/>
          <w:trHeight w:val="454" w:hRule="atLeast"/>
        </w:trPr>
        <w:tc>
          <w:tcPr>
            <w:tcW w:type="dxa" w:w="1928"/>
            <w:tcMar>
              <w:top w:w="85" w:type="dxa"/>
              <w:bottom w:w="85" w:type="dxa"/>
              <w:left w:w="113" w:type="dxa"/>
              <w:right w:w="113" w:type="dxa"/>
            </w:tcMar>
            <w:shd w:val="clear" w:color="auto" w:fill="F2F2EF"/>
            <w:vAlign w:val="center"/>
            <w:tcBorders>
              <w:top w:val="single" w:sz="10" w:space="0" w:color="1B3A5C"/>
              <w:bottom w:val="single" w:sz="10" w:space="0" w:color="1B3A5C"/>
              <w:left w:val="single" w:sz="10" w:space="0" w:color="1B3A5C"/>
              <w:right w:val="single" w:sz="3" w:space="0" w:color="B9C4CF"/>
            </w:tcBorders>
          </w:tcPr>
          <w:p>
            <w:pPr>
              <w:spacing w:before="0" w:after="0"/>
            </w:pPr>
            <w:r>
              <w:rPr>
                <w:rFonts w:ascii="Yu Gothic" w:hAnsi="Yu Gothic" w:eastAsia="Yu Gothic"/>
                <w:b w:val="0"/>
                <w:i w:val="0"/>
                <w:color w:val="1A1A1A"/>
                <w:sz w:val="17"/>
              </w:rPr>
              <w:t>メールアドレス</w:t>
            </w:r>
          </w:p>
        </w:tc>
        <w:tc>
          <w:tcPr>
            <w:tcW w:type="dxa" w:w="7937"/>
            <w:tcMar>
              <w:top w:w="85" w:type="dxa"/>
              <w:bottom w:w="85" w:type="dxa"/>
              <w:left w:w="113" w:type="dxa"/>
              <w:right w:w="113" w:type="dxa"/>
            </w:tcMar>
            <w:vAlign w:val="center"/>
            <w:tcBorders>
              <w:top w:val="single" w:sz="10" w:space="0" w:color="1B3A5C"/>
              <w:bottom w:val="single" w:sz="10" w:space="0" w:color="1B3A5C"/>
              <w:left w:val="single" w:sz="3" w:space="0" w:color="B9C4CF"/>
              <w:right w:val="single" w:sz="10" w:space="0" w:color="1B3A5C"/>
            </w:tcBorders>
          </w:tcPr>
          <w:p>
            <w:pPr>
              <w:spacing w:before="0" w:after="0"/>
            </w:pPr>
            <w:r>
              <w:rPr>
                <w:rFonts w:ascii="Yu Gothic" w:hAnsi="Yu Gothic" w:eastAsia="Yu Gothic"/>
                <w:b w:val="0"/>
                <w:i w:val="0"/>
                <w:color w:val="B3261E"/>
                <w:sz w:val="20"/>
              </w:rPr>
              <w:t>info@example.com</w:t>
            </w:r>
          </w:p>
        </w:tc>
      </w:tr>
    </w:tbl>
    <w:p>
      <w:pPr>
        <w:spacing w:before="0" w:after="0" w:line="68" w:lineRule="exact"/>
      </w:pPr>
    </w:p>
    <w:p>
      <w:pPr>
        <w:spacing w:before="0" w:after="0" w:line="85" w:lineRule="exact"/>
      </w:pPr>
    </w:p>
    <w:p>
      <w:pPr>
        <w:spacing w:before="0" w:after="60" w:line="300" w:lineRule="exact"/>
      </w:pPr>
      <w:r>
        <w:rPr>
          <w:rFonts w:ascii="Yu Gothic" w:hAnsi="Yu Gothic" w:eastAsia="Yu Gothic"/>
          <w:b w:val="0"/>
          <w:i w:val="0"/>
          <w:color w:val="1A1A1A"/>
          <w:sz w:val="21"/>
        </w:rPr>
        <w:t>拝啓　時下ますますご清栄のこととお慶び申し上げます。</w:t>
      </w:r>
    </w:p>
    <w:p>
      <w:pPr>
        <w:spacing w:before="0" w:after="60" w:line="300" w:lineRule="exact"/>
      </w:pPr>
      <w:r>
        <w:rPr>
          <w:rFonts w:ascii="Yu Gothic" w:hAnsi="Yu Gothic" w:eastAsia="Yu Gothic"/>
          <w:b w:val="0"/>
          <w:i w:val="0"/>
          <w:color w:val="1A1A1A"/>
          <w:sz w:val="21"/>
        </w:rPr>
        <w:t>さて、このたびは弊社との契約締結にご同意いただき、誠にありがとうございます。業務委託契約書2部をお送りいたします。内容をご確認のうえ、1部にご署名・ご捺印をいただき、同封の返信用封筒にてご返送くださいますようお願い申し上げます。</w:t>
      </w:r>
    </w:p>
    <w:p>
      <w:pPr>
        <w:spacing w:before="40" w:after="120"/>
        <w:jc w:val="right"/>
      </w:pPr>
      <w:r>
        <w:rPr>
          <w:rFonts w:ascii="Yu Gothic" w:hAnsi="Yu Gothic" w:eastAsia="Yu Gothic"/>
          <w:b w:val="0"/>
          <w:i w:val="0"/>
          <w:color w:val="1A1A1A"/>
          <w:sz w:val="21"/>
        </w:rPr>
        <w:t>敬具</w:t>
      </w:r>
    </w:p>
    <w:p>
      <w:pPr>
        <w:spacing w:before="40" w:after="40"/>
        <w:jc w:val="center"/>
      </w:pPr>
      <w:r>
        <w:rPr>
          <w:rFonts w:ascii="Yu Gothic" w:hAnsi="Yu Gothic" w:eastAsia="Yu Gothic"/>
          <w:b w:val="0"/>
          <w:i w:val="0"/>
          <w:color w:val="1A1A1A"/>
          <w:sz w:val="21"/>
        </w:rPr>
        <w:t>記</w:t>
      </w:r>
    </w:p>
    <w:p>
      <w:pPr>
        <w:spacing w:before="0" w:after="0" w:line="57" w:lineRule="exact"/>
      </w:pPr>
    </w:p>
    <w:tbl>
      <w:tblPr>
        <w:tblW w:type="dxa" w:w="9865"/>
        <w:tblInd w:w="113" w:type="dxa"/>
        <w:tblBorders>
          <w:top w:val="nil"/>
          <w:left w:val="nil"/>
          <w:bottom w:val="nil"/>
          <w:right w:val="nil"/>
          <w:insideH w:val="nil"/>
          <w:insideV w:val="nil"/>
        </w:tblBorders>
        <w:tblLayout w:type="fixed"/>
      </w:tblPr>
      <w:tblGrid>
        <w:gridCol w:w="907"/>
        <w:gridCol w:w="7483"/>
        <w:gridCol w:w="1474"/>
      </w:tblGrid>
      <w:tr>
        <w:trPr>
          <w:cantSplit/>
          <w:trHeight w:val="425" w:hRule="atLeast"/>
        </w:trPr>
        <w:tc>
          <w:tcPr>
            <w:tcW w:type="dxa" w:w="907"/>
            <w:tcMar>
              <w:top w:w="68" w:type="dxa"/>
              <w:bottom w:w="68" w:type="dxa"/>
              <w:left w:w="113" w:type="dxa"/>
              <w:right w:w="113" w:type="dxa"/>
            </w:tcMar>
            <w:shd w:val="clear" w:color="auto" w:fill="1B3A5C"/>
            <w:vAlign w:val="center"/>
            <w:tcBorders>
              <w:top w:val="single" w:sz="10" w:space="0" w:color="1B3A5C"/>
              <w:bottom w:val="single" w:sz="3" w:space="0" w:color="B9C4CF"/>
              <w:left w:val="single" w:sz="10" w:space="0" w:color="1B3A5C"/>
              <w:right w:val="single" w:sz="3" w:space="0" w:color="B9C4CF"/>
            </w:tcBorders>
          </w:tcPr>
          <w:p>
            <w:pPr>
              <w:spacing w:before="0" w:after="0"/>
              <w:jc w:val="center"/>
            </w:pPr>
            <w:r>
              <w:rPr>
                <w:rFonts w:ascii="Yu Gothic" w:hAnsi="Yu Gothic" w:eastAsia="Yu Gothic"/>
                <w:b/>
                <w:i w:val="0"/>
                <w:color w:val="FFFFFF"/>
                <w:sz w:val="18"/>
              </w:rPr>
              <w:t>No.</w:t>
            </w:r>
          </w:p>
        </w:tc>
        <w:tc>
          <w:tcPr>
            <w:tcW w:type="dxa" w:w="7483"/>
            <w:tcMar>
              <w:top w:w="68" w:type="dxa"/>
              <w:bottom w:w="68" w:type="dxa"/>
              <w:left w:w="113" w:type="dxa"/>
              <w:right w:w="113" w:type="dxa"/>
            </w:tcMar>
            <w:shd w:val="clear" w:color="auto" w:fill="1B3A5C"/>
            <w:vAlign w:val="center"/>
            <w:tcBorders>
              <w:top w:val="single" w:sz="10" w:space="0" w:color="1B3A5C"/>
              <w:bottom w:val="single" w:sz="3" w:space="0" w:color="B9C4CF"/>
              <w:left w:val="single" w:sz="3" w:space="0" w:color="B9C4CF"/>
              <w:right w:val="single" w:sz="3" w:space="0" w:color="B9C4CF"/>
            </w:tcBorders>
          </w:tcPr>
          <w:p>
            <w:pPr>
              <w:spacing w:before="0" w:after="0"/>
            </w:pPr>
            <w:r>
              <w:rPr>
                <w:rFonts w:ascii="Yu Gothic" w:hAnsi="Yu Gothic" w:eastAsia="Yu Gothic"/>
                <w:b/>
                <w:i w:val="0"/>
                <w:color w:val="FFFFFF"/>
                <w:sz w:val="18"/>
              </w:rPr>
              <w:t>書　類　名</w:t>
            </w:r>
          </w:p>
        </w:tc>
        <w:tc>
          <w:tcPr>
            <w:tcW w:type="dxa" w:w="1474"/>
            <w:tcMar>
              <w:top w:w="68" w:type="dxa"/>
              <w:bottom w:w="68" w:type="dxa"/>
              <w:left w:w="113" w:type="dxa"/>
              <w:right w:w="113" w:type="dxa"/>
            </w:tcMar>
            <w:shd w:val="clear" w:color="auto" w:fill="1B3A5C"/>
            <w:vAlign w:val="center"/>
            <w:tcBorders>
              <w:top w:val="single" w:sz="10" w:space="0" w:color="1B3A5C"/>
              <w:bottom w:val="single" w:sz="3" w:space="0" w:color="B9C4CF"/>
              <w:left w:val="single" w:sz="3" w:space="0" w:color="B9C4CF"/>
              <w:right w:val="single" w:sz="10" w:space="0" w:color="1B3A5C"/>
            </w:tcBorders>
          </w:tcPr>
          <w:p>
            <w:pPr>
              <w:spacing w:before="0" w:after="0"/>
              <w:jc w:val="center"/>
            </w:pPr>
            <w:r>
              <w:rPr>
                <w:rFonts w:ascii="Yu Gothic" w:hAnsi="Yu Gothic" w:eastAsia="Yu Gothic"/>
                <w:b/>
                <w:i w:val="0"/>
                <w:color w:val="FFFFFF"/>
                <w:sz w:val="18"/>
              </w:rPr>
              <w:t>部数</w:t>
            </w:r>
          </w:p>
        </w:tc>
      </w:tr>
      <w:tr>
        <w:trPr>
          <w:cantSplit/>
          <w:trHeight w:val="442" w:hRule="atLeast"/>
        </w:trPr>
        <w:tc>
          <w:tcPr>
            <w:tcW w:type="dxa" w:w="907"/>
            <w:tcMar>
              <w:top w:w="68" w:type="dxa"/>
              <w:bottom w:w="68" w:type="dxa"/>
              <w:left w:w="113" w:type="dxa"/>
              <w:right w:w="113" w:type="dxa"/>
            </w:tcMar>
            <w:vAlign w:val="center"/>
            <w:tcBorders>
              <w:top w:val="nil"/>
              <w:bottom w:val="single" w:sz="3" w:space="0" w:color="B9C4CF"/>
              <w:left w:val="single" w:sz="10" w:space="0" w:color="1B3A5C"/>
              <w:right w:val="single" w:sz="3" w:space="0" w:color="B9C4CF"/>
            </w:tcBorders>
          </w:tcPr>
          <w:p>
            <w:pPr>
              <w:spacing w:before="0" w:after="0"/>
              <w:jc w:val="center"/>
            </w:pPr>
            <w:r>
              <w:rPr>
                <w:rFonts w:ascii="Yu Gothic" w:hAnsi="Yu Gothic" w:eastAsia="Yu Gothic"/>
                <w:b w:val="0"/>
                <w:i w:val="0"/>
                <w:color w:val="1A1A1A"/>
                <w:sz w:val="19"/>
              </w:rPr>
              <w:t>1</w:t>
            </w:r>
          </w:p>
        </w:tc>
        <w:tc>
          <w:tcPr>
            <w:tcW w:type="dxa" w:w="7483"/>
            <w:tcMar>
              <w:top w:w="68" w:type="dxa"/>
              <w:bottom w:w="68" w:type="dxa"/>
              <w:left w:w="113" w:type="dxa"/>
              <w:right w:w="113" w:type="dxa"/>
            </w:tcMar>
            <w:vAlign w:val="center"/>
            <w:tcBorders>
              <w:top w:val="nil"/>
              <w:bottom w:val="single" w:sz="3" w:space="0" w:color="B9C4CF"/>
              <w:left w:val="single" w:sz="3" w:space="0" w:color="B9C4CF"/>
              <w:right w:val="single" w:sz="3" w:space="0" w:color="B9C4CF"/>
            </w:tcBorders>
          </w:tcPr>
          <w:p>
            <w:pPr>
              <w:spacing w:before="0" w:after="0"/>
            </w:pPr>
            <w:r>
              <w:rPr>
                <w:rFonts w:ascii="Yu Gothic" w:hAnsi="Yu Gothic" w:eastAsia="Yu Gothic"/>
                <w:b w:val="0"/>
                <w:i w:val="0"/>
                <w:color w:val="1A1A1A"/>
                <w:sz w:val="19"/>
              </w:rPr>
              <w:t>業務委託契約書</w:t>
            </w:r>
          </w:p>
        </w:tc>
        <w:tc>
          <w:tcPr>
            <w:tcW w:type="dxa" w:w="1474"/>
            <w:tcMar>
              <w:top w:w="68" w:type="dxa"/>
              <w:bottom w:w="68" w:type="dxa"/>
              <w:left w:w="113" w:type="dxa"/>
              <w:right w:w="113" w:type="dxa"/>
            </w:tcMar>
            <w:vAlign w:val="center"/>
            <w:tcBorders>
              <w:top w:val="nil"/>
              <w:bottom w:val="single" w:sz="3" w:space="0" w:color="B9C4CF"/>
              <w:left w:val="single" w:sz="3" w:space="0" w:color="B9C4CF"/>
              <w:right w:val="single" w:sz="10" w:space="0" w:color="1B3A5C"/>
            </w:tcBorders>
          </w:tcPr>
          <w:p>
            <w:pPr>
              <w:spacing w:before="0" w:after="0"/>
              <w:jc w:val="center"/>
            </w:pPr>
            <w:r>
              <w:rPr>
                <w:rFonts w:ascii="Yu Gothic" w:hAnsi="Yu Gothic" w:eastAsia="Yu Gothic"/>
                <w:b w:val="0"/>
                <w:i w:val="0"/>
                <w:color w:val="1A1A1A"/>
                <w:sz w:val="19"/>
              </w:rPr>
              <w:t>2部</w:t>
            </w:r>
          </w:p>
        </w:tc>
      </w:tr>
      <w:tr>
        <w:trPr>
          <w:cantSplit/>
          <w:trHeight w:val="442" w:hRule="atLeast"/>
        </w:trPr>
        <w:tc>
          <w:tcPr>
            <w:tcW w:type="dxa" w:w="907"/>
            <w:tcMar>
              <w:top w:w="68" w:type="dxa"/>
              <w:bottom w:w="68" w:type="dxa"/>
              <w:left w:w="113" w:type="dxa"/>
              <w:right w:w="113" w:type="dxa"/>
            </w:tcMar>
            <w:vAlign w:val="center"/>
            <w:tcBorders>
              <w:top w:val="nil"/>
              <w:bottom w:val="single" w:sz="3" w:space="0" w:color="B9C4CF"/>
              <w:left w:val="single" w:sz="10" w:space="0" w:color="1B3A5C"/>
              <w:right w:val="single" w:sz="3" w:space="0" w:color="B9C4CF"/>
            </w:tcBorders>
          </w:tcPr>
          <w:p>
            <w:pPr>
              <w:spacing w:before="0" w:after="0"/>
              <w:jc w:val="center"/>
            </w:pPr>
            <w:r>
              <w:rPr>
                <w:rFonts w:ascii="Yu Gothic" w:hAnsi="Yu Gothic" w:eastAsia="Yu Gothic"/>
                <w:b w:val="0"/>
                <w:i w:val="0"/>
                <w:color w:val="1A1A1A"/>
                <w:sz w:val="19"/>
              </w:rPr>
              <w:t>2</w:t>
            </w:r>
          </w:p>
        </w:tc>
        <w:tc>
          <w:tcPr>
            <w:tcW w:type="dxa" w:w="7483"/>
            <w:tcMar>
              <w:top w:w="68" w:type="dxa"/>
              <w:bottom w:w="68" w:type="dxa"/>
              <w:left w:w="113" w:type="dxa"/>
              <w:right w:w="113" w:type="dxa"/>
            </w:tcMar>
            <w:vAlign w:val="center"/>
            <w:tcBorders>
              <w:top w:val="nil"/>
              <w:bottom w:val="single" w:sz="3" w:space="0" w:color="B9C4CF"/>
              <w:left w:val="single" w:sz="3" w:space="0" w:color="B9C4CF"/>
              <w:right w:val="single" w:sz="3" w:space="0" w:color="B9C4CF"/>
            </w:tcBorders>
          </w:tcPr>
          <w:p>
            <w:pPr>
              <w:spacing w:before="0" w:after="0"/>
            </w:pPr>
            <w:r>
              <w:rPr>
                <w:rFonts w:ascii="Yu Gothic" w:hAnsi="Yu Gothic" w:eastAsia="Yu Gothic"/>
                <w:b w:val="0"/>
                <w:i w:val="0"/>
                <w:color w:val="1A1A1A"/>
                <w:sz w:val="19"/>
              </w:rPr>
              <w:t>返信用封筒（切手貼付済み）</w:t>
            </w:r>
          </w:p>
        </w:tc>
        <w:tc>
          <w:tcPr>
            <w:tcW w:type="dxa" w:w="1474"/>
            <w:tcMar>
              <w:top w:w="68" w:type="dxa"/>
              <w:bottom w:w="68" w:type="dxa"/>
              <w:left w:w="113" w:type="dxa"/>
              <w:right w:w="113" w:type="dxa"/>
            </w:tcMar>
            <w:vAlign w:val="center"/>
            <w:tcBorders>
              <w:top w:val="nil"/>
              <w:bottom w:val="single" w:sz="3" w:space="0" w:color="B9C4CF"/>
              <w:left w:val="single" w:sz="3" w:space="0" w:color="B9C4CF"/>
              <w:right w:val="single" w:sz="10" w:space="0" w:color="1B3A5C"/>
            </w:tcBorders>
          </w:tcPr>
          <w:p>
            <w:pPr>
              <w:spacing w:before="0" w:after="0"/>
              <w:jc w:val="center"/>
            </w:pPr>
            <w:r>
              <w:rPr>
                <w:rFonts w:ascii="Yu Gothic" w:hAnsi="Yu Gothic" w:eastAsia="Yu Gothic"/>
                <w:b w:val="0"/>
                <w:i w:val="0"/>
                <w:color w:val="1A1A1A"/>
                <w:sz w:val="19"/>
              </w:rPr>
              <w:t>1通</w:t>
            </w:r>
          </w:p>
        </w:tc>
      </w:tr>
      <w:tr>
        <w:trPr>
          <w:cantSplit/>
          <w:trHeight w:val="442" w:hRule="atLeast"/>
        </w:trPr>
        <w:tc>
          <w:tcPr>
            <w:tcW w:type="dxa" w:w="907"/>
            <w:tcMar>
              <w:top w:w="68" w:type="dxa"/>
              <w:bottom w:w="68" w:type="dxa"/>
              <w:left w:w="113" w:type="dxa"/>
              <w:right w:w="113" w:type="dxa"/>
            </w:tcMar>
            <w:vAlign w:val="center"/>
            <w:tcBorders>
              <w:top w:val="nil"/>
              <w:bottom w:val="single" w:sz="10" w:space="0" w:color="1B3A5C"/>
              <w:left w:val="single" w:sz="10" w:space="0" w:color="1B3A5C"/>
              <w:right w:val="single" w:sz="3" w:space="0" w:color="B9C4CF"/>
            </w:tcBorders>
          </w:tcPr>
          <w:p>
            <w:pPr>
              <w:spacing w:before="0" w:after="0"/>
              <w:jc w:val="center"/>
            </w:pPr>
            <w:r>
              <w:rPr>
                <w:rFonts w:ascii="Yu Gothic" w:hAnsi="Yu Gothic" w:eastAsia="Yu Gothic"/>
                <w:b w:val="0"/>
                <w:i w:val="0"/>
                <w:color w:val="1A1A1A"/>
                <w:sz w:val="19"/>
              </w:rPr>
              <w:t>3</w:t>
            </w:r>
          </w:p>
        </w:tc>
        <w:tc>
          <w:tcPr>
            <w:tcW w:type="dxa" w:w="7483"/>
            <w:tcMar>
              <w:top w:w="68" w:type="dxa"/>
              <w:bottom w:w="68" w:type="dxa"/>
              <w:left w:w="113" w:type="dxa"/>
              <w:right w:w="113" w:type="dxa"/>
            </w:tcMar>
            <w:vAlign w:val="center"/>
            <w:tcBorders>
              <w:top w:val="nil"/>
              <w:bottom w:val="single" w:sz="10" w:space="0" w:color="1B3A5C"/>
              <w:left w:val="single" w:sz="3" w:space="0" w:color="B9C4CF"/>
              <w:right w:val="single" w:sz="3" w:space="0" w:color="B9C4CF"/>
            </w:tcBorders>
          </w:tcPr>
          <w:p>
            <w:pPr>
              <w:spacing w:before="0" w:after="0"/>
            </w:pPr>
            <w:r>
              <w:rPr>
                <w:rFonts w:ascii="Yu Gothic" w:hAnsi="Yu Gothic" w:eastAsia="Yu Gothic"/>
                <w:b w:val="0"/>
                <w:i w:val="0"/>
                <w:color w:val="1A1A1A"/>
                <w:sz w:val="19"/>
              </w:rPr>
              <w:t>別紙（業務内容・報酬の一覧）</w:t>
            </w:r>
          </w:p>
        </w:tc>
        <w:tc>
          <w:tcPr>
            <w:tcW w:type="dxa" w:w="1474"/>
            <w:tcMar>
              <w:top w:w="68" w:type="dxa"/>
              <w:bottom w:w="68" w:type="dxa"/>
              <w:left w:w="113" w:type="dxa"/>
              <w:right w:w="113" w:type="dxa"/>
            </w:tcMar>
            <w:vAlign w:val="center"/>
            <w:tcBorders>
              <w:top w:val="nil"/>
              <w:bottom w:val="single" w:sz="10" w:space="0" w:color="1B3A5C"/>
              <w:left w:val="single" w:sz="3" w:space="0" w:color="B9C4CF"/>
              <w:right w:val="single" w:sz="10" w:space="0" w:color="1B3A5C"/>
            </w:tcBorders>
          </w:tcPr>
          <w:p>
            <w:pPr>
              <w:spacing w:before="0" w:after="0"/>
              <w:jc w:val="center"/>
            </w:pPr>
            <w:r>
              <w:rPr>
                <w:rFonts w:ascii="Yu Gothic" w:hAnsi="Yu Gothic" w:eastAsia="Yu Gothic"/>
                <w:b w:val="0"/>
                <w:i w:val="0"/>
                <w:color w:val="1A1A1A"/>
                <w:sz w:val="19"/>
              </w:rPr>
              <w:t>2部</w:t>
            </w:r>
          </w:p>
        </w:tc>
      </w:tr>
    </w:tbl>
    <w:p>
      <w:pPr>
        <w:spacing w:before="0" w:after="0" w:line="113" w:lineRule="exact"/>
      </w:pPr>
    </w:p>
    <w:tbl>
      <w:tblPr>
        <w:tblW w:type="dxa" w:w="9865"/>
        <w:tblInd w:w="113" w:type="dxa"/>
        <w:tblBorders>
          <w:top w:val="nil"/>
          <w:left w:val="nil"/>
          <w:bottom w:val="nil"/>
          <w:right w:val="nil"/>
          <w:insideH w:val="nil"/>
          <w:insideV w:val="nil"/>
        </w:tblBorders>
        <w:tblLayout w:type="fixed"/>
      </w:tblPr>
      <w:tblGrid>
        <w:gridCol w:w="1928"/>
        <w:gridCol w:w="7937"/>
      </w:tblGrid>
      <w:tr>
        <w:trPr>
          <w:cantSplit/>
          <w:trHeight w:val="624" w:hRule="atLeast"/>
        </w:trPr>
        <w:tc>
          <w:tcPr>
            <w:tcW w:type="dxa" w:w="1928"/>
            <w:tcMar>
              <w:top w:w="85" w:type="dxa"/>
              <w:bottom w:w="85" w:type="dxa"/>
              <w:left w:w="113" w:type="dxa"/>
              <w:right w:w="113" w:type="dxa"/>
            </w:tcMar>
            <w:shd w:val="clear" w:color="auto" w:fill="F2F2EF"/>
            <w:vAlign w:val="center"/>
            <w:tcBorders>
              <w:top w:val="single" w:sz="10" w:space="0" w:color="1B3A5C"/>
              <w:bottom w:val="single" w:sz="10" w:space="0" w:color="1B3A5C"/>
              <w:left w:val="single" w:sz="10" w:space="0" w:color="1B3A5C"/>
              <w:right w:val="single" w:sz="3" w:space="0" w:color="B9C4CF"/>
            </w:tcBorders>
          </w:tcPr>
          <w:p>
            <w:pPr>
              <w:spacing w:before="0" w:after="0"/>
            </w:pPr>
            <w:r>
              <w:rPr>
                <w:rFonts w:ascii="Yu Gothic" w:hAnsi="Yu Gothic" w:eastAsia="Yu Gothic"/>
                <w:b w:val="0"/>
                <w:i w:val="0"/>
                <w:color w:val="1A1A1A"/>
                <w:sz w:val="17"/>
              </w:rPr>
              <w:t>備考</w:t>
            </w:r>
          </w:p>
        </w:tc>
        <w:tc>
          <w:tcPr>
            <w:tcW w:type="dxa" w:w="7937"/>
            <w:tcMar>
              <w:top w:w="85" w:type="dxa"/>
              <w:bottom w:w="85" w:type="dxa"/>
              <w:left w:w="113" w:type="dxa"/>
              <w:right w:w="113" w:type="dxa"/>
            </w:tcMar>
            <w:vAlign w:val="center"/>
            <w:tcBorders>
              <w:top w:val="single" w:sz="10" w:space="0" w:color="1B3A5C"/>
              <w:bottom w:val="single" w:sz="10" w:space="0" w:color="1B3A5C"/>
              <w:left w:val="single" w:sz="3" w:space="0" w:color="B9C4CF"/>
              <w:right w:val="single" w:sz="10" w:space="0" w:color="1B3A5C"/>
            </w:tcBorders>
          </w:tcPr>
          <w:p>
            <w:pPr>
              <w:spacing w:before="0" w:after="0"/>
            </w:pPr>
            <w:r>
              <w:rPr>
                <w:rFonts w:ascii="Yu Gothic" w:hAnsi="Yu Gothic" w:eastAsia="Yu Gothic"/>
                <w:b w:val="0"/>
                <w:i w:val="0"/>
                <w:color w:val="B3261E"/>
                <w:sz w:val="20"/>
              </w:rPr>
              <w:t>ご返送期限は2026年10月23日（金）です。ご不明な点がございましたら、上記の電話番号またはメールアドレスまでご連絡ください。</w:t>
            </w:r>
          </w:p>
        </w:tc>
      </w:tr>
    </w:tbl>
    <w:p>
      <w:pPr>
        <w:spacing w:before="0" w:after="0" w:line="102" w:lineRule="exact"/>
      </w:pPr>
    </w:p>
    <w:p>
      <w:pPr>
        <w:spacing w:before="40" w:after="40"/>
        <w:jc w:val="right"/>
      </w:pPr>
      <w:r>
        <w:rPr>
          <w:rFonts w:ascii="Yu Gothic" w:hAnsi="Yu Gothic" w:eastAsia="Yu Gothic"/>
          <w:b w:val="0"/>
          <w:i w:val="0"/>
          <w:color w:val="1A1A1A"/>
          <w:sz w:val="21"/>
        </w:rPr>
        <w:t>以　上</w:t>
      </w:r>
    </w:p>
    <w:p>
      <w:pPr>
        <w:spacing w:before="0" w:after="20" w:line="210" w:lineRule="exact"/>
      </w:pPr>
      <w:r>
        <w:rPr>
          <w:rFonts w:ascii="Yu Gothic" w:hAnsi="Yu Gothic" w:eastAsia="Yu Gothic"/>
          <w:b w:val="0"/>
          <w:i w:val="0"/>
          <w:color w:val="66707A"/>
          <w:sz w:val="15"/>
        </w:rPr>
        <w:t>※ これは記入例です。実際の内容はご自身の状況に合わせてご修正ください。（template-free.jp）</w:t>
      </w:r>
    </w:p>
    <w:sectPr w:rsidR="00FC693F" w:rsidRPr="0006063C" w:rsidSect="00034616">
      <w:footerReference w:type="default" r:id="rId9"/>
      <w:pgSz w:w="11906" w:h="16838"/>
      <w:pgMar w:top="1247" w:right="1020" w:bottom="1134" w:left="1020" w:header="567" w:footer="62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after="0"/>
      <w:pBdr>
        <w:top w:val="single" w:sz="3" w:space="1" w:color="66707A"/>
      </w:pBdr>
    </w:pPr>
    <w:r>
      <w:rPr>
        <w:rFonts w:ascii="Yu Gothic" w:hAnsi="Yu Gothic" w:eastAsia="Yu Gothic"/>
        <w:b w:val="0"/>
        <w:i w:val="0"/>
        <w:color w:val="66707A"/>
        <w:sz w:val="14"/>
      </w:rPr>
      <w:t>template-free.jp</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Yu Gothic" w:hAnsi="Yu Gothic" w:eastAsia="Yu Gothic"/>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送付状</dc:title>
  <dc:subject>送付状テンプレート</dc:subject>
  <dc:creator>テンプレートフリー</dc:creator>
  <cp:keywords/>
  <dc:description>generated by python-docx</dc:description>
  <cp:lastModifiedBy>テンプレートフリー</cp:lastModifiedBy>
  <cp:revision>1</cp:revision>
  <dcterms:created xsi:type="dcterms:W3CDTF">2026-10-09T15:00:00Z</dcterms:created>
  <dcterms:modified xsi:type="dcterms:W3CDTF">2026-10-09T15:00:00Z</dcterms:modified>
  <cp:category/>
  <dc:language>ja-JP</dc:language>
</cp:coreProperties>
</file>