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ＦＡＸ送付状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送信先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宛先（会社名）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株式会社サンプル商事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部署・担当者名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購買部　田中　次郎　様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03-YYYY-YYYY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送信元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株式会社テンプレートフリー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営業部　鈴木　一郎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FAX番号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送信日時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2026年10月14日（水）　10:00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送信内容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御見積書送付の件</w:t>
            </w: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74" w:hRule="atLeast"/>
        </w:trPr>
        <w:tc>
          <w:tcPr>
            <w:tcW w:type="dxa" w:w="1928"/>
            <w:tcMar>
              <w:top w:w="45" w:type="dxa"/>
              <w:bottom w:w="4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総枚数</w:t>
            </w:r>
          </w:p>
        </w:tc>
        <w:tc>
          <w:tcPr>
            <w:tcW w:type="dxa" w:w="7937"/>
            <w:tcMar>
              <w:top w:w="45" w:type="dxa"/>
              <w:bottom w:w="4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3枚（本紙を含む）</w:t>
            </w:r>
          </w:p>
        </w:tc>
      </w:tr>
    </w:tbl>
    <w:p>
      <w:pPr>
        <w:spacing w:before="0" w:after="0" w:line="45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メッセージ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45" w:type="dxa"/>
              <w:bottom w:w="57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いつもお世話になっております。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先日ご依頼いただきました御見積書をお送りいたします。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ご確認のほど、よろしくお願いいたします。</w:t>
            </w:r>
          </w:p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ご不明な点は上記の電話番号までお問い合わせください。</w:t>
            </w:r>
          </w:p>
        </w:tc>
      </w:tr>
    </w:tbl>
    <w:p>
      <w:pPr>
        <w:spacing w:before="0" w:after="0" w:line="57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備考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45" w:type="dxa"/>
              <w:bottom w:w="57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2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原本は本日郵送いたします。お見積りの有効期限は2026年11月13日（金）です。</w:t>
            </w:r>
          </w:p>
        </w:tc>
      </w:tr>
    </w:tbl>
    <w:p>
      <w:pPr>
        <w:spacing w:before="0" w:after="0" w:line="4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宛先は「会社名＋部署・担当者名＋様」か「会社名＋御中」のどちらか一方です（「御中」と「様」は併用しません）。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記入例です。実際の内容はご自身の状況に合わせて記入してください。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本FAXに含まれる情報は送信先のみを対象としています。誤送信の場合はご連絡いただき、破棄をお願いします。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ＦＡＸ送付状</dc:title>
  <dc:subject>送付状テンプレート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