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出張報告書</w:t>
      </w:r>
    </w:p>
    <w:tbl>
      <w:tblPr>
        <w:tblW w:type="dxa" w:w="1009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3175"/>
        <w:gridCol w:w="1134"/>
        <w:gridCol w:w="2494"/>
        <w:gridCol w:w="1077"/>
        <w:gridCol w:w="1077"/>
      </w:tblGrid>
      <w:tr>
        <w:trPr>
          <w:cantSplit/>
          <w:trHeight w:val="340" w:hRule="atLeast"/>
        </w:trPr>
        <w:tc>
          <w:tcPr>
            <w:tcW w:type="dxa" w:w="1134"/>
            <w:tcMar>
              <w:top w:w="28" w:type="dxa"/>
              <w:bottom w:w="28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提出日</w:t>
            </w:r>
          </w:p>
        </w:tc>
        <w:tc>
          <w:tcPr>
            <w:tcW w:type="dxa" w:w="3175"/>
            <w:tcMar>
              <w:top w:w="28" w:type="dxa"/>
              <w:bottom w:w="28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 xml:space="preserve">　　　年　　月　　日（　　）</w:t>
            </w:r>
          </w:p>
        </w:tc>
        <w:tc>
          <w:tcPr>
            <w:tcW w:type="dxa" w:w="1134"/>
            <w:tcMar>
              <w:top w:w="28" w:type="dxa"/>
              <w:bottom w:w="28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提出先</w:t>
            </w:r>
          </w:p>
        </w:tc>
        <w:tc>
          <w:tcPr>
            <w:tcW w:type="dxa" w:w="2494"/>
            <w:tcMar>
              <w:top w:w="28" w:type="dxa"/>
              <w:bottom w:w="28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</w:p>
        </w:tc>
        <w:tc>
          <w:tcPr>
            <w:tcW w:type="dxa" w:w="1077"/>
            <w:tcMar>
              <w:top w:w="28" w:type="dxa"/>
              <w:bottom w:w="28" w:type="dxa"/>
              <w:left w:w="85" w:type="dxa"/>
              <w:right w:w="85" w:type="dxa"/>
            </w:tcMar>
            <w:vAlign w:val="center"/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0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6"/>
              </w:rPr>
              <w:t>確認</w:t>
            </w:r>
          </w:p>
        </w:tc>
        <w:tc>
          <w:tcPr>
            <w:tcW w:type="dxa" w:w="1077"/>
            <w:tcMar>
              <w:top w:w="28" w:type="dxa"/>
              <w:bottom w:w="28" w:type="dxa"/>
              <w:left w:w="85" w:type="dxa"/>
              <w:right w:w="85" w:type="dxa"/>
            </w:tcMar>
            <w:vAlign w:val="center"/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0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6"/>
              </w:rPr>
              <w:t>承認</w:t>
            </w:r>
          </w:p>
        </w:tc>
      </w:tr>
      <w:tr>
        <w:trPr>
          <w:cantSplit/>
          <w:trHeight w:val="652" w:hRule="atLeast"/>
        </w:trPr>
        <w:tc>
          <w:tcPr>
            <w:tcW w:type="dxa" w:w="1134"/>
            <w:tcMar>
              <w:top w:w="28" w:type="dxa"/>
              <w:bottom w:w="28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所属</w:t>
            </w:r>
          </w:p>
        </w:tc>
        <w:tc>
          <w:tcPr>
            <w:tcW w:type="dxa" w:w="3175"/>
            <w:tcMar>
              <w:top w:w="28" w:type="dxa"/>
              <w:bottom w:w="28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</w:p>
        </w:tc>
        <w:tc>
          <w:tcPr>
            <w:tcW w:type="dxa" w:w="1134"/>
            <w:tcMar>
              <w:top w:w="28" w:type="dxa"/>
              <w:bottom w:w="28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氏名</w:t>
            </w:r>
          </w:p>
        </w:tc>
        <w:tc>
          <w:tcPr>
            <w:tcW w:type="dxa" w:w="2494"/>
            <w:tcMar>
              <w:top w:w="28" w:type="dxa"/>
              <w:bottom w:w="28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</w:p>
        </w:tc>
        <w:tc>
          <w:tcPr>
            <w:tcW w:type="dxa" w:w="1077"/>
            <w:tcMar>
              <w:top w:w="28" w:type="dxa"/>
              <w:bottom w:w="28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1077"/>
            <w:tcMar>
              <w:top w:w="28" w:type="dxa"/>
              <w:bottom w:w="28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/>
        </w:tc>
      </w:tr>
    </w:tbl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1　出張の概要</w:t>
      </w:r>
    </w:p>
    <w:tbl>
      <w:tblPr>
        <w:tblW w:type="dxa" w:w="1009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5669"/>
        <w:gridCol w:w="794"/>
        <w:gridCol w:w="1701"/>
      </w:tblGrid>
      <w:tr>
        <w:trPr>
          <w:cantSplit/>
          <w:trHeight w:val="329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件名</w:t>
            </w:r>
          </w:p>
        </w:tc>
        <w:tc>
          <w:tcPr>
            <w:tcW w:type="dxa" w:w="8164"/>
            <w:gridSpan w:val="3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出張期間</w:t>
            </w:r>
          </w:p>
        </w:tc>
        <w:tc>
          <w:tcPr>
            <w:tcW w:type="dxa" w:w="5669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 xml:space="preserve">　　　年　　月　　日（　　） 〜 　　　年　　月　　日（　　）</w:t>
            </w:r>
          </w:p>
        </w:tc>
        <w:tc>
          <w:tcPr>
            <w:tcW w:type="dxa" w:w="794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日数</w:t>
            </w:r>
          </w:p>
        </w:tc>
        <w:tc>
          <w:tcPr>
            <w:tcW w:type="dxa" w:w="1701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 xml:space="preserve">　　日間（　　泊）</w:t>
            </w:r>
          </w:p>
        </w:tc>
      </w:tr>
      <w:tr>
        <w:trPr>
          <w:cantSplit/>
          <w:trHeight w:val="329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出張先</w:t>
            </w:r>
          </w:p>
        </w:tc>
        <w:tc>
          <w:tcPr>
            <w:tcW w:type="dxa" w:w="8164"/>
            <w:gridSpan w:val="3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680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目的</w:t>
            </w:r>
          </w:p>
        </w:tc>
        <w:tc>
          <w:tcPr>
            <w:tcW w:type="dxa" w:w="8164"/>
            <w:gridSpan w:val="3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329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同行者</w:t>
            </w:r>
          </w:p>
        </w:tc>
        <w:tc>
          <w:tcPr>
            <w:tcW w:type="dxa" w:w="8164"/>
            <w:gridSpan w:val="3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</w:tbl>
    <w:p>
      <w:pPr>
        <w:spacing w:before="0" w:after="0" w:line="85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2　日程表（行程）</w:t>
      </w:r>
    </w:p>
    <w:tbl>
      <w:tblPr>
        <w:tblW w:type="dxa" w:w="10091"/>
        <w:tblInd w:w="6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680"/>
        <w:gridCol w:w="680"/>
        <w:gridCol w:w="3061"/>
        <w:gridCol w:w="3628"/>
        <w:gridCol w:w="907"/>
      </w:tblGrid>
      <w:tr>
        <w:trPr>
          <w:cantSplit/>
          <w:trHeight w:val="340" w:hRule="atLeast"/>
        </w:trPr>
        <w:tc>
          <w:tcPr>
            <w:tcW w:type="dxa" w:w="1134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日付</w:t>
            </w: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開始</w:t>
            </w: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終了</w:t>
            </w:r>
          </w:p>
        </w:tc>
        <w:tc>
          <w:tcPr>
            <w:tcW w:type="dxa" w:w="3061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行き先・訪問先</w:t>
            </w:r>
          </w:p>
        </w:tc>
        <w:tc>
          <w:tcPr>
            <w:tcW w:type="dxa" w:w="3628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内容</w:t>
            </w: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面談No.</w:t>
            </w:r>
          </w:p>
        </w:tc>
      </w:tr>
      <w:tr>
        <w:trPr>
          <w:cantSplit/>
          <w:trHeight w:val="283" w:hRule="atLeast"/>
        </w:trPr>
        <w:tc>
          <w:tcPr>
            <w:tcW w:type="dxa" w:w="113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30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3628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18" w:lineRule="exact"/>
              <w:jc w:val="center"/>
            </w:pPr>
          </w:p>
        </w:tc>
      </w:tr>
      <w:tr>
        <w:trPr>
          <w:cantSplit/>
          <w:trHeight w:val="283" w:hRule="atLeast"/>
        </w:trPr>
        <w:tc>
          <w:tcPr>
            <w:tcW w:type="dxa" w:w="113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30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3628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18" w:lineRule="exact"/>
              <w:jc w:val="center"/>
            </w:pPr>
          </w:p>
        </w:tc>
      </w:tr>
      <w:tr>
        <w:trPr>
          <w:cantSplit/>
          <w:trHeight w:val="283" w:hRule="atLeast"/>
        </w:trPr>
        <w:tc>
          <w:tcPr>
            <w:tcW w:type="dxa" w:w="113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30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3628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18" w:lineRule="exact"/>
              <w:jc w:val="center"/>
            </w:pPr>
          </w:p>
        </w:tc>
      </w:tr>
      <w:tr>
        <w:trPr>
          <w:cantSplit/>
          <w:trHeight w:val="283" w:hRule="atLeast"/>
        </w:trPr>
        <w:tc>
          <w:tcPr>
            <w:tcW w:type="dxa" w:w="113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30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3628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18" w:lineRule="exact"/>
              <w:jc w:val="center"/>
            </w:pPr>
          </w:p>
        </w:tc>
      </w:tr>
      <w:tr>
        <w:trPr>
          <w:cantSplit/>
          <w:trHeight w:val="283" w:hRule="atLeast"/>
        </w:trPr>
        <w:tc>
          <w:tcPr>
            <w:tcW w:type="dxa" w:w="113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30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3628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18" w:lineRule="exact"/>
              <w:jc w:val="center"/>
            </w:pPr>
          </w:p>
        </w:tc>
      </w:tr>
      <w:tr>
        <w:trPr>
          <w:cantSplit/>
          <w:trHeight w:val="283" w:hRule="atLeast"/>
        </w:trPr>
        <w:tc>
          <w:tcPr>
            <w:tcW w:type="dxa" w:w="113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30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3628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18" w:lineRule="exact"/>
              <w:jc w:val="center"/>
            </w:pPr>
          </w:p>
        </w:tc>
      </w:tr>
      <w:tr>
        <w:trPr>
          <w:cantSplit/>
          <w:trHeight w:val="283" w:hRule="atLeast"/>
        </w:trPr>
        <w:tc>
          <w:tcPr>
            <w:tcW w:type="dxa" w:w="113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30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3628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18" w:lineRule="exact"/>
              <w:jc w:val="center"/>
            </w:pPr>
          </w:p>
        </w:tc>
      </w:tr>
      <w:tr>
        <w:trPr>
          <w:cantSplit/>
          <w:trHeight w:val="283" w:hRule="atLeast"/>
        </w:trPr>
        <w:tc>
          <w:tcPr>
            <w:tcW w:type="dxa" w:w="113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30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3628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18" w:lineRule="exact"/>
              <w:jc w:val="center"/>
            </w:pPr>
          </w:p>
        </w:tc>
      </w:tr>
      <w:tr>
        <w:trPr>
          <w:cantSplit/>
          <w:trHeight w:val="283" w:hRule="atLeast"/>
        </w:trPr>
        <w:tc>
          <w:tcPr>
            <w:tcW w:type="dxa" w:w="113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30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3628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18" w:lineRule="exact"/>
              <w:jc w:val="center"/>
            </w:pPr>
          </w:p>
        </w:tc>
      </w:tr>
      <w:tr>
        <w:trPr>
          <w:cantSplit/>
          <w:trHeight w:val="283" w:hRule="atLeast"/>
        </w:trPr>
        <w:tc>
          <w:tcPr>
            <w:tcW w:type="dxa" w:w="113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68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30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3628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18" w:lineRule="exact"/>
              <w:jc w:val="center"/>
            </w:pPr>
          </w:p>
        </w:tc>
      </w:tr>
    </w:tbl>
    <w:p>
      <w:pPr>
        <w:spacing w:before="0" w:after="0" w:line="85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3　成果・所感</w:t>
      </w:r>
    </w:p>
    <w:tbl>
      <w:tblPr>
        <w:tblW w:type="dxa" w:w="1009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5329"/>
        <w:gridCol w:w="1134"/>
        <w:gridCol w:w="1701"/>
      </w:tblGrid>
      <w:tr>
        <w:trPr>
          <w:cantSplit/>
          <w:trHeight w:val="1134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成果</w:t>
            </w:r>
          </w:p>
        </w:tc>
        <w:tc>
          <w:tcPr>
            <w:tcW w:type="dxa" w:w="8164"/>
            <w:gridSpan w:val="3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1134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所感</w:t>
            </w:r>
          </w:p>
        </w:tc>
        <w:tc>
          <w:tcPr>
            <w:tcW w:type="dxa" w:w="8164"/>
            <w:gridSpan w:val="3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539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課題・相談したいこと</w:t>
            </w:r>
          </w:p>
        </w:tc>
        <w:tc>
          <w:tcPr>
            <w:tcW w:type="dxa" w:w="8164"/>
            <w:gridSpan w:val="3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</w:tbl>
    <w:p>
      <w:pPr>
        <w:spacing w:before="0" w:after="0" w:line="85" w:lineRule="exact"/>
      </w:pPr>
    </w:p>
    <w:p>
      <w:pPr>
        <w:spacing w:before="0" w:after="0" w:line="28" w:lineRule="exact"/>
      </w:pPr>
      <w:r>
        <w:br w:type="page"/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4　経費</w:t>
      </w:r>
    </w:p>
    <w:tbl>
      <w:tblPr>
        <w:tblW w:type="dxa" w:w="10091"/>
        <w:tblInd w:w="6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2"/>
        <w:gridCol w:w="850"/>
        <w:gridCol w:w="907"/>
        <w:gridCol w:w="2126"/>
        <w:gridCol w:w="1361"/>
        <w:gridCol w:w="850"/>
        <w:gridCol w:w="1757"/>
        <w:gridCol w:w="1757"/>
      </w:tblGrid>
      <w:tr>
        <w:trPr>
          <w:cantSplit/>
          <w:trHeight w:val="340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No.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日付</w:t>
            </w: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区分</w:t>
            </w: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内容</w:t>
            </w: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支払先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金額</w:t>
            </w: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支払方法</w:t>
            </w: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領収書</w:t>
            </w:r>
          </w:p>
        </w:tc>
      </w:tr>
      <w:tr>
        <w:trPr>
          <w:cantSplit/>
          <w:trHeight w:val="283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4"/>
              </w:rPr>
              <w:t>1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righ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88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4"/>
              </w:rPr>
              <w:t>2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righ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88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4"/>
              </w:rPr>
              <w:t>3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righ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88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4"/>
              </w:rPr>
              <w:t>4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righ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88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4"/>
              </w:rPr>
              <w:t>5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righ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88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4"/>
              </w:rPr>
              <w:t>6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righ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88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4"/>
              </w:rPr>
              <w:t>7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righ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88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4"/>
              </w:rPr>
              <w:t>8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righ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88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4"/>
              </w:rPr>
              <w:t>9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righ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88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4"/>
              </w:rPr>
              <w:t>10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righ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88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4"/>
              </w:rPr>
              <w:t>11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righ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88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4"/>
              </w:rPr>
              <w:t>12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righ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88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4"/>
              </w:rPr>
              <w:t>13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righ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88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4"/>
              </w:rPr>
              <w:t>14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righ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88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4"/>
              </w:rPr>
              <w:t>15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righ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88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4"/>
              </w:rPr>
              <w:t>16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righ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88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4"/>
              </w:rPr>
              <w:t>17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righ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88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4"/>
              </w:rPr>
              <w:t>18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righ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88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4"/>
              </w:rPr>
              <w:t>19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righ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88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482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4"/>
              </w:rPr>
              <w:t>20</w:t>
            </w: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90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center"/>
            </w:pPr>
          </w:p>
        </w:tc>
        <w:tc>
          <w:tcPr>
            <w:tcW w:type="dxa" w:w="212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36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850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  <w:jc w:val="righ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88" w:lineRule="exact"/>
            </w:pPr>
          </w:p>
        </w:tc>
        <w:tc>
          <w:tcPr>
            <w:tcW w:type="dxa" w:w="175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88" w:lineRule="exact"/>
            </w:pPr>
          </w:p>
        </w:tc>
      </w:tr>
    </w:tbl>
    <w:p>
      <w:pPr>
        <w:spacing w:before="0" w:after="0" w:line="85" w:lineRule="exact"/>
      </w:pPr>
    </w:p>
    <w:tbl>
      <w:tblPr>
        <w:tblW w:type="dxa" w:w="10091"/>
        <w:tblInd w:w="6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474"/>
        <w:gridCol w:w="1191"/>
        <w:gridCol w:w="1191"/>
        <w:gridCol w:w="1191"/>
        <w:gridCol w:w="1191"/>
        <w:gridCol w:w="1191"/>
        <w:gridCol w:w="1191"/>
        <w:gridCol w:w="1474"/>
      </w:tblGrid>
      <w:tr>
        <w:trPr>
          <w:cantSplit/>
          <w:trHeight w:val="340" w:hRule="atLeast"/>
        </w:trPr>
        <w:tc>
          <w:tcPr>
            <w:tcW w:type="dxa" w:w="1474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区分</w:t>
            </w: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交通費</w:t>
            </w: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宿泊費</w:t>
            </w: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日当</w:t>
            </w: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会議費</w:t>
            </w: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接待交際費</w:t>
            </w: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その他</w:t>
            </w:r>
          </w:p>
        </w:tc>
        <w:tc>
          <w:tcPr>
            <w:tcW w:type="dxa" w:w="1474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合計</w:t>
            </w:r>
          </w:p>
        </w:tc>
      </w:tr>
      <w:tr>
        <w:trPr>
          <w:cantSplit/>
          <w:trHeight w:val="340" w:hRule="atLeast"/>
        </w:trPr>
        <w:tc>
          <w:tcPr>
            <w:tcW w:type="dxa" w:w="147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使った額</w:t>
            </w: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right"/>
            </w:pP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right"/>
            </w:pP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right"/>
            </w:pP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right"/>
            </w:pP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right"/>
            </w:pP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right"/>
            </w:pPr>
          </w:p>
        </w:tc>
        <w:tc>
          <w:tcPr>
            <w:tcW w:type="dxa" w:w="147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  <w:jc w:val="right"/>
            </w:pPr>
          </w:p>
        </w:tc>
      </w:tr>
      <w:tr>
        <w:trPr>
          <w:cantSplit/>
          <w:trHeight w:val="340" w:hRule="atLeast"/>
        </w:trPr>
        <w:tc>
          <w:tcPr>
            <w:tcW w:type="dxa" w:w="147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うち精算する額</w:t>
            </w: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right"/>
            </w:pP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right"/>
            </w:pP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right"/>
            </w:pP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right"/>
            </w:pP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right"/>
            </w:pP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right"/>
            </w:pPr>
          </w:p>
        </w:tc>
        <w:tc>
          <w:tcPr>
            <w:tcW w:type="dxa" w:w="147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  <w:jc w:val="right"/>
            </w:pPr>
          </w:p>
        </w:tc>
      </w:tr>
      <w:tr>
        <w:trPr>
          <w:cantSplit/>
          <w:trHeight w:val="340" w:hRule="atLeast"/>
        </w:trPr>
        <w:tc>
          <w:tcPr>
            <w:tcW w:type="dxa" w:w="147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うち会社払い</w:t>
            </w: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right"/>
            </w:pP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right"/>
            </w:pP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right"/>
            </w:pP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right"/>
            </w:pP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right"/>
            </w:pPr>
          </w:p>
        </w:tc>
        <w:tc>
          <w:tcPr>
            <w:tcW w:type="dxa" w:w="1191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right"/>
            </w:pPr>
          </w:p>
        </w:tc>
        <w:tc>
          <w:tcPr>
            <w:tcW w:type="dxa" w:w="147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  <w:jc w:val="right"/>
            </w:pPr>
          </w:p>
        </w:tc>
      </w:tr>
    </w:tbl>
    <w:p>
      <w:pPr>
        <w:spacing w:before="0" w:after="0" w:line="85" w:lineRule="exact"/>
      </w:pPr>
    </w:p>
    <w:tbl>
      <w:tblPr>
        <w:tblW w:type="dxa" w:w="1009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5329"/>
        <w:gridCol w:w="1134"/>
        <w:gridCol w:w="1701"/>
      </w:tblGrid>
      <w:tr>
        <w:trPr>
          <w:cantSplit/>
          <w:trHeight w:val="397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精算書へ写す額</w:t>
            </w:r>
          </w:p>
        </w:tc>
        <w:tc>
          <w:tcPr>
            <w:tcW w:type="dxa" w:w="8164"/>
            <w:gridSpan w:val="3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>出張旅費精算書（交通費・宿泊費・日当）　　　　　　円　／　経費精算書（会議費・接待交際費・その他）　　　　　　円</w:t>
            </w:r>
          </w:p>
        </w:tc>
      </w:tr>
    </w:tbl>
    <w:p>
      <w:pPr>
        <w:spacing w:before="0" w:after="0" w:line="85" w:lineRule="exact"/>
      </w:pP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4"/>
        </w:rPr>
        <w:t>※ 区分: 交通費／宿泊費／日当／会議費／接待交際費／その他。支払方法: 立替（現金・ICカード）／立替（個人のカード）／会社カード／会社手配（請求書払い）／支給（日当）。領収書: あり／なし（ICカードの履歴）／なし／不要（日当）。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4"/>
        </w:rPr>
        <w:t>※ 精算する額は、立替えた額と日当です。会社カード・会社手配（請求書払い）は会社が直接払うので、精算する額に入れません。</w:t>
      </w:r>
    </w:p>
    <w:p>
      <w:pPr>
        <w:spacing w:before="0" w:after="0" w:line="57" w:lineRule="exact"/>
      </w:pPr>
    </w:p>
    <w:p>
      <w:pPr>
        <w:spacing w:before="0" w:after="0" w:line="28" w:lineRule="exact"/>
      </w:pPr>
      <w:r>
        <w:br w:type="page"/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5　面談・訪問の記録</w:t>
      </w:r>
    </w:p>
    <w:tbl>
      <w:tblPr>
        <w:tblW w:type="dxa" w:w="1009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510"/>
        <w:gridCol w:w="737"/>
        <w:gridCol w:w="2835"/>
        <w:gridCol w:w="737"/>
        <w:gridCol w:w="3345"/>
      </w:tblGrid>
      <w:tr>
        <w:trPr>
          <w:cantSplit/>
          <w:trHeight w:val="369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面談No.</w:t>
            </w:r>
          </w:p>
        </w:tc>
        <w:tc>
          <w:tcPr>
            <w:tcW w:type="dxa" w:w="510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17"/>
              </w:rPr>
              <w:t>1</w:t>
            </w:r>
          </w:p>
        </w:tc>
        <w:tc>
          <w:tcPr>
            <w:tcW w:type="dxa" w:w="737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日時</w:t>
            </w:r>
          </w:p>
        </w:tc>
        <w:tc>
          <w:tcPr>
            <w:tcW w:type="dxa" w:w="283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 xml:space="preserve">　 /　 （　）　 :　 〜　 :</w:t>
            </w:r>
          </w:p>
        </w:tc>
        <w:tc>
          <w:tcPr>
            <w:tcW w:type="dxa" w:w="737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訪問先</w:t>
            </w:r>
          </w:p>
        </w:tc>
        <w:tc>
          <w:tcPr>
            <w:tcW w:type="dxa" w:w="334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312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先方の出席者</w:t>
            </w:r>
          </w:p>
        </w:tc>
        <w:tc>
          <w:tcPr>
            <w:tcW w:type="dxa" w:w="8164"/>
            <w:gridSpan w:val="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312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当方の出席者</w:t>
            </w:r>
          </w:p>
        </w:tc>
        <w:tc>
          <w:tcPr>
            <w:tcW w:type="dxa" w:w="8164"/>
            <w:gridSpan w:val="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312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議題・目的</w:t>
            </w:r>
          </w:p>
        </w:tc>
        <w:tc>
          <w:tcPr>
            <w:tcW w:type="dxa" w:w="8164"/>
            <w:gridSpan w:val="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1814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話した内容</w:t>
            </w:r>
          </w:p>
        </w:tc>
        <w:tc>
          <w:tcPr>
            <w:tcW w:type="dxa" w:w="8164"/>
            <w:gridSpan w:val="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1020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決まったこと</w:t>
            </w:r>
          </w:p>
        </w:tc>
        <w:tc>
          <w:tcPr>
            <w:tcW w:type="dxa" w:w="8164"/>
            <w:gridSpan w:val="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先方からの要望・宿題</w:t>
            </w:r>
          </w:p>
        </w:tc>
        <w:tc>
          <w:tcPr>
            <w:tcW w:type="dxa" w:w="8164"/>
            <w:gridSpan w:val="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</w:tbl>
    <w:p>
      <w:pPr>
        <w:spacing w:before="0" w:after="0" w:line="113" w:lineRule="exact"/>
      </w:pPr>
    </w:p>
    <w:tbl>
      <w:tblPr>
        <w:tblW w:type="dxa" w:w="1009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510"/>
        <w:gridCol w:w="737"/>
        <w:gridCol w:w="2835"/>
        <w:gridCol w:w="737"/>
        <w:gridCol w:w="3345"/>
      </w:tblGrid>
      <w:tr>
        <w:trPr>
          <w:cantSplit/>
          <w:trHeight w:val="369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面談No.</w:t>
            </w:r>
          </w:p>
        </w:tc>
        <w:tc>
          <w:tcPr>
            <w:tcW w:type="dxa" w:w="510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17"/>
              </w:rPr>
              <w:t>2</w:t>
            </w:r>
          </w:p>
        </w:tc>
        <w:tc>
          <w:tcPr>
            <w:tcW w:type="dxa" w:w="737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日時</w:t>
            </w:r>
          </w:p>
        </w:tc>
        <w:tc>
          <w:tcPr>
            <w:tcW w:type="dxa" w:w="283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 xml:space="preserve">　 /　 （　）　 :　 〜　 :</w:t>
            </w:r>
          </w:p>
        </w:tc>
        <w:tc>
          <w:tcPr>
            <w:tcW w:type="dxa" w:w="737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訪問先</w:t>
            </w:r>
          </w:p>
        </w:tc>
        <w:tc>
          <w:tcPr>
            <w:tcW w:type="dxa" w:w="334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312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先方の出席者</w:t>
            </w:r>
          </w:p>
        </w:tc>
        <w:tc>
          <w:tcPr>
            <w:tcW w:type="dxa" w:w="8164"/>
            <w:gridSpan w:val="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312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当方の出席者</w:t>
            </w:r>
          </w:p>
        </w:tc>
        <w:tc>
          <w:tcPr>
            <w:tcW w:type="dxa" w:w="8164"/>
            <w:gridSpan w:val="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312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議題・目的</w:t>
            </w:r>
          </w:p>
        </w:tc>
        <w:tc>
          <w:tcPr>
            <w:tcW w:type="dxa" w:w="8164"/>
            <w:gridSpan w:val="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1814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話した内容</w:t>
            </w:r>
          </w:p>
        </w:tc>
        <w:tc>
          <w:tcPr>
            <w:tcW w:type="dxa" w:w="8164"/>
            <w:gridSpan w:val="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1020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決まったこと</w:t>
            </w:r>
          </w:p>
        </w:tc>
        <w:tc>
          <w:tcPr>
            <w:tcW w:type="dxa" w:w="8164"/>
            <w:gridSpan w:val="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先方からの要望・宿題</w:t>
            </w:r>
          </w:p>
        </w:tc>
        <w:tc>
          <w:tcPr>
            <w:tcW w:type="dxa" w:w="8164"/>
            <w:gridSpan w:val="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</w:tbl>
    <w:p>
      <w:pPr>
        <w:spacing w:before="0" w:after="0" w:line="113" w:lineRule="exact"/>
      </w:pPr>
    </w:p>
    <w:p>
      <w:pPr>
        <w:spacing w:before="0" w:after="0" w:line="28" w:lineRule="exact"/>
      </w:pPr>
      <w:r>
        <w:br w:type="page"/>
      </w:r>
    </w:p>
    <w:tbl>
      <w:tblPr>
        <w:tblW w:type="dxa" w:w="1009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510"/>
        <w:gridCol w:w="737"/>
        <w:gridCol w:w="2835"/>
        <w:gridCol w:w="737"/>
        <w:gridCol w:w="3345"/>
      </w:tblGrid>
      <w:tr>
        <w:trPr>
          <w:cantSplit/>
          <w:trHeight w:val="369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面談No.</w:t>
            </w:r>
          </w:p>
        </w:tc>
        <w:tc>
          <w:tcPr>
            <w:tcW w:type="dxa" w:w="510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17"/>
              </w:rPr>
              <w:t>3</w:t>
            </w:r>
          </w:p>
        </w:tc>
        <w:tc>
          <w:tcPr>
            <w:tcW w:type="dxa" w:w="737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日時</w:t>
            </w:r>
          </w:p>
        </w:tc>
        <w:tc>
          <w:tcPr>
            <w:tcW w:type="dxa" w:w="283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 xml:space="preserve">　 /　 （　）　 :　 〜　 :</w:t>
            </w:r>
          </w:p>
        </w:tc>
        <w:tc>
          <w:tcPr>
            <w:tcW w:type="dxa" w:w="737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8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訪問先</w:t>
            </w:r>
          </w:p>
        </w:tc>
        <w:tc>
          <w:tcPr>
            <w:tcW w:type="dxa" w:w="334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312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先方の出席者</w:t>
            </w:r>
          </w:p>
        </w:tc>
        <w:tc>
          <w:tcPr>
            <w:tcW w:type="dxa" w:w="8164"/>
            <w:gridSpan w:val="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312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当方の出席者</w:t>
            </w:r>
          </w:p>
        </w:tc>
        <w:tc>
          <w:tcPr>
            <w:tcW w:type="dxa" w:w="8164"/>
            <w:gridSpan w:val="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312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議題・目的</w:t>
            </w:r>
          </w:p>
        </w:tc>
        <w:tc>
          <w:tcPr>
            <w:tcW w:type="dxa" w:w="8164"/>
            <w:gridSpan w:val="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1814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話した内容</w:t>
            </w:r>
          </w:p>
        </w:tc>
        <w:tc>
          <w:tcPr>
            <w:tcW w:type="dxa" w:w="8164"/>
            <w:gridSpan w:val="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1020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決まったこと</w:t>
            </w:r>
          </w:p>
        </w:tc>
        <w:tc>
          <w:tcPr>
            <w:tcW w:type="dxa" w:w="8164"/>
            <w:gridSpan w:val="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  <w:tr>
        <w:trPr>
          <w:cantSplit/>
          <w:trHeight w:val="737" w:hRule="atLeast"/>
        </w:trPr>
        <w:tc>
          <w:tcPr>
            <w:tcW w:type="dxa" w:w="1928"/>
            <w:tcMar>
              <w:top w:w="34" w:type="dxa"/>
              <w:bottom w:w="34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8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先方からの要望・宿題</w:t>
            </w:r>
          </w:p>
        </w:tc>
        <w:tc>
          <w:tcPr>
            <w:tcW w:type="dxa" w:w="8164"/>
            <w:gridSpan w:val="5"/>
            <w:tcMar>
              <w:top w:w="34" w:type="dxa"/>
              <w:bottom w:w="34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8" w:lineRule="exact"/>
            </w:pPr>
          </w:p>
        </w:tc>
      </w:tr>
    </w:tbl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6　次の対応</w:t>
      </w:r>
    </w:p>
    <w:tbl>
      <w:tblPr>
        <w:tblW w:type="dxa" w:w="10091"/>
        <w:tblInd w:w="6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4"/>
        <w:gridCol w:w="4876"/>
        <w:gridCol w:w="1474"/>
        <w:gridCol w:w="1134"/>
        <w:gridCol w:w="1077"/>
        <w:gridCol w:w="1077"/>
      </w:tblGrid>
      <w:tr>
        <w:trPr>
          <w:cantSplit/>
          <w:trHeight w:val="340" w:hRule="atLeast"/>
        </w:trPr>
        <w:tc>
          <w:tcPr>
            <w:tcW w:type="dxa" w:w="454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No.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やること</w:t>
            </w:r>
          </w:p>
        </w:tc>
        <w:tc>
          <w:tcPr>
            <w:tcW w:type="dxa" w:w="1474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担当</w:t>
            </w:r>
          </w:p>
        </w:tc>
        <w:tc>
          <w:tcPr>
            <w:tcW w:type="dxa" w:w="1134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期限</w:t>
            </w:r>
          </w:p>
        </w:tc>
        <w:tc>
          <w:tcPr>
            <w:tcW w:type="dxa" w:w="1077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状況</w:t>
            </w:r>
          </w:p>
        </w:tc>
        <w:tc>
          <w:tcPr>
            <w:tcW w:type="dxa" w:w="1077"/>
            <w:tcMar>
              <w:top w:w="28" w:type="dxa"/>
              <w:bottom w:w="28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24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7"/>
              </w:rPr>
              <w:t>面談No.</w:t>
            </w:r>
          </w:p>
        </w:tc>
      </w:tr>
      <w:tr>
        <w:trPr>
          <w:cantSplit/>
          <w:trHeight w:val="482" w:hRule="atLeast"/>
        </w:trPr>
        <w:tc>
          <w:tcPr>
            <w:tcW w:type="dxa" w:w="45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1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147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113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107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107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18" w:lineRule="exact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type="dxa" w:w="45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2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147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113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107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107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18" w:lineRule="exact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type="dxa" w:w="45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3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147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113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107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107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18" w:lineRule="exact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type="dxa" w:w="45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4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147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113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107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107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18" w:lineRule="exact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type="dxa" w:w="45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5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147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113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107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107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18" w:lineRule="exact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type="dxa" w:w="45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6"/>
              </w:rPr>
              <w:t>6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</w:pPr>
          </w:p>
        </w:tc>
        <w:tc>
          <w:tcPr>
            <w:tcW w:type="dxa" w:w="147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1134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107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218" w:lineRule="exact"/>
              <w:jc w:val="center"/>
            </w:pPr>
          </w:p>
        </w:tc>
        <w:tc>
          <w:tcPr>
            <w:tcW w:type="dxa" w:w="1077"/>
            <w:tcMar>
              <w:top w:w="28" w:type="dxa"/>
              <w:bottom w:w="28" w:type="dxa"/>
              <w:left w:w="68" w:type="dxa"/>
              <w:right w:w="68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18" w:lineRule="exact"/>
              <w:jc w:val="center"/>
            </w:pPr>
          </w:p>
        </w:tc>
      </w:tr>
    </w:tbl>
    <w:p>
      <w:pPr>
        <w:spacing w:before="0" w:after="0" w:line="85" w:lineRule="exact"/>
      </w:pP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4"/>
        </w:rPr>
        <w:t>※ 状況: 未着手／対応中／完了。面談No. は、5 の面談・訪問の記録の番号です。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