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520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職務経歴書</w:t>
      </w:r>
    </w:p>
    <w:p>
      <w:pPr>
        <w:spacing w:before="0" w:after="0" w:line="32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令和　　年　　月　　日現在</w:t>
      </w:r>
    </w:p>
    <w:p>
      <w:pPr>
        <w:spacing w:before="0" w:after="40" w:line="320" w:lineRule="exact"/>
      </w:pPr>
      <w:r>
        <w:rPr>
          <w:rFonts w:ascii="Yu Gothic" w:hAnsi="Yu Gothic" w:eastAsia="Yu Gothic"/>
          <w:b/>
          <w:i w:val="0"/>
          <w:color w:val="1A1A1A"/>
          <w:sz w:val="23"/>
        </w:rPr>
        <w:t xml:space="preserve">氏名　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■職務要約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■職務経歴</w:t>
      </w:r>
    </w:p>
    <w:p>
      <w:pPr>
        <w:spacing w:before="0" w:after="0" w:line="320" w:lineRule="exact"/>
        <w:ind w:left="63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年　　月〜　　　年　　月　　会社名（事業内容／従業員数／雇用形態）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所属：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業務内容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0" w:after="0" w:line="320" w:lineRule="exact"/>
        <w:ind w:left="63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年　　月〜現在　　会社名（事業内容／従業員数／雇用形態）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所属：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業務内容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</w:t>
      </w:r>
    </w:p>
    <w:p>
      <w:pPr>
        <w:spacing w:before="0" w:after="0" w:line="320" w:lineRule="exact"/>
        <w:ind w:left="42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■活かせる経験・知識・スキル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■自己PR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0" w:after="0" w:line="100" w:lineRule="exact"/>
      </w:pPr>
    </w:p>
    <w:sectPr w:rsidR="00FC693F" w:rsidRPr="0006063C" w:rsidSect="00034616">
      <w:pgSz w:w="11906" w:h="16838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テンプレートフリー</dc:creator>
  <cp:keywords/>
  <dc:description/>
  <cp:lastModifiedBy>テンプレートフリー</cp:lastModifiedBy>
  <cp:revision>1</cp:revision>
  <dcterms:created xsi:type="dcterms:W3CDTF">2013-12-23T23:15:00Z</dcterms:created>
  <dcterms:modified xsi:type="dcterms:W3CDTF">2013-12-23T23:15:00Z</dcterms:modified>
  <cp:category/>
</cp:coreProperties>
</file>