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年始の営業開始のお知らせ（店頭掲示・メール本文用）</w:t>
      </w:r>
    </w:p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年始の営業開始のお知らせ</w:t>
      </w:r>
    </w:p>
    <w:p>
      <w:pPr>
        <w:spacing w:before="0" w:after="0" w:line="283" w:lineRule="exact"/>
      </w:pPr>
    </w:p>
    <w:p>
      <w:pPr>
        <w:spacing w:before="40" w:after="80" w:line="520" w:lineRule="exact"/>
        <w:jc w:val="center"/>
      </w:pPr>
      <w:r>
        <w:rPr>
          <w:rFonts w:ascii="Yu Mincho" w:hAnsi="Yu Mincho" w:eastAsia="Yu Mincho"/>
          <w:b/>
          <w:i w:val="0"/>
          <w:color w:val="1B3A5C"/>
          <w:sz w:val="30"/>
        </w:rPr>
        <w:t>明けましておめでとうございます。</w:t>
      </w:r>
    </w:p>
    <w:p>
      <w:pPr>
        <w:spacing w:before="40" w:after="80" w:line="520" w:lineRule="exact"/>
        <w:jc w:val="center"/>
      </w:pPr>
      <w:r>
        <w:rPr>
          <w:rFonts w:ascii="Yu Mincho" w:hAnsi="Yu Mincho" w:eastAsia="Yu Mincho"/>
          <w:b/>
          <w:i w:val="0"/>
          <w:color w:val="1B3A5C"/>
          <w:sz w:val="30"/>
        </w:rPr>
        <w:t>年始は1月4日（月）9:00より営業いたします。</w:t>
      </w:r>
    </w:p>
    <w:p>
      <w:pPr>
        <w:spacing w:before="40" w:after="80" w:line="520" w:lineRule="exact"/>
        <w:jc w:val="center"/>
      </w:pPr>
      <w:r>
        <w:rPr>
          <w:rFonts w:ascii="Yu Mincho" w:hAnsi="Yu Mincho" w:eastAsia="Yu Mincho"/>
          <w:b/>
          <w:i w:val="0"/>
          <w:color w:val="1B3A5C"/>
          <w:sz w:val="30"/>
        </w:rPr>
        <w:t>本年もどうぞよろしくお願いいたします。</w:t>
      </w:r>
    </w:p>
    <w:p>
      <w:pPr>
        <w:spacing w:before="0" w:after="0" w:line="283" w:lineRule="exact"/>
      </w:pPr>
    </w:p>
    <w:tbl>
      <w:tblPr>
        <w:tblW w:type="dxa" w:w="9865"/>
        <w:tblInd w:w="1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7030"/>
      </w:tblGrid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営業開始日と時刻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3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3"/>
              </w:rPr>
              <w:t>1月4日（月）9:00より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年始の営業時間の変更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3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3"/>
              </w:rPr>
              <w:t>【変更があれば書く】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再開する業務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3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3"/>
              </w:rPr>
              <w:t>【受注の受付】は同日9:00から、【出荷】は1月5日（火）から順次再開いたします。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休業中に届いたご連絡の対応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3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3"/>
              </w:rPr>
              <w:t>休業中にいただいたご注文・ご連絡は、1月4日以降に順次対応いたします。ご不便をおかけしますが、ご理解のほどお願い申し上げます。</w:t>
            </w:r>
          </w:p>
        </w:tc>
      </w:tr>
      <w:tr>
        <w:trPr>
          <w:cantSplit/>
          <w:trHeight w:val="850" w:hRule="atLeast"/>
        </w:trPr>
        <w:tc>
          <w:tcPr>
            <w:tcW w:type="dxa" w:w="2835"/>
            <w:tcMar>
              <w:top w:w="68" w:type="dxa"/>
              <w:bottom w:w="68" w:type="dxa"/>
              <w:left w:w="170" w:type="dxa"/>
              <w:right w:w="170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緊急連絡先</w:t>
            </w:r>
          </w:p>
        </w:tc>
        <w:tc>
          <w:tcPr>
            <w:tcW w:type="dxa" w:w="7030"/>
            <w:tcMar>
              <w:top w:w="68" w:type="dxa"/>
              <w:bottom w:w="68" w:type="dxa"/>
              <w:left w:w="170" w:type="dxa"/>
              <w:right w:w="170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330" w:lineRule="exact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23"/>
              </w:rPr>
              <w:t>担当：山田　090-0000-0000（12月29日〜1月3日・9:00〜18:00）</w:t>
            </w:r>
          </w:p>
        </w:tc>
      </w:tr>
    </w:tbl>
    <w:p>
      <w:pPr>
        <w:spacing w:before="0" w:after="0" w:line="170" w:lineRule="exact"/>
      </w:pPr>
    </w:p>
    <w:p>
      <w:pPr>
        <w:spacing w:before="120" w:after="280" w:line="360" w:lineRule="exact"/>
      </w:pPr>
      <w:r>
        <w:rPr>
          <w:rFonts w:ascii="Yu Gothic" w:hAnsi="Yu Gothic" w:eastAsia="Yu Gothic"/>
          <w:b w:val="0"/>
          <w:i w:val="0"/>
          <w:color w:val="1A1A1A"/>
          <w:sz w:val="22"/>
        </w:rPr>
        <w:t>本年も変わらぬお付き合いのほど、よろしくお願い申し上げます。</w:t>
      </w:r>
    </w:p>
    <w:p>
      <w:pPr>
        <w:spacing w:before="0" w:after="0" w:line="360" w:lineRule="exact"/>
        <w:jc w:val="right"/>
      </w:pPr>
      <w:r>
        <w:rPr>
          <w:rFonts w:ascii="Yu Gothic" w:hAnsi="Yu Gothic" w:eastAsia="Yu Gothic"/>
          <w:b/>
          <w:i w:val="0"/>
          <w:color w:val="1A1A1A"/>
          <w:sz w:val="24"/>
        </w:rPr>
        <w:t>株式会社〇〇</w:t>
      </w:r>
    </w:p>
    <w:p>
      <w:pPr>
        <w:spacing w:before="0" w:after="0" w:line="340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表の赤字は例です。自社の日付・時刻・連絡先に書き換えてください（日付と曜日は2027年の暦）。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電話番号は架空です。営業開始日が1月5日以降になる会社は、template-free.jp の文例40の形にしてください。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