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仕事始めスピーチ原稿シート（朝礼・約1分）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仕事始めの挨拶　原稿シート</w:t>
      </w:r>
    </w:p>
    <w:p>
      <w:pPr>
        <w:spacing w:before="0" w:after="6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お礼 → 昨年の振り返り → 本年の方針 → 結び、の順に書くと、1分前後にまとまります。赤字は文例22（社長・代表の朝礼・271字）の記入例で、【 】は自分の言葉に差し替える箇所です。下の罫線に自分の原稿を書いてください。</w:t>
      </w:r>
    </w:p>
    <w:p>
      <w:pPr>
        <w:spacing w:before="0" w:after="10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話す速さの目安: NHKのアナウンサーは1分間に300字ほどの速さで話すといわれます。個人差があるので、声に出して時間を測ってください。</w:t>
      </w:r>
    </w:p>
    <w:tbl>
      <w:tblPr>
        <w:tblW w:type="dxa" w:w="9865"/>
        <w:tblInd w:w="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94"/>
        <w:gridCol w:w="7370"/>
      </w:tblGrid>
      <w:tr>
        <w:trPr>
          <w:cantSplit/>
        </w:trPr>
        <w:tc>
          <w:tcPr>
            <w:tcW w:type="dxa" w:w="2494"/>
            <w:tcMar>
              <w:top w:w="85" w:type="dxa"/>
              <w:bottom w:w="57" w:type="dxa"/>
              <w:left w:w="170" w:type="dxa"/>
              <w:right w:w="170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4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① 新年のお礼と一言</w:t>
            </w:r>
          </w:p>
        </w:tc>
        <w:tc>
          <w:tcPr>
            <w:tcW w:type="dxa" w:w="7370"/>
            <w:tcMar>
              <w:top w:w="85" w:type="dxa"/>
              <w:bottom w:w="57" w:type="dxa"/>
              <w:left w:w="170" w:type="dxa"/>
              <w:right w:w="170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皆さん、明けましておめでとうございます。</w:t>
            </w:r>
          </w:p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年末年始は、ゆっくり休めましたか。今日からまた、皆さんと一緒に働けることをうれしく思います。</w:t>
            </w: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</w:tc>
      </w:tr>
      <w:tr>
        <w:trPr>
          <w:cantSplit/>
        </w:trPr>
        <w:tc>
          <w:tcPr>
            <w:tcW w:type="dxa" w:w="2494"/>
            <w:tcMar>
              <w:top w:w="85" w:type="dxa"/>
              <w:bottom w:w="57" w:type="dxa"/>
              <w:left w:w="170" w:type="dxa"/>
              <w:right w:w="170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4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② 昨年の振り返り</w:t>
            </w:r>
          </w:p>
        </w:tc>
        <w:tc>
          <w:tcPr>
            <w:tcW w:type="dxa" w:w="7370"/>
            <w:tcMar>
              <w:top w:w="85" w:type="dxa"/>
              <w:bottom w:w="57" w:type="dxa"/>
              <w:left w:w="170" w:type="dxa"/>
              <w:right w:w="170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昨年は、【新しいお取引先が増え、お約束した納期も守り続けることができた】一年でした。一人ひとりが目の前の仕事を丁寧に積み重ねてくれたおかげです。ありがとうございました。</w:t>
            </w: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</w:tc>
      </w:tr>
      <w:tr>
        <w:trPr>
          <w:cantSplit/>
        </w:trPr>
        <w:tc>
          <w:tcPr>
            <w:tcW w:type="dxa" w:w="2494"/>
            <w:tcMar>
              <w:top w:w="85" w:type="dxa"/>
              <w:bottom w:w="57" w:type="dxa"/>
              <w:left w:w="170" w:type="dxa"/>
              <w:right w:w="170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4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③ 本年の方針</w:t>
            </w:r>
          </w:p>
        </w:tc>
        <w:tc>
          <w:tcPr>
            <w:tcW w:type="dxa" w:w="7370"/>
            <w:tcMar>
              <w:top w:w="85" w:type="dxa"/>
              <w:bottom w:w="57" w:type="dxa"/>
              <w:left w:w="170" w:type="dxa"/>
              <w:right w:w="170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本年は、【新サービスの提供開始】と【お客様への返事を当日中に出すこと】に力を入れます。大きな目標ですが、昨年できたことを一つずつ広げていけば、届くと考えています。</w:t>
            </w: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</w:tc>
      </w:tr>
      <w:tr>
        <w:trPr>
          <w:cantSplit/>
        </w:trPr>
        <w:tc>
          <w:tcPr>
            <w:tcW w:type="dxa" w:w="2494"/>
            <w:tcMar>
              <w:top w:w="85" w:type="dxa"/>
              <w:bottom w:w="57" w:type="dxa"/>
              <w:left w:w="170" w:type="dxa"/>
              <w:right w:w="170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4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④ 結び</w:t>
            </w:r>
          </w:p>
        </w:tc>
        <w:tc>
          <w:tcPr>
            <w:tcW w:type="dxa" w:w="7370"/>
            <w:tcMar>
              <w:top w:w="85" w:type="dxa"/>
              <w:bottom w:w="57" w:type="dxa"/>
              <w:left w:w="170" w:type="dxa"/>
              <w:right w:w="170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体調には気をつけて、ご家族も大切にして、一年を過ごしてください。</w:t>
            </w:r>
          </w:p>
          <w:p>
            <w:pPr>
              <w:spacing w:before="0" w:after="4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8"/>
              </w:rPr>
              <w:t>本年もよろしくお願いします。</w:t>
            </w: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  <w:p>
            <w:pPr>
              <w:spacing w:before="0" w:after="0" w:line="380" w:lineRule="exact"/>
              <w:pBdr>
                <w:bottom w:val="single" w:sz="3" w:space="1" w:color="B9C4CF"/>
              </w:pBdr>
            </w:pPr>
          </w:p>
        </w:tc>
      </w:tr>
    </w:tbl>
    <w:p>
      <w:pPr>
        <w:spacing w:before="0" w:after="0" w:line="227" w:lineRule="exact"/>
      </w:pPr>
    </w:p>
    <w:tbl>
      <w:tblPr>
        <w:tblW w:type="dxa" w:w="9865"/>
        <w:tblInd w:w="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Mar>
              <w:top w:w="142" w:type="dxa"/>
              <w:bottom w:w="142" w:type="dxa"/>
              <w:left w:w="170" w:type="dxa"/>
              <w:right w:w="170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1"/>
              </w:rPr>
              <w:t>話した時間：　　　　分　　　　秒</w:t>
            </w:r>
          </w:p>
        </w:tc>
        <w:tc>
          <w:tcPr>
            <w:tcW w:type="dxa" w:w="4932"/>
            <w:tcMar>
              <w:top w:w="142" w:type="dxa"/>
              <w:bottom w:w="142" w:type="dxa"/>
              <w:left w:w="170" w:type="dxa"/>
              <w:right w:w="170" w:type="dxa"/>
            </w:tcMar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1"/>
              </w:rPr>
              <w:t>字数：　　　　　　字（1分で約300字が目安）</w:t>
            </w:r>
          </w:p>
        </w:tc>
      </w:tr>
    </w:tbl>
    <w:p>
      <w:pPr>
        <w:spacing w:before="0" w:after="0" w:line="170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喪中のときの朝礼は、祝いの言葉を使わない形が文例28にあります（template-free.jp の「新年の挨拶（ビジネス）」）。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電話番号・氏名は載せていません。文例は自作で、監修者はいません。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