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　新年の挨拶（ビジネス）　全文例集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新年の挨拶　文例40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新年の挨拶（ビジネス）の文例40本です。取引先・顧客あてメール、社内メール、自分や相手が喪中のとき、仕事始めの朝礼スピーチ、年始回り・訪問・電話、年始の営業開始のお知らせを場面ごとに並べています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赤字の【 】と〇〇・△△は、自社の内容に差し替える箇所です。日付と曜日は2027年の暦で確認した例なので、年が変わったら書き直してください。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社外・目上あては「本年」「昨年」、社内の砕けた文と口頭は「今年」を使っています。電話番号は架空です（090-0000-0000）。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喪中のときの対応は、解説によって考え方が分かれています。会社に決まりがあればそれに従い、無ければ上司・総務に確認してから使ってください。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朝礼スピーチの字数は、1分で約300字（NHKのアナウンサーは1分間に300字ほどの速さで話すといわれます）を目安にしています。個人差があるので、声に出して時間を測ってください。</w:t>
      </w: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目次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取引先・顧客あてメール　（文例1〜9）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社内メール・チャット（上司・役員・部下）　（文例10〜14）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自分が喪中のとき・相手が喪中のとき　（文例15〜21）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仕事始めの挨拶（朝礼・社内スピーチ 1分程度）　（文例22〜28）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年始回り・訪問・電話の挨拶　（文例29〜35）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年始の営業開始のお知らせ（取引先・顧客・店頭・SNS）　（文例36〜40）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取引先・顧客あてメール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　取引先（標準・昨年の具体的な仕事を入れる）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謹んで新年のご挨拶を申し上げます。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【〇〇プロジェクト】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でご一緒する機会を賜り、多くのことを学ばせていただきました。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【納品を予定どおり仕上げることができたのも、貴社のご協力のおかげです】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。心より御礼申し上げます。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【春の新製品の発売】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に向けて、あらためてお力添えをお願いする場面があろうかと存じます。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変わらぬご指導のほど、よろしくお願い申し上げます。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弊社は本日1月4日（月）より通常どおり営業しております。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貴社のご発展と皆様のご健勝を、心よりお祈り申し上げます。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　取引先の担当者（長いお付き合い・短く）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本年もよろしくお願いいたします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昨年も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【急なお願いに何度もご対応いただき】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、大変助かりました。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本年は、仕事の質でお返しできるよう努めてまいります。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どうぞよろしくお願いいたします。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　昨年から取引が始まった相手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【9月】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に初めてお取引をいただき、あらためて御礼申し上げます。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最初のご注文の際にいただいたご指摘のおかげで、社内の進め方を見直すことができました。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本年は、貴社のご要望をより早く汲み取り、先回りしてご提案できるよう努めてまいります。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引き続き、どうぞよろしくお願い申し上げます。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文例4　年末にすでに挨拶を交わした相手（年始は短く）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旧年中は大変お世話になりました。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弊社は本日より営業しております。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文例5　協力会社・外注先（本年の依頼の見通しを添える）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謹んで新年のご挨拶を申し上げます。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昨年は、納期が厳しい案件が続いたにもかかわらず、丁寧にご対応いただきありがとうございました。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貴社のお力がなければ、お客様のご要望にお応えできなかった場面がいくつもありました。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【3月に大きな案件を予定しております】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。詳細が固まりましたら、早めにご相談いたします。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引き続き、どうぞよろしくお願い申し上げます。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文例6　継続契約のお客様（法人）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>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カスタマーサポートの山田です。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【弊社サービス】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をご利用いただき、誠にありがとうございました。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いただいたご意見をもとに、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【操作画面の見やすさ】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を改善いたしました。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本年も、貴社の業務のお役に立てるよう努めてまいります。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ご不明な点がございましたら、いつでもご連絡ください。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カスタマーサポート　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文例7　担当が替わった（1月から後任として初めてご挨拶する）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新年のご挨拶と担当交代のお知らせ（株式会社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の山田と申します。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昨年まで貴社を担当しておりました佐藤より、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【1月1日付】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で担当を引き継ぎました。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佐藤は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【〇〇部】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へ異動いたしました。在任中に賜りましたご厚情に、佐藤ともども深く感謝申し上げます。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私も、引き継いだ内容をもとに、貴社のお役に立てるよう努めてまいります。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あらためてご挨拶にうかがいたく存じます。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【1月12日（火）から1月15日（金）】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のあいだで、15分ほどお時間をいただけますと幸いです。ご都合のよい日時をお知らせいただけますでしょうか。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一郎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文例8　松の内を過ぎて送る（取引先）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新年のご挨拶が遅くなりました（株式会社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新年のご挨拶が遅くなり、失礼いたしました。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昨年は格別のお引き立てを賜り、厚く御礼申し上げます。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本年も、貴社のお役に立てるよう努めてまいります。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変わらぬお付き合いのほど、よろしくお願い申し上げます。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文例9　1月中旬以降・業務メールの冒頭に添える一言（3通り）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①　年始のご挨拶が遅くなりましたが、本年もどうぞよろしくお願いいたします。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②　年が明けて初めてのご連絡となります。本年もどうぞよろしくお願いいたします。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③　遅ればせながら、本年もよろしくお願い申し上げます。さて、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の件でご連絡いたしました。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社内メール・チャット（上司・役員・部下）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文例10　直属の上司（仕事始めの朝）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部長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おはようございます。山田です。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【新しい取引先との打ち合わせに何度も同席していただき】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、ありがとうございました。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お客様の前での話し方を直接見て学べたことは、大きな学びになりました。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【ひとりで提案まで進められる案件を増やす】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ことを目標にいたします。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引き続きご指導のほど、よろしくお願いいたします。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文例11　役員・社長（仕事始めの朝）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社長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おはようございます。山田です。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謹んで新年のご挨拶を申し上げます。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【新規事業のメンバー】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に加えていただき、深く感謝しております。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本年も、会社の成長に貢献できるよう、力を尽くしてまいります。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ご多忙の折、どうぞお体を大切になさってください。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文例12　チーム全員へ（課長・リーダーから・仕事始め）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明けましておめでとうございます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チームの皆さん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おはようございます。山田です。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【大型案件のリリース】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を予定どおり迎えることができました。皆さんの協力のおかげです。ありがとうございました。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【問い合わせへの一次回答を2時間以内に出す】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ことを、チームの合言葉にしたいと考えています。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仕事始めの今日は、無理せず、少しずつエンジンをかけていきましょう。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今年もよろしくお願いします。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文例13　部下・後輩へ（個別に・昨年の具体的な場面を入れる）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さん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おはようございます。山田です。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【夏の障害対応で、夜遅くまで一緒に動いてくれた】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ことに、あらためて感謝しています。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【お客様との打ち合わせを任せる場面】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を増やしていきたいと思っています。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分からないことは、遠慮なく声をかけてください。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今年もよろしくお願いします。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文例14　チャット（Slack・Teams の全体チャンネルへの短文）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今年もよろしくお願いします。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本日1月4日（月）から通常どおり業務を始めます。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年末年始に届いた連絡は、順番に確認して返信します。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自分が喪中のとき・相手が喪中のとき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文例15　自分が喪中・社内の同僚へ（口頭でもメールでも）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①（相手が喪中を知っている）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昨年はお世話になりました。今年もよろしくお願いします。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②（相手が喪中を知らない）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【10月】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に父を亡くし、喪中のため新年のご挨拶は控えさせていただきます。昨年はお世話になりました。本年もどうぞよろしくお願いいたします。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文例16　自分が喪中・取引先へ（会社の代表として通常どおり挨拶する形）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旧年中は格別のご厚情を賜り、厚く御礼申し上げます。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本年も変わらぬお付き合いのほど、よろしくお願い申し上げます。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文例17　自分が喪中・取引先へ（祝いの言葉を使わない形。社外向けにこの形を勧める出典は見つかっていない＝祝いの言葉を避けたい人のための言い換え）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新しい年となりました。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旧年中は格別のご厚情を賜り、厚く御礼申し上げます。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本年も変わらぬお付き合いのほど、よろしくお願い申し上げます。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弊社は本日1月4日（月）より営業しております。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文例18　自分が喪中・仕事を離れた付き合いもある相手へ（喪中を知らせていなかったとき）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年始のご連絡（株式会社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私事で恐縮ですが、昨年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【9月】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に父を亡くし、喪中のため新年のご挨拶は控えさせていただきます。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お知らせが遅くなり、失礼いたしました。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旧年中は大変お世話になりました。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業務は通常どおり対応しております。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文例19　自分が喪中・取引先から届いた年始のメールへの返信（祝いの言葉を避けたいとき）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Re: 新年のご挨拶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ご丁寧にご連絡をいただき、ありがとうございます。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昨年は格別のお引き立てを賜り、厚く御礼申し上げます。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本年も変わらぬお付き合いのほど、よろしくお願い申し上げます。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なお、ご返信には及びません。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文例20　相手が喪中と分かっている取引先へ（業務開始の挨拶のみ）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本年もよろしくお願いいたします（株式会社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新しい年となりました。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弊社は本日より通常どおり営業しております。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文例21　相手が喪中のとき・年始状（はがき・祝いの言葉を使わない・句読点なし）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新年のご挨拶を申し上げます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旧年中は格別のご厚情を賜り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厚く御礼申し上げます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本年もどうぞよろしくお願い申し上げます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寒さ厳しき折　皆様のご健勝を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お祈り申し上げます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一月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仕事始めの挨拶（朝礼・社内スピーチ 1分程度）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文例22　社長・代表（全社の朝礼）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皆さん、明けましておめでとうございます。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年末年始は、ゆっくり休めましたか。今日からまた、皆さんと一緒に働けることをうれしく思います。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【新しいお取引先が増え、お約束した納期も守り続けることができた】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一年でした。一人ひとりが目の前の仕事を丁寧に積み重ねてくれたおかげです。ありがとうございました。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【新サービスの提供開始】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と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【お客様への返事を当日中に出すこと】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に力を入れます。大きな目標ですが、昨年できたことを一つずつ広げていけば、届くと考えています。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体調には気をつけて、ご家族も大切にして、一年を過ごしてください。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本年もよろしくお願いします。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文例23　部長・課長（部署の朝礼）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【月末の締めが重なる中でも、皆さんがミスを減らす工夫を続けてくれました】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。そのおかげで、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【他の部署からの問い合わせが減った】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と聞いています。ありがとうございました。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【引き継ぎ資料を誰でも読める形にそろえる】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ことを部署の目標にします。担当が替わっても、仕事が止まらない部署にしたいと考えています。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仕事始めの今日は、まず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【メールの確認と、年末に預かっている案件の整理】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から始めましょう。分からないことがあれば、早めに声をかけてください。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それでは、今年も一年、よろしくお願いします。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文例24　チームリーダー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明けましておめでとうございます。今年もよろしくお願いします。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【リリースまでたどり着けた】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のは、皆さんが助け合ってくれたからです。ありがとうございました。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【お互いの進み具合を毎朝共有する】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ことを続けましょう。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まずは今日、無理なく仕事に入りましょう。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文例25　若手・新入社員（朝礼での一言）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昨年は、皆さんに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【仕事の進め方】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を教えていただき、ありがとうございました。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【一人で任される仕事】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を増やせるよう頑張ります。どうぞよろしくお願いいたします。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文例26　現場・工場・店舗の朝礼（安全・接客）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【大きなけがを出さずに一年を過ごせました】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。これは、皆さんが声をかけ合って確認を続けてくれたからです。ありがとうございました。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【指差し確認と、気づいたことをその場で声に出すこと】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を続けましょう。休み明けは体が慣れていません。無理をせず、足元と周りをよく見て、ゆっくり動き出しましょう。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【（店舗の場合）お客様に気持ちよくご来店いただけるよう、笑顔のあいさつも忘れずにお願いします。】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それでは、今年も一年、安全第一でよろしくお願いします。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文例27　オンライン・リモートの全体会議の冒頭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皆さん、明けましておめでとうございます。画面越しですが、今年もよろしくお願いします。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音声と画面が問題なく届いているか、確認させてください。聞こえにくい方は、チャットで知らせてください。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【それぞれ別の場所で働いていても、皆さんが連絡を欠かさずにいてくれた】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おかげで仕事が進みました。ありがとうございました。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【困ったことは早めにチャットに書く】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ことを続けていきましょう。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それでは、始めます。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文例28　自分が喪中の社長・上司が朝礼で話すとき（祝いの言葉を使わない）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皆さん、おはようございます。新しい年となりました。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私事ですが、昨年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【9月】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に父を亡くしました。そのため、新年のお祝いの言葉は控えます。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昨年は、皆さんのおかげで、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【大きな遅れなく仕事を進める】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ことができました。ありがとうございました。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【新サービスの提供開始】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に向けて、力を合わせて取り組みたいと考えています。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皆さんもご家族も、体調に気をつけて、一年を過ごしてください。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本年もどうぞよろしくお願いします。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年始回り・訪問・電話の挨拶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文例29　取引先を訪問（受付で・2通り）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①（約束をしてあるとき）株式会社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の山田と申します。新年のご挨拶にうかがいました。本日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【14時】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に、営業部の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様にお時間をいただいております。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②（約束をしていないとき）株式会社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の山田と申します。新年のご挨拶にうかがいました。お約束はしておりませんが、営業部の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様はいらっしゃいますか。ご不在でしたら、ご挨拶の品だけお預けいたします。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文例30　担当者に会って・手土産（お年賀）を渡すとき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明けましておめでとうございます。昨年は大変お世話になりました。本年もよろしくお願いいたします。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心ばかりの品ですが、どうぞ皆様で召し上がってください。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ご挨拶だけで、すぐに失礼いたします。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文例31　担当者が不在のとき（名刺に書き添えるメモ）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新年のご挨拶にうかがいました。昨年は大変お世話になりました。本年もよろしくお願い申し上げます。　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文例32　訪問の前に電話でうかがう（アポ）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の山田です。昨年は大変お世話になりました。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お忙しいところ恐れ入りますが、新年のご挨拶にうかがいたく、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【1月6日（水）】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の午後に15分ほどお時間をいただけますでしょうか。ご挨拶だけで、すぐに失礼いたします。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文例33　仕事始めに取引先へ電話で一言（相手が出たとき）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の山田です。昨年は大変お世話になりました。本年もどうぞよろしくお願いいたします。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本日は年始のご挨拶をと思い、お電話いたしました。お忙しいところ、失礼いたしました。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文例34　社内の廊下・エレベーターで（仕事始め・3通り）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①　明けましておめでとうございます。今年もよろしくお願いします。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②　（目上の人・来訪したお客様に）明けましておめでとうございます。昨年は大変お世話になりました。本年もどうぞよろしくお願いいたします。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③　（相手が喪中と知っているとき）新しい年となりましたが、今年もよろしくお願いします。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文例35　1月中旬以降に初めて会う相手に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①　本年もどうぞよろしくお願いいたします。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②　年が明けて初めてお目にかかります。本年もよろしくお願いいたします。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③　昨年はお世話になりました。本年もどうぞよろしくお願いいたします。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年始の営業開始のお知らせ（取引先・顧客・店頭・SNS）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文例36　取引先メール（営業開始・受注と出荷の再開）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年始の営業開始のお知らせ（株式会社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>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お取引先各位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謹んで新年のご挨拶を申し上げます。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旧年中は格別のご高配を賜り、厚く御礼申し上げます。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弊社は、1月4日（月）9:00より営業を開始いたします。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【受注の受付】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は同日9:00から、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【出荷】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は1月5日（火）から順次再開いたします。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休業中にいただいたご注文・ご連絡は、1月4日以降に順次対応いたします。ご不便をおかけしますが、ご理解のほどお願い申し上げます。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本年も変わらぬお付き合いのほど、よろしくお願い申し上げます。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文例37　お客様メール（サービス・サポートの再開）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年始のサポート窓口再開のお知らせ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お客様各位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【〇〇サービス】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をご利用いただき、誠にありがとうございました。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サポート窓口は、1月4日（月）9:00より受付を再開いたします。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休業中にいただいたお問い合わせは、1月4日以降に順次お返事いたします。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お急ぎの場合は、サービス内の「緊急のお問い合わせ」からご連絡ください。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本年も、より使いやすいサービスをお届けできるよう努めてまいります。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カスタマーサポート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文例38　店頭・Web 掲示（短い・営業開始日）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新年のご挨拶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年始は1月4日（月）9:00より営業いたします。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文例39　SNS・LINE公式（元日の予約配信・短文）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昨年もたくさんのご来店、ありがとうございました。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年始は1月4日（月）9:00から営業します。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今年もよろしくお願いします。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文例40　営業開始が1月5日以降になる会社（年始の休業が長い）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年始の営業開始日のお知らせ（株式会社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>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お取引先各位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謹んで新年のご挨拶を申し上げます。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旧年中は格別のお引き立てを賜り、厚く御礼申し上げます。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弊社は、年始の休業を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【1月6日（水）】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までとし、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【1月7日（木）】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9:00より営業いたします。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休業中の緊急のご連絡は、下記までお願いいたします。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担当：山田　090-0000-0000（1月4日〜6日・9:00〜18:00）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</w:p>
    <w:p>
      <w:pPr>
        <w:spacing w:before="0" w:after="0" w:line="170" w:lineRule="exact"/>
      </w:pP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