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游ゴシック" w:hAnsi="游ゴシック"/>
          <w:b/>
          <w:sz w:val="36"/>
        </w:rPr>
        <w:t>保管場所使用承諾証明書</w:t>
      </w:r>
    </w:p>
    <w:p/>
    <w:p>
      <w:r>
        <w:rPr>
          <w:rFonts w:ascii="ＭＳ 明朝" w:hAnsi="ＭＳ 明朝"/>
          <w:b w:val="0"/>
          <w:sz w:val="18"/>
        </w:rPr>
        <w:t>自動車の保管場所の確保等に関する法律施行規則第1条第2項第1号に定める「保管場所として使用する権原を有することを疎明する書面」のうち、土地・車庫の所有者が第三者（申請者）に保管場所としての使用を承諾したことを証明する様式です。自己所有の土地を保管場所とする場合は、本書ではなく「自認書」（本ファイル2ページ目に同梱）をご利用ください。</w:t>
      </w:r>
    </w:p>
    <w:p/>
    <w:p>
      <w:r>
        <w:rPr>
          <w:rFonts w:ascii="游ゴシック" w:hAnsi="游ゴシック"/>
          <w:b/>
          <w:color w:val="1A3A6B"/>
          <w:sz w:val="24"/>
        </w:rPr>
        <w:t>■ 保管場所の位置・状況</w:t>
      </w:r>
    </w:p>
    <w:tbl>
      <w:tblPr>
        <w:tblStyle w:val="TableGrid"/>
        <w:tblW w:type="auto" w:w="0"/>
        <w:tblLook w:firstColumn="1" w:firstRow="1" w:lastColumn="0" w:lastRow="0" w:noHBand="0" w:noVBand="1" w:val="04A0"/>
      </w:tblPr>
      <w:tblGrid>
        <w:gridCol w:w="4819"/>
        <w:gridCol w:w="4819"/>
      </w:tblGrid>
      <w:tr>
        <w:tc>
          <w:tcPr>
            <w:tcW w:type="dxa" w:w="3402"/>
          </w:tcPr>
          <w:p>
            <w:r>
              <w:rPr>
                <w:rFonts w:ascii="ＭＳ 明朝" w:hAnsi="ＭＳ 明朝"/>
                <w:b/>
                <w:sz w:val="19"/>
              </w:rPr>
              <w:t>保管場所の位置（所在地）</w:t>
            </w:r>
          </w:p>
        </w:tc>
        <w:tc>
          <w:tcPr>
            <w:tcW w:type="dxa" w:w="5669"/>
          </w:tcPr>
          <w:p>
            <w:r>
              <w:rPr>
                <w:rFonts w:ascii="ＭＳ 明朝" w:hAnsi="ＭＳ 明朝"/>
                <w:sz w:val="19"/>
              </w:rPr>
            </w:r>
          </w:p>
        </w:tc>
      </w:tr>
      <w:tr>
        <w:tc>
          <w:tcPr>
            <w:tcW w:type="dxa" w:w="3402"/>
          </w:tcPr>
          <w:p>
            <w:r>
              <w:rPr>
                <w:rFonts w:ascii="ＭＳ 明朝" w:hAnsi="ＭＳ 明朝"/>
                <w:b/>
                <w:sz w:val="19"/>
              </w:rPr>
              <w:t>保管場所の形態</w:t>
            </w:r>
          </w:p>
        </w:tc>
        <w:tc>
          <w:tcPr>
            <w:tcW w:type="dxa" w:w="5669"/>
          </w:tcPr>
          <w:p>
            <w:r>
              <w:rPr>
                <w:rFonts w:ascii="ＭＳ 明朝" w:hAnsi="ＭＳ 明朝"/>
                <w:sz w:val="19"/>
              </w:rPr>
              <w:t>月極駐車場 ／ 自宅車庫 ／ 資材置場等の空地 ／ その他（　　　　）</w:t>
            </w:r>
          </w:p>
        </w:tc>
      </w:tr>
      <w:tr>
        <w:tc>
          <w:tcPr>
            <w:tcW w:type="dxa" w:w="3402"/>
          </w:tcPr>
          <w:p>
            <w:r>
              <w:rPr>
                <w:rFonts w:ascii="ＭＳ 明朝" w:hAnsi="ＭＳ 明朝"/>
                <w:b/>
                <w:sz w:val="19"/>
              </w:rPr>
              <w:t>区画番号（ある場合）</w:t>
            </w:r>
          </w:p>
        </w:tc>
        <w:tc>
          <w:tcPr>
            <w:tcW w:type="dxa" w:w="5669"/>
          </w:tcPr>
          <w:p>
            <w:r>
              <w:rPr>
                <w:rFonts w:ascii="ＭＳ 明朝" w:hAnsi="ＭＳ 明朝"/>
                <w:sz w:val="19"/>
              </w:rPr>
            </w:r>
          </w:p>
        </w:tc>
      </w:tr>
      <w:tr>
        <w:tc>
          <w:tcPr>
            <w:tcW w:type="dxa" w:w="3402"/>
          </w:tcPr>
          <w:p>
            <w:r>
              <w:rPr>
                <w:rFonts w:ascii="ＭＳ 明朝" w:hAnsi="ＭＳ 明朝"/>
                <w:b/>
                <w:sz w:val="19"/>
              </w:rPr>
              <w:t>使用期間</w:t>
            </w:r>
          </w:p>
        </w:tc>
        <w:tc>
          <w:tcPr>
            <w:tcW w:type="dxa" w:w="5669"/>
          </w:tcPr>
          <w:p>
            <w:r>
              <w:rPr>
                <w:rFonts w:ascii="ＭＳ 明朝" w:hAnsi="ＭＳ 明朝"/>
                <w:sz w:val="19"/>
              </w:rPr>
              <w:t xml:space="preserve">　　　　年　　月　　日 ～ 　　　　年　　月　　日（または期間の定めなし）</w:t>
            </w:r>
          </w:p>
        </w:tc>
      </w:tr>
    </w:tbl>
    <w:p/>
    <w:p>
      <w:r>
        <w:rPr>
          <w:rFonts w:ascii="游ゴシック" w:hAnsi="游ゴシック"/>
          <w:b/>
          <w:color w:val="1A3A6B"/>
          <w:sz w:val="24"/>
        </w:rPr>
        <w:t>■ 使用者（申請者）</w:t>
      </w:r>
    </w:p>
    <w:tbl>
      <w:tblPr>
        <w:tblStyle w:val="TableGrid"/>
        <w:tblW w:type="auto" w:w="0"/>
        <w:tblLook w:firstColumn="1" w:firstRow="1" w:lastColumn="0" w:lastRow="0" w:noHBand="0" w:noVBand="1" w:val="04A0"/>
      </w:tblPr>
      <w:tblGrid>
        <w:gridCol w:w="4819"/>
        <w:gridCol w:w="4819"/>
      </w:tblGrid>
      <w:tr>
        <w:tc>
          <w:tcPr>
            <w:tcW w:type="dxa" w:w="3402"/>
          </w:tcPr>
          <w:p>
            <w:r>
              <w:rPr>
                <w:rFonts w:ascii="ＭＳ 明朝" w:hAnsi="ＭＳ 明朝"/>
                <w:b/>
                <w:sz w:val="19"/>
              </w:rPr>
              <w:t>住所</w:t>
            </w:r>
          </w:p>
        </w:tc>
        <w:tc>
          <w:tcPr>
            <w:tcW w:type="dxa" w:w="5669"/>
          </w:tcPr>
          <w:p>
            <w:r>
              <w:rPr>
                <w:rFonts w:ascii="ＭＳ 明朝" w:hAnsi="ＭＳ 明朝"/>
                <w:sz w:val="19"/>
              </w:rPr>
            </w:r>
          </w:p>
        </w:tc>
      </w:tr>
      <w:tr>
        <w:tc>
          <w:tcPr>
            <w:tcW w:type="dxa" w:w="3402"/>
          </w:tcPr>
          <w:p>
            <w:r>
              <w:rPr>
                <w:rFonts w:ascii="ＭＳ 明朝" w:hAnsi="ＭＳ 明朝"/>
                <w:b/>
                <w:sz w:val="19"/>
              </w:rPr>
              <w:t>氏名（法人の場合は名称・代表者名）</w:t>
            </w:r>
          </w:p>
        </w:tc>
        <w:tc>
          <w:tcPr>
            <w:tcW w:type="dxa" w:w="5669"/>
          </w:tcPr>
          <w:p>
            <w:r>
              <w:rPr>
                <w:rFonts w:ascii="ＭＳ 明朝" w:hAnsi="ＭＳ 明朝"/>
                <w:sz w:val="19"/>
              </w:rPr>
            </w:r>
          </w:p>
        </w:tc>
      </w:tr>
      <w:tr>
        <w:tc>
          <w:tcPr>
            <w:tcW w:type="dxa" w:w="3402"/>
          </w:tcPr>
          <w:p>
            <w:r>
              <w:rPr>
                <w:rFonts w:ascii="ＭＳ 明朝" w:hAnsi="ＭＳ 明朝"/>
                <w:b/>
                <w:sz w:val="19"/>
              </w:rPr>
              <w:t>使用の本拠の位置（自宅・営業所等）</w:t>
            </w:r>
          </w:p>
        </w:tc>
        <w:tc>
          <w:tcPr>
            <w:tcW w:type="dxa" w:w="5669"/>
          </w:tcPr>
          <w:p>
            <w:r>
              <w:rPr>
                <w:rFonts w:ascii="ＭＳ 明朝" w:hAnsi="ＭＳ 明朝"/>
                <w:sz w:val="19"/>
              </w:rPr>
            </w:r>
          </w:p>
        </w:tc>
      </w:tr>
      <w:tr>
        <w:tc>
          <w:tcPr>
            <w:tcW w:type="dxa" w:w="3402"/>
          </w:tcPr>
          <w:p>
            <w:r>
              <w:rPr>
                <w:rFonts w:ascii="ＭＳ 明朝" w:hAnsi="ＭＳ 明朝"/>
                <w:b/>
                <w:sz w:val="19"/>
              </w:rPr>
              <w:t>自動車登録番号（既に登録済みの場合）</w:t>
            </w:r>
          </w:p>
        </w:tc>
        <w:tc>
          <w:tcPr>
            <w:tcW w:type="dxa" w:w="5669"/>
          </w:tcPr>
          <w:p>
            <w:r>
              <w:rPr>
                <w:rFonts w:ascii="ＭＳ 明朝" w:hAnsi="ＭＳ 明朝"/>
                <w:sz w:val="19"/>
              </w:rPr>
            </w:r>
          </w:p>
        </w:tc>
      </w:tr>
      <w:tr>
        <w:tc>
          <w:tcPr>
            <w:tcW w:type="dxa" w:w="3402"/>
          </w:tcPr>
          <w:p>
            <w:r>
              <w:rPr>
                <w:rFonts w:ascii="ＭＳ 明朝" w:hAnsi="ＭＳ 明朝"/>
                <w:b/>
                <w:sz w:val="19"/>
              </w:rPr>
              <w:t>車名・型式</w:t>
            </w:r>
          </w:p>
        </w:tc>
        <w:tc>
          <w:tcPr>
            <w:tcW w:type="dxa" w:w="5669"/>
          </w:tcPr>
          <w:p>
            <w:r>
              <w:rPr>
                <w:rFonts w:ascii="ＭＳ 明朝" w:hAnsi="ＭＳ 明朝"/>
                <w:sz w:val="19"/>
              </w:rPr>
            </w:r>
          </w:p>
        </w:tc>
      </w:tr>
    </w:tbl>
    <w:p/>
    <w:p>
      <w:r>
        <w:rPr>
          <w:rFonts w:ascii="游ゴシック" w:hAnsi="游ゴシック"/>
          <w:b/>
          <w:color w:val="1A3A6B"/>
          <w:sz w:val="24"/>
        </w:rPr>
        <w:t>■ 承諾</w:t>
      </w:r>
    </w:p>
    <w:p>
      <w:r>
        <w:rPr>
          <w:rFonts w:ascii="ＭＳ 明朝" w:hAnsi="ＭＳ 明朝"/>
          <w:b w:val="0"/>
          <w:sz w:val="21"/>
        </w:rPr>
        <w:t>私は、上記使用者が上記保管場所を、上記自動車の保管場所として使用することを承諾します。</w:t>
      </w:r>
    </w:p>
    <w:p/>
    <w:p>
      <w:pPr>
        <w:jc w:val="right"/>
      </w:pPr>
      <w:r>
        <w:rPr>
          <w:rFonts w:ascii="ＭＳ 明朝" w:hAnsi="ＭＳ 明朝"/>
          <w:b w:val="0"/>
          <w:sz w:val="20"/>
        </w:rPr>
        <w:t xml:space="preserve">　　　　年　　月　　日</w:t>
      </w:r>
    </w:p>
    <w:p/>
    <w:p>
      <w:r>
        <w:rPr>
          <w:rFonts w:ascii="游ゴシック" w:hAnsi="游ゴシック"/>
          <w:b/>
          <w:color w:val="1A3A6B"/>
          <w:sz w:val="24"/>
        </w:rPr>
        <w:t>■ 保管場所の使用権原者（土地所有者・管理会社等）</w:t>
      </w:r>
    </w:p>
    <w:tbl>
      <w:tblPr>
        <w:tblStyle w:val="TableGrid"/>
        <w:tblW w:type="auto" w:w="0"/>
        <w:tblLook w:firstColumn="1" w:firstRow="1" w:lastColumn="0" w:lastRow="0" w:noHBand="0" w:noVBand="1" w:val="04A0"/>
      </w:tblPr>
      <w:tblGrid>
        <w:gridCol w:w="4819"/>
        <w:gridCol w:w="4819"/>
      </w:tblGrid>
      <w:tr>
        <w:tc>
          <w:tcPr>
            <w:tcW w:type="dxa" w:w="3685"/>
          </w:tcPr>
          <w:p>
            <w:r>
              <w:rPr>
                <w:rFonts w:ascii="ＭＳ 明朝" w:hAnsi="ＭＳ 明朝"/>
                <w:b/>
                <w:sz w:val="19"/>
              </w:rPr>
              <w:t>住所</w:t>
            </w:r>
          </w:p>
        </w:tc>
        <w:tc>
          <w:tcPr>
            <w:tcW w:type="dxa" w:w="5386"/>
          </w:tcPr>
          <w:p>
            <w:r>
              <w:rPr>
                <w:rFonts w:ascii="ＭＳ 明朝" w:hAnsi="ＭＳ 明朝"/>
                <w:sz w:val="19"/>
              </w:rPr>
            </w:r>
          </w:p>
        </w:tc>
      </w:tr>
      <w:tr>
        <w:tc>
          <w:tcPr>
            <w:tcW w:type="dxa" w:w="3685"/>
          </w:tcPr>
          <w:p>
            <w:r>
              <w:rPr>
                <w:rFonts w:ascii="ＭＳ 明朝" w:hAnsi="ＭＳ 明朝"/>
                <w:b/>
                <w:sz w:val="19"/>
              </w:rPr>
              <w:t>氏名または名称（法人の場合は代表者名）</w:t>
            </w:r>
          </w:p>
        </w:tc>
        <w:tc>
          <w:tcPr>
            <w:tcW w:type="dxa" w:w="5386"/>
          </w:tcPr>
          <w:p>
            <w:r>
              <w:rPr>
                <w:rFonts w:ascii="ＭＳ 明朝" w:hAnsi="ＭＳ 明朝"/>
                <w:sz w:val="19"/>
              </w:rPr>
            </w:r>
          </w:p>
        </w:tc>
      </w:tr>
      <w:tr>
        <w:tc>
          <w:tcPr>
            <w:tcW w:type="dxa" w:w="3685"/>
          </w:tcPr>
          <w:p>
            <w:r>
              <w:rPr>
                <w:rFonts w:ascii="ＭＳ 明朝" w:hAnsi="ＭＳ 明朝"/>
                <w:b/>
                <w:sz w:val="19"/>
              </w:rPr>
              <w:t>電話番号</w:t>
            </w:r>
          </w:p>
        </w:tc>
        <w:tc>
          <w:tcPr>
            <w:tcW w:type="dxa" w:w="5386"/>
          </w:tcPr>
          <w:p>
            <w:r>
              <w:rPr>
                <w:rFonts w:ascii="ＭＳ 明朝" w:hAnsi="ＭＳ 明朝"/>
                <w:sz w:val="19"/>
              </w:rPr>
            </w:r>
          </w:p>
        </w:tc>
      </w:tr>
      <w:tr>
        <w:tc>
          <w:tcPr>
            <w:tcW w:type="dxa" w:w="3685"/>
          </w:tcPr>
          <w:p>
            <w:r>
              <w:rPr>
                <w:rFonts w:ascii="ＭＳ 明朝" w:hAnsi="ＭＳ 明朝"/>
                <w:b/>
                <w:sz w:val="19"/>
              </w:rPr>
              <w:t>土地・車庫との関係</w:t>
            </w:r>
          </w:p>
        </w:tc>
        <w:tc>
          <w:tcPr>
            <w:tcW w:type="dxa" w:w="5386"/>
          </w:tcPr>
          <w:p>
            <w:r>
              <w:rPr>
                <w:rFonts w:ascii="ＭＳ 明朝" w:hAnsi="ＭＳ 明朝"/>
                <w:sz w:val="19"/>
              </w:rPr>
              <w:t>所有者 ／ 管理を委託されている不動産会社・駐車場運営会社 ／ その他（　　　　）</w:t>
            </w:r>
          </w:p>
        </w:tc>
      </w:tr>
    </w:tbl>
    <w:p/>
    <w:p>
      <w:r>
        <w:rPr>
          <w:rFonts w:ascii="ＭＳ 明朝" w:hAnsi="ＭＳ 明朝"/>
          <w:b w:val="0"/>
          <w:sz w:val="22"/>
        </w:rPr>
        <w:t>署名・押印：　　　　　　　　　　　　　　　　㊞</w:t>
      </w:r>
    </w:p>
    <w:p/>
    <w:p/>
    <w:p>
      <w:r>
        <w:br w:type="page"/>
      </w:r>
    </w:p>
    <w:p>
      <w:pPr>
        <w:jc w:val="center"/>
      </w:pPr>
      <w:r>
        <w:rPr>
          <w:rFonts w:ascii="游ゴシック" w:hAnsi="游ゴシック"/>
          <w:b/>
          <w:sz w:val="36"/>
        </w:rPr>
        <w:t>自認書（自己所有地を保管場所とする場合）</w:t>
      </w:r>
    </w:p>
    <w:p/>
    <w:p>
      <w:r>
        <w:rPr>
          <w:rFonts w:ascii="ＭＳ 明朝" w:hAnsi="ＭＳ 明朝"/>
          <w:b w:val="0"/>
          <w:sz w:val="18"/>
        </w:rPr>
        <w:t>保管場所（車庫）が申請者自身の所有する土地・建物である場合に使用する様式です。第三者の土地を借りる場合は1ページ目の「保管場所使用承諾証明書」を使用してください。</w:t>
      </w:r>
    </w:p>
    <w:p/>
    <w:tbl>
      <w:tblPr>
        <w:tblStyle w:val="TableGrid"/>
        <w:tblW w:type="auto" w:w="0"/>
        <w:tblLook w:firstColumn="1" w:firstRow="1" w:lastColumn="0" w:lastRow="0" w:noHBand="0" w:noVBand="1" w:val="04A0"/>
      </w:tblPr>
      <w:tblGrid>
        <w:gridCol w:w="4819"/>
        <w:gridCol w:w="4819"/>
      </w:tblGrid>
      <w:tr>
        <w:tc>
          <w:tcPr>
            <w:tcW w:type="dxa" w:w="3685"/>
          </w:tcPr>
          <w:p>
            <w:r>
              <w:rPr>
                <w:rFonts w:ascii="ＭＳ 明朝" w:hAnsi="ＭＳ 明朝"/>
                <w:b/>
                <w:sz w:val="19"/>
              </w:rPr>
              <w:t>保管場所の位置（所在地）</w:t>
            </w:r>
          </w:p>
        </w:tc>
        <w:tc>
          <w:tcPr>
            <w:tcW w:type="dxa" w:w="5386"/>
          </w:tcPr>
          <w:p>
            <w:r>
              <w:rPr>
                <w:rFonts w:ascii="ＭＳ 明朝" w:hAnsi="ＭＳ 明朝"/>
                <w:sz w:val="19"/>
              </w:rPr>
            </w:r>
          </w:p>
        </w:tc>
      </w:tr>
      <w:tr>
        <w:tc>
          <w:tcPr>
            <w:tcW w:type="dxa" w:w="3685"/>
          </w:tcPr>
          <w:p>
            <w:r>
              <w:rPr>
                <w:rFonts w:ascii="ＭＳ 明朝" w:hAnsi="ＭＳ 明朝"/>
                <w:b/>
                <w:sz w:val="19"/>
              </w:rPr>
              <w:t>保管場所の形態</w:t>
            </w:r>
          </w:p>
        </w:tc>
        <w:tc>
          <w:tcPr>
            <w:tcW w:type="dxa" w:w="5386"/>
          </w:tcPr>
          <w:p>
            <w:r>
              <w:rPr>
                <w:rFonts w:ascii="ＭＳ 明朝" w:hAnsi="ＭＳ 明朝"/>
                <w:sz w:val="19"/>
              </w:rPr>
              <w:t>自宅車庫 ／ 自己所有の空地 ／ その他（　　　　）</w:t>
            </w:r>
          </w:p>
        </w:tc>
      </w:tr>
      <w:tr>
        <w:tc>
          <w:tcPr>
            <w:tcW w:type="dxa" w:w="3685"/>
          </w:tcPr>
          <w:p>
            <w:r>
              <w:rPr>
                <w:rFonts w:ascii="ＭＳ 明朝" w:hAnsi="ＭＳ 明朝"/>
                <w:b/>
                <w:sz w:val="19"/>
              </w:rPr>
              <w:t>使用者（申請者）住所</w:t>
            </w:r>
          </w:p>
        </w:tc>
        <w:tc>
          <w:tcPr>
            <w:tcW w:type="dxa" w:w="5386"/>
          </w:tcPr>
          <w:p>
            <w:r>
              <w:rPr>
                <w:rFonts w:ascii="ＭＳ 明朝" w:hAnsi="ＭＳ 明朝"/>
                <w:sz w:val="19"/>
              </w:rPr>
            </w:r>
          </w:p>
        </w:tc>
      </w:tr>
      <w:tr>
        <w:tc>
          <w:tcPr>
            <w:tcW w:type="dxa" w:w="3685"/>
          </w:tcPr>
          <w:p>
            <w:r>
              <w:rPr>
                <w:rFonts w:ascii="ＭＳ 明朝" w:hAnsi="ＭＳ 明朝"/>
                <w:b/>
                <w:sz w:val="19"/>
              </w:rPr>
              <w:t>使用者（申請者）氏名</w:t>
            </w:r>
          </w:p>
        </w:tc>
        <w:tc>
          <w:tcPr>
            <w:tcW w:type="dxa" w:w="5386"/>
          </w:tcPr>
          <w:p>
            <w:r>
              <w:rPr>
                <w:rFonts w:ascii="ＭＳ 明朝" w:hAnsi="ＭＳ 明朝"/>
                <w:sz w:val="19"/>
              </w:rPr>
            </w:r>
          </w:p>
        </w:tc>
      </w:tr>
    </w:tbl>
    <w:p/>
    <w:p>
      <w:r>
        <w:rPr>
          <w:rFonts w:ascii="ＭＳ 明朝" w:hAnsi="ＭＳ 明朝"/>
          <w:b w:val="0"/>
          <w:sz w:val="21"/>
        </w:rPr>
        <w:t>私は、上記保管場所が自己の所有に係るものであり、上記自動車の保管場所として使用することに相違ないことを申し立てます。</w:t>
      </w:r>
    </w:p>
    <w:p/>
    <w:p>
      <w:pPr>
        <w:jc w:val="right"/>
      </w:pPr>
      <w:r>
        <w:rPr>
          <w:rFonts w:ascii="ＭＳ 明朝" w:hAnsi="ＭＳ 明朝"/>
          <w:b w:val="0"/>
          <w:sz w:val="20"/>
        </w:rPr>
        <w:t xml:space="preserve">　　　　年　　月　　日</w:t>
      </w:r>
    </w:p>
    <w:p/>
    <w:p>
      <w:r>
        <w:rPr>
          <w:rFonts w:ascii="ＭＳ 明朝" w:hAnsi="ＭＳ 明朝"/>
          <w:b w:val="0"/>
          <w:sz w:val="22"/>
        </w:rPr>
        <w:t>署名・押印：　　　　　　　　　　　　　　　　㊞</w:t>
      </w:r>
    </w:p>
    <w:p/>
    <w:p>
      <w:r>
        <w:rPr>
          <w:rFonts w:ascii="ＭＳ 明朝" w:hAnsi="ＭＳ 明朝"/>
          <w:b w:val="0"/>
          <w:color w:val="606060"/>
          <w:sz w:val="17"/>
        </w:rPr>
        <w:t>【法的根拠】自動車の保管場所の確保等に関する法律第3条（保管場所の確保義務）・第4条第1項（保管場所の確保を証する書面の提出義務）</w:t>
      </w:r>
    </w:p>
    <w:p>
      <w:r>
        <w:rPr>
          <w:rFonts w:ascii="ＭＳ 明朝" w:hAnsi="ＭＳ 明朝"/>
          <w:b w:val="0"/>
          <w:color w:val="606060"/>
          <w:sz w:val="17"/>
        </w:rPr>
        <w:t>同法施行規則第1条第2項第1号（保管場所として使用する権原を有することを疎明する書面）</w:t>
      </w:r>
    </w:p>
    <w:p>
      <w:r>
        <w:rPr>
          <w:rFonts w:ascii="ＭＳ 明朝" w:hAnsi="ＭＳ 明朝"/>
          <w:b w:val="0"/>
          <w:color w:val="606060"/>
          <w:sz w:val="17"/>
        </w:rPr>
        <w:t>出典: e-Gov法令検索 https://elaws.e-gov.go.jp/document?lawid=337AC0000000145</w:t>
      </w:r>
    </w:p>
    <w:p>
      <w:r>
        <w:rPr>
          <w:rFonts w:ascii="ＭＳ 明朝" w:hAnsi="ＭＳ 明朝"/>
          <w:b w:val="0"/>
          <w:color w:val="606060"/>
          <w:sz w:val="17"/>
        </w:rPr>
        <w:t>様式は都道府県警察・提出先運輸支局により指定様式がある場合があります。提出前に管轄警察署・運輸支局のホームページで最新様式をご確認ください。</w:t>
      </w:r>
    </w:p>
    <w:p>
      <w:r>
        <w:rPr>
          <w:rFonts w:ascii="ＭＳ 明朝" w:hAnsi="ＭＳ 明朝"/>
          <w:b w:val="0"/>
          <w:color w:val="606060"/>
          <w:sz w:val="17"/>
        </w:rPr>
        <w:t>本書は一般的な情報提供を目的とするテンプレートです。法的助言を構成するものではありません。</w:t>
      </w:r>
    </w:p>
    <w:p>
      <w:r>
        <w:rPr>
          <w:rFonts w:ascii="ＭＳ 明朝" w:hAnsi="ＭＳ 明朝"/>
          <w:b w:val="0"/>
          <w:color w:val="606060"/>
          <w:sz w:val="17"/>
        </w:rPr>
        <w:t>様式は事業者・自治体・警察署ごとに指定書式がある場合があります。提出前に必ず提出先へご確認ください。</w:t>
      </w:r>
    </w:p>
    <w:sectPr w:rsidR="00FC693F" w:rsidRPr="0006063C" w:rsidSect="00034616">
      <w:pgSz w:w="11906" w:h="16838"/>
      <w:pgMar w:top="1417" w:right="1134" w:bottom="141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