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  <w:trHeight w:val="482" w:hRule="atLeast"/>
        </w:trPr>
        <w:tc>
          <w:tcPr>
            <w:tcW w:type="dxa" w:w="6576"/>
            <w:gridSpan w:val="4"/>
            <w:shd w:val="clear" w:color="auto" w:fill="1B3A5C"/>
            <w:vAlign w:val="center"/>
            <w:tcMar>
              <w:top w:w="28" w:type="dxa"/>
              <w:bottom w:w="28" w:type="dxa"/>
              <w:left w:w="170" w:type="dxa"/>
              <w:right w:w="57" w:type="dxa"/>
            </w:tcMar>
          </w:tcPr>
          <w:p>
            <w:pPr>
              <w:pStyle w:val="Heading1"/>
              <w:spacing w:before="0" w:after="0" w:line="442" w:lineRule="exact"/>
              <w:jc w:val="left"/>
            </w:pPr>
            <w:r>
              <w:rPr>
                <w:rFonts w:ascii="Yu Mincho" w:hAnsi="Yu Mincho" w:eastAsia="Yu Mincho"/>
                <w:b/>
                <w:i w:val="0"/>
                <w:color w:val="FFFFFF"/>
                <w:sz w:val="34"/>
              </w:rPr>
              <w:t>領 収 書</w:t>
            </w:r>
          </w:p>
        </w:tc>
        <w:tc>
          <w:tcPr>
            <w:tcW w:type="dxa" w:w="3288"/>
            <w:gridSpan w:val="2"/>
            <w:shd w:val="clear" w:color="auto" w:fill="1B3A5C"/>
            <w:vAlign w:val="center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0" w:line="274" w:lineRule="exact"/>
              <w:jc w:val="righ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21"/>
              </w:rPr>
              <w:t xml:space="preserve">No.　　　　　</w:t>
            </w:r>
          </w:p>
        </w:tc>
      </w:tr>
      <w:tr>
        <w:trPr>
          <w:cantSplit/>
          <w:trHeight w:val="283" w:hRule="atLeast"/>
        </w:trPr>
        <w:tc>
          <w:tcPr>
            <w:tcW w:type="dxa" w:w="9864"/>
            <w:gridSpan w:val="6"/>
            <w:tcMar>
              <w:top w:w="11" w:type="dxa"/>
              <w:bottom w:w="11" w:type="dxa"/>
              <w:left w:w="85" w:type="dxa"/>
              <w:right w:w="85" w:type="dxa"/>
            </w:tcMar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454" w:hRule="atLeast"/>
        </w:trPr>
        <w:tc>
          <w:tcPr>
            <w:tcW w:type="dxa" w:w="9864"/>
            <w:gridSpan w:val="6"/>
            <w:tcBorders>
              <w:top w:val="nil"/>
              <w:bottom w:val="single" w:sz="10" w:space="0" w:color="1B3A5C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8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22"/>
              </w:rPr>
              <w:t>宛名　　　　　　　　　　　　　　　　　　　　　　　　 様（御中）</w:t>
            </w:r>
          </w:p>
        </w:tc>
      </w:tr>
      <w:tr>
        <w:trPr>
          <w:cantSplit/>
          <w:trHeight w:val="595" w:hRule="atLeast"/>
        </w:trPr>
        <w:tc>
          <w:tcPr>
            <w:tcW w:type="dxa" w:w="9864"/>
            <w:gridSpan w:val="6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  <w:vAlign w:val="center"/>
          </w:tcPr>
          <w:p>
            <w:pPr>
              <w:spacing w:before="0" w:after="0" w:line="52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40"/>
              </w:rPr>
              <w:t>金額　￥　　　　　　　　　　　　　　　　－</w:t>
            </w:r>
          </w:p>
        </w:tc>
      </w:tr>
      <w:tr>
        <w:trPr>
          <w:cantSplit/>
          <w:trHeight w:val="567" w:hRule="atLeast"/>
        </w:trPr>
        <w:tc>
          <w:tcPr>
            <w:tcW w:type="dxa" w:w="9864"/>
            <w:gridSpan w:val="6"/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60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但し　　　　　　　　　　　　　　　　　　　　　　　として</w:t>
            </w:r>
          </w:p>
        </w:tc>
      </w:tr>
      <w:tr>
        <w:trPr>
          <w:cantSplit/>
          <w:trHeight w:val="283" w:hRule="atLeast"/>
        </w:trPr>
        <w:tc>
          <w:tcPr>
            <w:tcW w:type="dxa" w:w="9864"/>
            <w:gridSpan w:val="6"/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上記正に領収いたしました。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税率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税抜金額（円）</w:t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消費税額（円）</w:t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税込金額（円）</w:t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☐ ＿＿%対象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☐ ＿＿%対象（軽減税率）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課税対象外（入湯税など）</w:t>
            </w:r>
          </w:p>
        </w:tc>
        <w:tc>
          <w:tcPr>
            <w:tcW w:type="dxa" w:w="6576"/>
            <w:gridSpan w:val="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dashed" w:sz="6" w:space="0" w:color="66707A"/>
              <w:bottom w:val="nil"/>
              <w:left w:val="dashed" w:sz="6" w:space="0" w:color="66707A"/>
              <w:right w:val="dashed" w:sz="6" w:space="0" w:color="66707A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収入印紙 貼付欄</w:t>
            </w:r>
          </w:p>
        </w:tc>
        <w:tc>
          <w:tcPr>
            <w:tcW w:type="dxa" w:w="6576"/>
            <w:gridSpan w:val="4"/>
            <w:tcBorders>
              <w:top w:val="nil"/>
              <w:bottom w:val="single" w:sz="4" w:space="0" w:color="B9C4CF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86" w:lineRule="exact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2"/>
              </w:rPr>
              <w:t xml:space="preserve">発行者　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nil"/>
              <w:bottom w:val="nil"/>
              <w:left w:val="dashed" w:sz="6" w:space="0" w:color="66707A"/>
              <w:right w:val="dashed" w:sz="6" w:space="0" w:color="66707A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</w:r>
          </w:p>
        </w:tc>
        <w:tc>
          <w:tcPr>
            <w:tcW w:type="dxa" w:w="6576"/>
            <w:gridSpan w:val="4"/>
            <w:tcBorders>
              <w:top w:val="nil"/>
              <w:bottom w:val="single" w:sz="4" w:space="0" w:color="B9C4CF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34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住所　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nil"/>
              <w:bottom w:val="dashed" w:sz="6" w:space="0" w:color="66707A"/>
              <w:left w:val="dashed" w:sz="6" w:space="0" w:color="66707A"/>
              <w:right w:val="dashed" w:sz="6" w:space="0" w:color="66707A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</w:r>
          </w:p>
        </w:tc>
        <w:tc>
          <w:tcPr>
            <w:tcW w:type="dxa" w:w="6576"/>
            <w:gridSpan w:val="4"/>
            <w:tcBorders>
              <w:top w:val="nil"/>
              <w:bottom w:val="nil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 xml:space="preserve">登録番号　T　　　　　　　　　　　</w:t>
            </w:r>
          </w:p>
        </w:tc>
      </w:tr>
      <w:tr>
        <w:trPr>
          <w:cantSplit/>
          <w:trHeight w:val="454" w:hRule="atLeast"/>
        </w:trPr>
        <w:tc>
          <w:tcPr>
            <w:tcW w:type="dxa" w:w="9864"/>
            <w:gridSpan w:val="6"/>
            <w:tcBorders>
              <w:top w:val="single" w:sz="4" w:space="0" w:color="B9C4CF"/>
              <w:bottom w:val="nil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支払方法　☐ 現金　☐ 銀行振込　☐ クレジットカード利用　☐ その他（　　　　）</w:t>
            </w:r>
          </w:p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☐ 再発行（元の領収書　　　年　　月　　日付）</w:t>
            </w:r>
          </w:p>
        </w:tc>
      </w:tr>
    </w:tbl>
    <w:p>
      <w:pPr>
        <w:spacing w:before="80" w:after="80"/>
        <w:jc w:val="center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✂ - - - - - - - - - - - - - - - - 切り取り線 - - - - - - - - - - - - - - - -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  <w:trHeight w:val="482" w:hRule="atLeast"/>
        </w:trPr>
        <w:tc>
          <w:tcPr>
            <w:tcW w:type="dxa" w:w="6576"/>
            <w:gridSpan w:val="4"/>
            <w:shd w:val="clear" w:color="auto" w:fill="1B3A5C"/>
            <w:vAlign w:val="center"/>
            <w:tcMar>
              <w:top w:w="28" w:type="dxa"/>
              <w:bottom w:w="28" w:type="dxa"/>
              <w:left w:w="170" w:type="dxa"/>
              <w:right w:w="57" w:type="dxa"/>
            </w:tcMar>
          </w:tcPr>
          <w:p>
            <w:pPr>
              <w:pStyle w:val="Heading1"/>
              <w:spacing w:before="0" w:after="0" w:line="442" w:lineRule="exact"/>
              <w:jc w:val="left"/>
            </w:pPr>
            <w:r>
              <w:rPr>
                <w:rFonts w:ascii="Yu Mincho" w:hAnsi="Yu Mincho" w:eastAsia="Yu Mincho"/>
                <w:b/>
                <w:i w:val="0"/>
                <w:color w:val="FFFFFF"/>
                <w:sz w:val="34"/>
              </w:rPr>
              <w:t>領 収 書　控</w:t>
            </w:r>
          </w:p>
        </w:tc>
        <w:tc>
          <w:tcPr>
            <w:tcW w:type="dxa" w:w="3288"/>
            <w:gridSpan w:val="2"/>
            <w:shd w:val="clear" w:color="auto" w:fill="1B3A5C"/>
            <w:vAlign w:val="center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0" w:line="274" w:lineRule="exact"/>
              <w:jc w:val="righ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21"/>
              </w:rPr>
              <w:t xml:space="preserve">No.　　　　　</w:t>
            </w:r>
          </w:p>
        </w:tc>
      </w:tr>
      <w:tr>
        <w:trPr>
          <w:cantSplit/>
          <w:trHeight w:val="283" w:hRule="atLeast"/>
        </w:trPr>
        <w:tc>
          <w:tcPr>
            <w:tcW w:type="dxa" w:w="9864"/>
            <w:gridSpan w:val="6"/>
            <w:tcMar>
              <w:top w:w="11" w:type="dxa"/>
              <w:bottom w:w="11" w:type="dxa"/>
              <w:left w:w="85" w:type="dxa"/>
              <w:right w:w="85" w:type="dxa"/>
            </w:tcMar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454" w:hRule="atLeast"/>
        </w:trPr>
        <w:tc>
          <w:tcPr>
            <w:tcW w:type="dxa" w:w="9864"/>
            <w:gridSpan w:val="6"/>
            <w:tcBorders>
              <w:top w:val="nil"/>
              <w:bottom w:val="single" w:sz="10" w:space="0" w:color="1B3A5C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8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22"/>
              </w:rPr>
              <w:t>宛名　　　　　　　　　　　　　　　　　　　　　　　　 様（御中）</w:t>
            </w:r>
          </w:p>
        </w:tc>
      </w:tr>
      <w:tr>
        <w:trPr>
          <w:cantSplit/>
          <w:trHeight w:val="595" w:hRule="atLeast"/>
        </w:trPr>
        <w:tc>
          <w:tcPr>
            <w:tcW w:type="dxa" w:w="9864"/>
            <w:gridSpan w:val="6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  <w:vAlign w:val="center"/>
          </w:tcPr>
          <w:p>
            <w:pPr>
              <w:spacing w:before="0" w:after="0" w:line="52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40"/>
              </w:rPr>
              <w:t>金額　￥　　　　　　　　　　　　　　　　－</w:t>
            </w:r>
          </w:p>
        </w:tc>
      </w:tr>
      <w:tr>
        <w:trPr>
          <w:cantSplit/>
          <w:trHeight w:val="567" w:hRule="atLeast"/>
        </w:trPr>
        <w:tc>
          <w:tcPr>
            <w:tcW w:type="dxa" w:w="9864"/>
            <w:gridSpan w:val="6"/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60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但し　　　　　　　　　　　　　　　　　　　　　　　として</w:t>
            </w:r>
          </w:p>
        </w:tc>
      </w:tr>
      <w:tr>
        <w:trPr>
          <w:cantSplit/>
          <w:trHeight w:val="283" w:hRule="atLeast"/>
        </w:trPr>
        <w:tc>
          <w:tcPr>
            <w:tcW w:type="dxa" w:w="9864"/>
            <w:gridSpan w:val="6"/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上記正に領収いたしました。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税率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税抜金額（円）</w:t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消費税額（円）</w:t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税込金額（円）</w:t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☐ ＿＿%対象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☐ ＿＿%対象（軽減税率）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164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課税対象外（入湯税など）</w:t>
            </w:r>
          </w:p>
        </w:tc>
        <w:tc>
          <w:tcPr>
            <w:tcW w:type="dxa" w:w="6576"/>
            <w:gridSpan w:val="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</w:r>
          </w:p>
        </w:tc>
        <w:tc>
          <w:tcPr>
            <w:tcW w:type="dxa" w:w="6576"/>
            <w:gridSpan w:val="4"/>
            <w:tcBorders>
              <w:top w:val="nil"/>
              <w:bottom w:val="single" w:sz="4" w:space="0" w:color="B9C4CF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86" w:lineRule="exact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2"/>
              </w:rPr>
              <w:t xml:space="preserve">発行者　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</w:r>
          </w:p>
        </w:tc>
        <w:tc>
          <w:tcPr>
            <w:tcW w:type="dxa" w:w="6576"/>
            <w:gridSpan w:val="4"/>
            <w:tcBorders>
              <w:top w:val="nil"/>
              <w:bottom w:val="single" w:sz="4" w:space="0" w:color="B9C4CF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34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住所　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</w:r>
          </w:p>
        </w:tc>
        <w:tc>
          <w:tcPr>
            <w:tcW w:type="dxa" w:w="6576"/>
            <w:gridSpan w:val="4"/>
            <w:tcBorders>
              <w:top w:val="nil"/>
              <w:bottom w:val="nil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 xml:space="preserve">登録番号　T　　　　　　　　　　　</w:t>
            </w:r>
          </w:p>
        </w:tc>
      </w:tr>
      <w:tr>
        <w:trPr>
          <w:cantSplit/>
          <w:trHeight w:val="454" w:hRule="atLeast"/>
        </w:trPr>
        <w:tc>
          <w:tcPr>
            <w:tcW w:type="dxa" w:w="9864"/>
            <w:gridSpan w:val="6"/>
            <w:tcBorders>
              <w:top w:val="single" w:sz="4" w:space="0" w:color="B9C4CF"/>
              <w:bottom w:val="nil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支払方法　☐ 現金　☐ 銀行振込　☐ クレジットカード利用　☐ その他（　　　　）</w:t>
            </w:r>
          </w:p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☐ 再発行（元の領収書　　　年　　月　　日付）</w:t>
            </w:r>
          </w:p>
        </w:tc>
      </w:tr>
    </w:tbl>
    <w:p>
      <w:pPr>
        <w:spacing w:before="0" w:after="0" w:line="28" w:lineRule="exact"/>
      </w:pPr>
      <w:r>
        <w:br w:type="page"/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  <w:trHeight w:val="482" w:hRule="atLeast"/>
        </w:trPr>
        <w:tc>
          <w:tcPr>
            <w:tcW w:type="dxa" w:w="6576"/>
            <w:gridSpan w:val="4"/>
            <w:shd w:val="clear" w:color="auto" w:fill="1B3A5C"/>
            <w:vAlign w:val="center"/>
            <w:tcMar>
              <w:top w:w="28" w:type="dxa"/>
              <w:bottom w:w="28" w:type="dxa"/>
              <w:left w:w="170" w:type="dxa"/>
              <w:right w:w="57" w:type="dxa"/>
            </w:tcMar>
          </w:tcPr>
          <w:p>
            <w:pPr>
              <w:pStyle w:val="Heading1"/>
              <w:spacing w:before="0" w:after="0" w:line="442" w:lineRule="exact"/>
              <w:jc w:val="left"/>
            </w:pPr>
            <w:r>
              <w:rPr>
                <w:rFonts w:ascii="Yu Mincho" w:hAnsi="Yu Mincho" w:eastAsia="Yu Mincho"/>
                <w:b/>
                <w:i w:val="0"/>
                <w:color w:val="FFFFFF"/>
                <w:sz w:val="34"/>
              </w:rPr>
              <w:t>領 収 書</w:t>
            </w:r>
          </w:p>
        </w:tc>
        <w:tc>
          <w:tcPr>
            <w:tcW w:type="dxa" w:w="3288"/>
            <w:gridSpan w:val="2"/>
            <w:shd w:val="clear" w:color="auto" w:fill="1B3A5C"/>
            <w:vAlign w:val="center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0" w:line="274" w:lineRule="exact"/>
              <w:jc w:val="righ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21"/>
              </w:rPr>
              <w:t xml:space="preserve">No.　　　　　</w:t>
            </w:r>
          </w:p>
        </w:tc>
      </w:tr>
      <w:tr>
        <w:trPr>
          <w:cantSplit/>
          <w:trHeight w:val="283" w:hRule="atLeast"/>
        </w:trPr>
        <w:tc>
          <w:tcPr>
            <w:tcW w:type="dxa" w:w="9864"/>
            <w:gridSpan w:val="6"/>
            <w:tcMar>
              <w:top w:w="11" w:type="dxa"/>
              <w:bottom w:w="11" w:type="dxa"/>
              <w:left w:w="85" w:type="dxa"/>
              <w:right w:w="85" w:type="dxa"/>
            </w:tcMar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454" w:hRule="atLeast"/>
        </w:trPr>
        <w:tc>
          <w:tcPr>
            <w:tcW w:type="dxa" w:w="9864"/>
            <w:gridSpan w:val="6"/>
            <w:tcBorders>
              <w:top w:val="nil"/>
              <w:bottom w:val="single" w:sz="10" w:space="0" w:color="1B3A5C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31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4"/>
              </w:rPr>
              <w:t>上　様　　　☐ 宛名を書くとき（　　　　　　　　　　　　　　　　　）様</w:t>
            </w:r>
          </w:p>
        </w:tc>
      </w:tr>
      <w:tr>
        <w:trPr>
          <w:cantSplit/>
          <w:trHeight w:val="595" w:hRule="atLeast"/>
        </w:trPr>
        <w:tc>
          <w:tcPr>
            <w:tcW w:type="dxa" w:w="9864"/>
            <w:gridSpan w:val="6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  <w:vAlign w:val="center"/>
          </w:tcPr>
          <w:p>
            <w:pPr>
              <w:spacing w:before="0" w:after="0" w:line="52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40"/>
              </w:rPr>
              <w:t>金額　￥　　　　　　　　　　　　　　　　－</w:t>
            </w:r>
          </w:p>
        </w:tc>
      </w:tr>
      <w:tr>
        <w:trPr>
          <w:cantSplit/>
          <w:trHeight w:val="567" w:hRule="atLeast"/>
        </w:trPr>
        <w:tc>
          <w:tcPr>
            <w:tcW w:type="dxa" w:w="9864"/>
            <w:gridSpan w:val="6"/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60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但し　　　　　　　　　　　　　　　　　　　　　　　として</w:t>
            </w:r>
          </w:p>
        </w:tc>
      </w:tr>
      <w:tr>
        <w:trPr>
          <w:cantSplit/>
          <w:trHeight w:val="283" w:hRule="atLeast"/>
        </w:trPr>
        <w:tc>
          <w:tcPr>
            <w:tcW w:type="dxa" w:w="9864"/>
            <w:gridSpan w:val="6"/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上記正に領収いたしました。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適用税率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税込金額（円）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うち消費税額（円）</w:t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☐ ＿＿%対象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☐ ＿＿%対象（軽減税率）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課税対象外（入湯税など）</w:t>
            </w:r>
          </w:p>
        </w:tc>
        <w:tc>
          <w:tcPr>
            <w:tcW w:type="dxa" w:w="6576"/>
            <w:gridSpan w:val="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dashed" w:sz="6" w:space="0" w:color="66707A"/>
              <w:bottom w:val="nil"/>
              <w:left w:val="dashed" w:sz="6" w:space="0" w:color="66707A"/>
              <w:right w:val="dashed" w:sz="6" w:space="0" w:color="66707A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収入印紙 貼付欄</w:t>
            </w:r>
          </w:p>
        </w:tc>
        <w:tc>
          <w:tcPr>
            <w:tcW w:type="dxa" w:w="6576"/>
            <w:gridSpan w:val="4"/>
            <w:tcBorders>
              <w:top w:val="nil"/>
              <w:bottom w:val="single" w:sz="4" w:space="0" w:color="B9C4CF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86" w:lineRule="exact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2"/>
              </w:rPr>
              <w:t xml:space="preserve">発行者　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nil"/>
              <w:bottom w:val="nil"/>
              <w:left w:val="dashed" w:sz="6" w:space="0" w:color="66707A"/>
              <w:right w:val="dashed" w:sz="6" w:space="0" w:color="66707A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</w:r>
          </w:p>
        </w:tc>
        <w:tc>
          <w:tcPr>
            <w:tcW w:type="dxa" w:w="6576"/>
            <w:gridSpan w:val="4"/>
            <w:tcBorders>
              <w:top w:val="nil"/>
              <w:bottom w:val="single" w:sz="4" w:space="0" w:color="B9C4CF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34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住所　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nil"/>
              <w:bottom w:val="dashed" w:sz="6" w:space="0" w:color="66707A"/>
              <w:left w:val="dashed" w:sz="6" w:space="0" w:color="66707A"/>
              <w:right w:val="dashed" w:sz="6" w:space="0" w:color="66707A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</w:r>
          </w:p>
        </w:tc>
        <w:tc>
          <w:tcPr>
            <w:tcW w:type="dxa" w:w="6576"/>
            <w:gridSpan w:val="4"/>
            <w:tcBorders>
              <w:top w:val="nil"/>
              <w:bottom w:val="nil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 xml:space="preserve">登録番号　T　　　　　　　　　　　</w:t>
            </w:r>
          </w:p>
        </w:tc>
      </w:tr>
      <w:tr>
        <w:trPr>
          <w:cantSplit/>
          <w:trHeight w:val="454" w:hRule="atLeast"/>
        </w:trPr>
        <w:tc>
          <w:tcPr>
            <w:tcW w:type="dxa" w:w="9864"/>
            <w:gridSpan w:val="6"/>
            <w:tcBorders>
              <w:top w:val="single" w:sz="4" w:space="0" w:color="B9C4CF"/>
              <w:bottom w:val="nil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支払方法　☐ 現金　☐ 銀行振込　☐ クレジットカード利用　☐ その他（　　　　）</w:t>
            </w:r>
          </w:p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☐ 再発行（元の領収書　　　年　　月　　日付）</w:t>
            </w:r>
          </w:p>
        </w:tc>
      </w:tr>
    </w:tbl>
    <w:p>
      <w:pPr>
        <w:spacing w:before="80" w:after="80"/>
        <w:jc w:val="center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✂ - - - - - - - - - - - - - - - - 切り取り線 - - - - - - - - - - - - - - - -</w:t>
      </w:r>
    </w:p>
    <w:tbl>
      <w:tblPr>
        <w:tblW w:type="dxa" w:w="9865"/>
        <w:tblInd w:w="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cantSplit/>
          <w:trHeight w:val="482" w:hRule="atLeast"/>
        </w:trPr>
        <w:tc>
          <w:tcPr>
            <w:tcW w:type="dxa" w:w="6576"/>
            <w:gridSpan w:val="4"/>
            <w:shd w:val="clear" w:color="auto" w:fill="1B3A5C"/>
            <w:vAlign w:val="center"/>
            <w:tcMar>
              <w:top w:w="28" w:type="dxa"/>
              <w:bottom w:w="28" w:type="dxa"/>
              <w:left w:w="170" w:type="dxa"/>
              <w:right w:w="57" w:type="dxa"/>
            </w:tcMar>
          </w:tcPr>
          <w:p>
            <w:pPr>
              <w:pStyle w:val="Heading1"/>
              <w:spacing w:before="0" w:after="0" w:line="442" w:lineRule="exact"/>
              <w:jc w:val="left"/>
            </w:pPr>
            <w:r>
              <w:rPr>
                <w:rFonts w:ascii="Yu Mincho" w:hAnsi="Yu Mincho" w:eastAsia="Yu Mincho"/>
                <w:b/>
                <w:i w:val="0"/>
                <w:color w:val="FFFFFF"/>
                <w:sz w:val="34"/>
              </w:rPr>
              <w:t>領 収 書　控</w:t>
            </w:r>
          </w:p>
        </w:tc>
        <w:tc>
          <w:tcPr>
            <w:tcW w:type="dxa" w:w="3288"/>
            <w:gridSpan w:val="2"/>
            <w:shd w:val="clear" w:color="auto" w:fill="1B3A5C"/>
            <w:vAlign w:val="center"/>
            <w:tcMar>
              <w:top w:w="28" w:type="dxa"/>
              <w:bottom w:w="28" w:type="dxa"/>
              <w:left w:w="57" w:type="dxa"/>
              <w:right w:w="170" w:type="dxa"/>
            </w:tcMar>
          </w:tcPr>
          <w:p>
            <w:pPr>
              <w:spacing w:before="0" w:after="0" w:line="274" w:lineRule="exact"/>
              <w:jc w:val="right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21"/>
              </w:rPr>
              <w:t xml:space="preserve">No.　　　　　</w:t>
            </w:r>
          </w:p>
        </w:tc>
      </w:tr>
      <w:tr>
        <w:trPr>
          <w:cantSplit/>
          <w:trHeight w:val="283" w:hRule="atLeast"/>
        </w:trPr>
        <w:tc>
          <w:tcPr>
            <w:tcW w:type="dxa" w:w="9864"/>
            <w:gridSpan w:val="6"/>
            <w:tcMar>
              <w:top w:w="11" w:type="dxa"/>
              <w:bottom w:w="11" w:type="dxa"/>
              <w:left w:w="85" w:type="dxa"/>
              <w:right w:w="85" w:type="dxa"/>
            </w:tcMar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 xml:space="preserve">　　　　年　　月　　日</w:t>
            </w:r>
          </w:p>
        </w:tc>
      </w:tr>
      <w:tr>
        <w:trPr>
          <w:cantSplit/>
          <w:trHeight w:val="454" w:hRule="atLeast"/>
        </w:trPr>
        <w:tc>
          <w:tcPr>
            <w:tcW w:type="dxa" w:w="9864"/>
            <w:gridSpan w:val="6"/>
            <w:tcBorders>
              <w:top w:val="nil"/>
              <w:bottom w:val="single" w:sz="10" w:space="0" w:color="1B3A5C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31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4"/>
              </w:rPr>
              <w:t>上　様　　　☐ 宛名を書くとき（　　　　　　　　　　　　　　　　　）様</w:t>
            </w:r>
          </w:p>
        </w:tc>
      </w:tr>
      <w:tr>
        <w:trPr>
          <w:cantSplit/>
          <w:trHeight w:val="595" w:hRule="atLeast"/>
        </w:trPr>
        <w:tc>
          <w:tcPr>
            <w:tcW w:type="dxa" w:w="9864"/>
            <w:gridSpan w:val="6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  <w:vAlign w:val="center"/>
          </w:tcPr>
          <w:p>
            <w:pPr>
              <w:spacing w:before="0" w:after="0" w:line="520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40"/>
              </w:rPr>
              <w:t>金額　￥　　　　　　　　　　　　　　　　－</w:t>
            </w:r>
          </w:p>
        </w:tc>
      </w:tr>
      <w:tr>
        <w:trPr>
          <w:cantSplit/>
          <w:trHeight w:val="567" w:hRule="atLeast"/>
        </w:trPr>
        <w:tc>
          <w:tcPr>
            <w:tcW w:type="dxa" w:w="9864"/>
            <w:gridSpan w:val="6"/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60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但し　　　　　　　　　　　　　　　　　　　　　　　として</w:t>
            </w:r>
          </w:p>
        </w:tc>
      </w:tr>
      <w:tr>
        <w:trPr>
          <w:cantSplit/>
          <w:trHeight w:val="283" w:hRule="atLeast"/>
        </w:trPr>
        <w:tc>
          <w:tcPr>
            <w:tcW w:type="dxa" w:w="9864"/>
            <w:gridSpan w:val="6"/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上記正に領収いたしました。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適用税率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税込金額（円）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shd w:val="clear" w:color="auto" w:fill="F2F2EF"/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17"/>
              </w:rPr>
              <w:t>うち消費税額（円）</w:t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☐ ＿＿%対象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☐ ＿＿%対象（軽減税率）</w:t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312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課税対象外（入湯税など）</w:t>
            </w:r>
          </w:p>
        </w:tc>
        <w:tc>
          <w:tcPr>
            <w:tcW w:type="dxa" w:w="6576"/>
            <w:gridSpan w:val="4"/>
            <w:tcMar>
              <w:top w:w="11" w:type="dxa"/>
              <w:bottom w:w="11" w:type="dxa"/>
              <w:left w:w="85" w:type="dxa"/>
              <w:right w:w="85" w:type="dxa"/>
            </w:tcMar>
            <w:tcBorders>
              <w:top w:val="single" w:sz="4" w:space="0" w:color="B9C4CF"/>
              <w:bottom w:val="single" w:sz="4" w:space="0" w:color="B9C4CF"/>
              <w:left w:val="single" w:sz="4" w:space="0" w:color="B9C4CF"/>
              <w:right w:val="single" w:sz="4" w:space="0" w:color="B9C4CF"/>
            </w:tcBorders>
            <w:vAlign w:val="center"/>
          </w:tcPr>
          <w:p>
            <w:pPr>
              <w:spacing w:before="0" w:after="0" w:line="260" w:lineRule="exact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</w:r>
          </w:p>
        </w:tc>
        <w:tc>
          <w:tcPr>
            <w:tcW w:type="dxa" w:w="6576"/>
            <w:gridSpan w:val="4"/>
            <w:tcBorders>
              <w:top w:val="nil"/>
              <w:bottom w:val="single" w:sz="4" w:space="0" w:color="B9C4CF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86" w:lineRule="exact"/>
              <w:jc w:val="left"/>
            </w:pPr>
            <w:r>
              <w:rPr>
                <w:rFonts w:ascii="Yu Gothic" w:hAnsi="Yu Gothic" w:eastAsia="Yu Gothic"/>
                <w:b/>
                <w:i w:val="0"/>
                <w:color w:val="1A1A1A"/>
                <w:sz w:val="22"/>
              </w:rPr>
              <w:t xml:space="preserve">発行者　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</w:r>
          </w:p>
        </w:tc>
        <w:tc>
          <w:tcPr>
            <w:tcW w:type="dxa" w:w="6576"/>
            <w:gridSpan w:val="4"/>
            <w:tcBorders>
              <w:top w:val="nil"/>
              <w:bottom w:val="single" w:sz="4" w:space="0" w:color="B9C4CF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34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 xml:space="preserve">住所　</w:t>
            </w:r>
          </w:p>
        </w:tc>
      </w:tr>
      <w:tr>
        <w:trPr>
          <w:cantSplit/>
          <w:trHeight w:val="283" w:hRule="atLeast"/>
        </w:trPr>
        <w:tc>
          <w:tcPr>
            <w:tcW w:type="dxa" w:w="3288"/>
            <w:gridSpan w:val="2"/>
            <w:tcMar>
              <w:top w:w="11" w:type="dxa"/>
              <w:bottom w:w="11" w:type="dxa"/>
              <w:left w:w="85" w:type="dxa"/>
              <w:right w:w="85" w:type="dxa"/>
            </w:tcMar>
            <w:vAlign w:val="center"/>
          </w:tcPr>
          <w:p>
            <w:pPr>
              <w:spacing w:before="0" w:after="0" w:line="222" w:lineRule="exact"/>
              <w:jc w:val="center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</w:r>
          </w:p>
        </w:tc>
        <w:tc>
          <w:tcPr>
            <w:tcW w:type="dxa" w:w="6576"/>
            <w:gridSpan w:val="4"/>
            <w:tcBorders>
              <w:top w:val="nil"/>
              <w:bottom w:val="nil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46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 xml:space="preserve">登録番号　T　　　　　　　　　　　</w:t>
            </w:r>
          </w:p>
        </w:tc>
      </w:tr>
      <w:tr>
        <w:trPr>
          <w:cantSplit/>
          <w:trHeight w:val="454" w:hRule="atLeast"/>
        </w:trPr>
        <w:tc>
          <w:tcPr>
            <w:tcW w:type="dxa" w:w="9864"/>
            <w:gridSpan w:val="6"/>
            <w:tcBorders>
              <w:top w:val="single" w:sz="4" w:space="0" w:color="B9C4CF"/>
              <w:bottom w:val="nil"/>
              <w:left w:val="nil"/>
              <w:right w:val="nil"/>
            </w:tcBorders>
            <w:vAlign w:val="center"/>
            <w:tcMar>
              <w:top w:w="85" w:type="dxa"/>
              <w:bottom w:w="85" w:type="dxa"/>
              <w:left w:w="170" w:type="dxa"/>
              <w:right w:w="113" w:type="dxa"/>
            </w:tcMar>
          </w:tcPr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支払方法　☐ 現金　☐ 銀行振込　☐ クレジットカード利用　☐ その他（　　　　）</w:t>
            </w:r>
          </w:p>
          <w:p>
            <w:pPr>
              <w:spacing w:before="0" w:after="0" w:line="222" w:lineRule="exact"/>
              <w:jc w:val="left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7"/>
              </w:rPr>
              <w:t>☐ 再発行（元の領収書　　　年　　月　　日付）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850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0" w:after="0"/>
      <w:outlineLvl w:val="0"/>
    </w:pPr>
    <w:rPr>
      <w:rFonts w:cstheme="majorBidi" w:ascii="Yu Gothic" w:eastAsia="Yu Gothic" w:hAnsi="Yu Gothic"/>
      <w:b/>
      <w:bCs/>
      <w:color w:val="1B3A5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