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8617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878"/>
        <w:gridCol w:w="4740"/>
      </w:tblGrid>
      <w:tr>
        <w:trPr>
          <w:cantSplit/>
          <w:trHeight w:val="624" w:hRule="atLeast"/>
        </w:trPr>
        <w:tc>
          <w:tcPr>
            <w:tcW w:type="dxa" w:w="3878"/>
            <w:tcMar>
              <w:top w:w="0" w:type="dxa"/>
              <w:bottom w:w="28" w:type="dxa"/>
              <w:left w:w="113" w:type="dxa"/>
              <w:right w:w="113" w:type="dxa"/>
            </w:tcMar>
          </w:tcPr>
          <w:p>
            <w:pPr>
              <w:spacing w:after="0"/>
            </w:pPr>
            <w:r>
              <w:rPr>
                <w:rFonts w:ascii="Yu Mincho" w:hAnsi="Yu Mincho" w:eastAsia="Yu Mincho"/>
                <w:b/>
                <w:i w:val="0"/>
                <w:color w:val="1B3A5C"/>
                <w:sz w:val="40"/>
                <w:spacing w:val="60"/>
              </w:rPr>
              <w:t>履　歴　書</w:t>
            </w:r>
          </w:p>
        </w:tc>
        <w:tc>
          <w:tcPr>
            <w:tcW w:type="dxa" w:w="4740"/>
            <w:tcMar>
              <w:top w:w="0" w:type="dxa"/>
              <w:bottom w:w="28" w:type="dxa"/>
              <w:left w:w="113" w:type="dxa"/>
              <w:right w:w="113" w:type="dxa"/>
            </w:tcMar>
            <w:vAlign w:val="bottom"/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令和　　年　　月　　日現在</w:t>
            </w:r>
          </w:p>
        </w:tc>
      </w:tr>
    </w:tbl>
    <w:tbl>
      <w:tblPr>
        <w:tblW w:type="dxa" w:w="8617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474"/>
        <w:gridCol w:w="4535"/>
        <w:gridCol w:w="2608"/>
      </w:tblGrid>
      <w:tr>
        <w:trPr>
          <w:cantSplit/>
          <w:trHeight w:val="454" w:hRule="exact"/>
        </w:trPr>
        <w:tc>
          <w:tcPr>
            <w:tcW w:type="dxa" w:w="1474"/>
            <w:tcMar>
              <w:top w:w="28" w:type="dxa"/>
              <w:bottom w:w="28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8" w:space="0" w:color="1B3A5C"/>
              <w:bottom w:val="single" w:sz="4" w:space="0" w:color="1B3A5C"/>
              <w:left w:val="single" w:sz="8" w:space="0" w:color="1B3A5C"/>
              <w:right w:val="single" w:sz="4" w:space="0" w:color="1B3A5C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ふりがな</w:t>
            </w:r>
          </w:p>
        </w:tc>
        <w:tc>
          <w:tcPr>
            <w:tcW w:type="dxa" w:w="4535"/>
            <w:tcMar>
              <w:top w:w="28" w:type="dxa"/>
              <w:bottom w:w="28" w:type="dxa"/>
              <w:left w:w="113" w:type="dxa"/>
              <w:right w:w="113" w:type="dxa"/>
            </w:tcMar>
            <w:tcBorders>
              <w:top w:val="single" w:sz="8" w:space="0" w:color="1B3A5C"/>
              <w:bottom w:val="single" w:sz="4" w:space="0" w:color="1B3A5C"/>
              <w:left w:val="single" w:sz="4" w:space="0" w:color="1B3A5C"/>
              <w:right w:val="single" w:sz="4" w:space="0" w:color="1B3A5C"/>
            </w:tcBorders>
            <w:vAlign w:val="center"/>
          </w:tcPr>
          <w:p>
            <w:pPr>
              <w:spacing w:before="0" w:after="0"/>
              <w:ind w:left="170"/>
            </w:pPr>
          </w:p>
        </w:tc>
        <w:tc>
          <w:tcPr>
            <w:tcW w:type="dxa" w:w="2608"/>
            <w:vMerge w:val="restart"/>
            <w:tcMar>
              <w:top w:w="28" w:type="dxa"/>
              <w:bottom w:w="28" w:type="dxa"/>
              <w:left w:w="113" w:type="dxa"/>
              <w:right w:w="113" w:type="dxa"/>
            </w:tcMar>
            <w:tcBorders>
              <w:top w:val="single" w:sz="8" w:space="0" w:color="1B3A5C"/>
              <w:bottom w:val="nil"/>
              <w:left w:val="single" w:sz="4" w:space="0" w:color="1B3A5C"/>
              <w:right w:val="single" w:sz="8" w:space="0" w:color="1B3A5C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3"/>
              </w:rPr>
              <w:t>写真をはる位置</w:t>
            </w:r>
          </w:p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3"/>
              </w:rPr>
              <w:t>写真をはる必要がある場合</w:t>
            </w:r>
          </w:p>
          <w:p>
            <w:pPr>
              <w:spacing w:before="0" w:after="0"/>
              <w:jc w:val="center"/>
            </w:pPr>
          </w:p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3"/>
              </w:rPr>
              <w:t>1．縦36〜40mm</w:t>
            </w:r>
          </w:p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3"/>
              </w:rPr>
              <w:t>横24〜30mm</w:t>
            </w:r>
          </w:p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3"/>
              </w:rPr>
              <w:t>2．本人単身胸から上</w:t>
            </w:r>
          </w:p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3"/>
              </w:rPr>
              <w:t>3．裏面のりづけ</w:t>
            </w:r>
          </w:p>
        </w:tc>
      </w:tr>
      <w:tr>
        <w:trPr>
          <w:cantSplit/>
          <w:trHeight w:val="850" w:hRule="exact"/>
        </w:trPr>
        <w:tc>
          <w:tcPr>
            <w:tcW w:type="dxa" w:w="1474"/>
            <w:tcMar>
              <w:top w:w="28" w:type="dxa"/>
              <w:bottom w:w="28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4" w:space="0" w:color="1B3A5C"/>
              <w:bottom w:val="single" w:sz="4" w:space="0" w:color="1B3A5C"/>
              <w:left w:val="single" w:sz="8" w:space="0" w:color="1B3A5C"/>
              <w:right w:val="single" w:sz="4" w:space="0" w:color="1B3A5C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氏　名</w:t>
            </w:r>
          </w:p>
        </w:tc>
        <w:tc>
          <w:tcPr>
            <w:tcW w:type="dxa" w:w="4535"/>
            <w:tcMar>
              <w:top w:w="28" w:type="dxa"/>
              <w:bottom w:w="28" w:type="dxa"/>
              <w:left w:w="113" w:type="dxa"/>
              <w:right w:w="113" w:type="dxa"/>
            </w:tcMar>
            <w:tcBorders>
              <w:top w:val="single" w:sz="4" w:space="0" w:color="1B3A5C"/>
              <w:bottom w:val="single" w:sz="4" w:space="0" w:color="1B3A5C"/>
              <w:left w:val="single" w:sz="4" w:space="0" w:color="1B3A5C"/>
              <w:right w:val="single" w:sz="4" w:space="0" w:color="1B3A5C"/>
            </w:tcBorders>
            <w:vAlign w:val="center"/>
          </w:tcPr>
          <w:p>
            <w:pPr>
              <w:spacing w:before="0" w:after="0"/>
              <w:ind w:left="170"/>
            </w:pPr>
          </w:p>
        </w:tc>
        <w:tc>
          <w:tcPr>
            <w:tcW w:type="dxa" w:w="2608"/>
            <w:vMerge/>
            <w:tcMar>
              <w:top w:w="28" w:type="dxa"/>
              <w:bottom w:w="28" w:type="dxa"/>
              <w:left w:w="113" w:type="dxa"/>
              <w:right w:w="113" w:type="dxa"/>
            </w:tcMar>
            <w:tcBorders>
              <w:top w:val="nil"/>
              <w:bottom w:val="nil"/>
              <w:left w:val="single" w:sz="4" w:space="0" w:color="1B3A5C"/>
              <w:right w:val="single" w:sz="8" w:space="0" w:color="1B3A5C"/>
            </w:tcBorders>
          </w:tcPr>
          <w:p/>
        </w:tc>
      </w:tr>
      <w:tr>
        <w:trPr>
          <w:cantSplit/>
          <w:trHeight w:val="510" w:hRule="exact"/>
        </w:trPr>
        <w:tc>
          <w:tcPr>
            <w:tcW w:type="dxa" w:w="1474"/>
            <w:tcMar>
              <w:top w:w="28" w:type="dxa"/>
              <w:bottom w:w="28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4" w:space="0" w:color="1B3A5C"/>
              <w:bottom w:val="single" w:sz="4" w:space="0" w:color="1B3A5C"/>
              <w:left w:val="single" w:sz="8" w:space="0" w:color="1B3A5C"/>
              <w:right w:val="single" w:sz="4" w:space="0" w:color="1B3A5C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生年月日</w:t>
            </w:r>
          </w:p>
        </w:tc>
        <w:tc>
          <w:tcPr>
            <w:tcW w:type="dxa" w:w="4535"/>
            <w:tcMar>
              <w:top w:w="28" w:type="dxa"/>
              <w:bottom w:w="28" w:type="dxa"/>
              <w:left w:w="113" w:type="dxa"/>
              <w:right w:w="113" w:type="dxa"/>
            </w:tcMar>
            <w:tcBorders>
              <w:top w:val="single" w:sz="4" w:space="0" w:color="1B3A5C"/>
              <w:bottom w:val="single" w:sz="4" w:space="0" w:color="1B3A5C"/>
              <w:left w:val="single" w:sz="4" w:space="0" w:color="1B3A5C"/>
              <w:right w:val="single" w:sz="4" w:space="0" w:color="1B3A5C"/>
            </w:tcBorders>
            <w:vAlign w:val="center"/>
          </w:tcPr>
          <w:p>
            <w:pPr>
              <w:spacing w:before="0" w:after="0"/>
              <w:ind w:left="17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 xml:space="preserve">　　　　年　　　月　　　日生　（満　　　歳）</w:t>
            </w:r>
          </w:p>
        </w:tc>
        <w:tc>
          <w:tcPr>
            <w:tcW w:type="dxa" w:w="2608"/>
            <w:vMerge/>
            <w:tcMar>
              <w:top w:w="28" w:type="dxa"/>
              <w:bottom w:w="28" w:type="dxa"/>
              <w:left w:w="113" w:type="dxa"/>
              <w:right w:w="113" w:type="dxa"/>
            </w:tcMar>
            <w:tcBorders>
              <w:top w:val="nil"/>
              <w:bottom w:val="nil"/>
              <w:left w:val="single" w:sz="4" w:space="0" w:color="1B3A5C"/>
              <w:right w:val="single" w:sz="8" w:space="0" w:color="1B3A5C"/>
            </w:tcBorders>
          </w:tcPr>
          <w:p/>
        </w:tc>
      </w:tr>
      <w:tr>
        <w:trPr>
          <w:cantSplit/>
          <w:trHeight w:val="567" w:hRule="exact"/>
        </w:trPr>
        <w:tc>
          <w:tcPr>
            <w:tcW w:type="dxa" w:w="1474"/>
            <w:tcMar>
              <w:top w:w="28" w:type="dxa"/>
              <w:bottom w:w="28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4" w:space="0" w:color="1B3A5C"/>
              <w:bottom w:val="single" w:sz="8" w:space="0" w:color="1B3A5C"/>
              <w:left w:val="single" w:sz="8" w:space="0" w:color="1B3A5C"/>
              <w:right w:val="single" w:sz="4" w:space="0" w:color="1B3A5C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性　別</w:t>
            </w:r>
          </w:p>
        </w:tc>
        <w:tc>
          <w:tcPr>
            <w:tcW w:type="dxa" w:w="4535"/>
            <w:tcMar>
              <w:top w:w="28" w:type="dxa"/>
              <w:bottom w:w="28" w:type="dxa"/>
              <w:left w:w="113" w:type="dxa"/>
              <w:right w:w="113" w:type="dxa"/>
            </w:tcMar>
            <w:tcBorders>
              <w:top w:val="single" w:sz="4" w:space="0" w:color="1B3A5C"/>
              <w:bottom w:val="single" w:sz="8" w:space="0" w:color="1B3A5C"/>
              <w:left w:val="single" w:sz="4" w:space="0" w:color="1B3A5C"/>
              <w:right w:val="single" w:sz="4" w:space="0" w:color="1B3A5C"/>
            </w:tcBorders>
            <w:vAlign w:val="center"/>
          </w:tcPr>
          <w:p>
            <w:pPr>
              <w:spacing w:before="0" w:after="0"/>
              <w:ind w:left="170"/>
            </w:pPr>
            <w:r>
              <w:rPr>
                <w:rFonts w:ascii="Yu Gothic" w:hAnsi="Yu Gothic" w:eastAsia="Yu Gothic"/>
                <w:color w:val="66707A"/>
                <w:sz w:val="14"/>
              </w:rPr>
              <w:t>記載は任意です。未記載とすることも可能です。</w:t>
            </w:r>
          </w:p>
        </w:tc>
        <w:tc>
          <w:tcPr>
            <w:tcW w:type="dxa" w:w="2608"/>
            <w:vMerge/>
            <w:tcMar>
              <w:top w:w="28" w:type="dxa"/>
              <w:bottom w:w="28" w:type="dxa"/>
              <w:left w:w="113" w:type="dxa"/>
              <w:right w:w="113" w:type="dxa"/>
            </w:tcMar>
            <w:tcBorders>
              <w:top w:val="nil"/>
              <w:bottom w:val="single" w:sz="8" w:space="0" w:color="1B3A5C"/>
              <w:left w:val="single" w:sz="4" w:space="0" w:color="1B3A5C"/>
              <w:right w:val="single" w:sz="8" w:space="0" w:color="1B3A5C"/>
            </w:tcBorders>
          </w:tcPr>
          <w:p/>
        </w:tc>
      </w:tr>
    </w:tbl>
    <w:p>
      <w:pPr>
        <w:spacing w:before="0" w:after="0" w:line="20" w:lineRule="exact"/>
      </w:pPr>
      <w:r>
        <w:rPr>
          <w:sz w:val="2"/>
        </w:rPr>
      </w:r>
    </w:p>
    <w:tbl>
      <w:tblPr>
        <w:tblW w:type="dxa" w:w="8617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474"/>
        <w:gridCol w:w="3515"/>
        <w:gridCol w:w="794"/>
        <w:gridCol w:w="2835"/>
      </w:tblGrid>
      <w:tr>
        <w:trPr>
          <w:cantSplit/>
          <w:trHeight w:val="397" w:hRule="exact"/>
        </w:trPr>
        <w:tc>
          <w:tcPr>
            <w:tcW w:type="dxa" w:w="1474"/>
            <w:tcMar>
              <w:top w:w="28" w:type="dxa"/>
              <w:bottom w:w="28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8" w:space="0" w:color="1B3A5C"/>
              <w:bottom w:val="single" w:sz="4" w:space="0" w:color="1B3A5C"/>
              <w:left w:val="single" w:sz="8" w:space="0" w:color="1B3A5C"/>
              <w:right w:val="single" w:sz="4" w:space="0" w:color="1B3A5C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6"/>
              </w:rPr>
              <w:t>ふりがな</w:t>
            </w:r>
          </w:p>
        </w:tc>
        <w:tc>
          <w:tcPr>
            <w:tcW w:type="dxa" w:w="7144"/>
            <w:gridSpan w:val="3"/>
            <w:tcMar>
              <w:top w:w="28" w:type="dxa"/>
              <w:bottom w:w="28" w:type="dxa"/>
              <w:left w:w="113" w:type="dxa"/>
              <w:right w:w="113" w:type="dxa"/>
            </w:tcMar>
            <w:tcBorders>
              <w:top w:val="single" w:sz="8" w:space="0" w:color="1B3A5C"/>
              <w:bottom w:val="single" w:sz="4" w:space="0" w:color="1B3A5C"/>
              <w:left w:val="single" w:sz="4" w:space="0" w:color="1B3A5C"/>
              <w:right w:val="single" w:sz="8" w:space="0" w:color="1B3A5C"/>
            </w:tcBorders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794" w:hRule="exact"/>
        </w:trPr>
        <w:tc>
          <w:tcPr>
            <w:tcW w:type="dxa" w:w="1474"/>
            <w:tcMar>
              <w:top w:w="28" w:type="dxa"/>
              <w:bottom w:w="28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4" w:space="0" w:color="1B3A5C"/>
              <w:bottom w:val="single" w:sz="4" w:space="0" w:color="1B3A5C"/>
              <w:left w:val="single" w:sz="8" w:space="0" w:color="1B3A5C"/>
              <w:right w:val="single" w:sz="4" w:space="0" w:color="1B3A5C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現住所</w:t>
            </w:r>
          </w:p>
        </w:tc>
        <w:tc>
          <w:tcPr>
            <w:tcW w:type="dxa" w:w="3515"/>
            <w:tcMar>
              <w:top w:w="28" w:type="dxa"/>
              <w:bottom w:w="28" w:type="dxa"/>
              <w:left w:w="113" w:type="dxa"/>
              <w:right w:w="113" w:type="dxa"/>
            </w:tcMar>
            <w:tcBorders>
              <w:top w:val="single" w:sz="4" w:space="0" w:color="1B3A5C"/>
              <w:bottom w:val="single" w:sz="4" w:space="0" w:color="1B3A5C"/>
              <w:left w:val="single" w:sz="4" w:space="0" w:color="1B3A5C"/>
              <w:right w:val="single" w:sz="4" w:space="0" w:color="1B3A5C"/>
            </w:tcBorders>
            <w:vAlign w:val="top"/>
          </w:tcPr>
          <w:p>
            <w:pPr>
              <w:spacing w:before="0" w:after="0"/>
              <w:ind w:left="17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〒</w:t>
            </w:r>
          </w:p>
          <w:p>
            <w:pPr>
              <w:spacing w:before="0" w:after="0"/>
              <w:ind w:left="170"/>
            </w:pPr>
          </w:p>
        </w:tc>
        <w:tc>
          <w:tcPr>
            <w:tcW w:type="dxa" w:w="794"/>
            <w:tcMar>
              <w:top w:w="28" w:type="dxa"/>
              <w:bottom w:w="28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4" w:space="0" w:color="1B3A5C"/>
              <w:bottom w:val="single" w:sz="4" w:space="0" w:color="1B3A5C"/>
              <w:left w:val="single" w:sz="4" w:space="0" w:color="1B3A5C"/>
              <w:right w:val="single" w:sz="4" w:space="0" w:color="1B3A5C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6"/>
              </w:rPr>
              <w:t>電話</w:t>
            </w:r>
          </w:p>
        </w:tc>
        <w:tc>
          <w:tcPr>
            <w:tcW w:type="dxa" w:w="2835"/>
            <w:tcMar>
              <w:top w:w="28" w:type="dxa"/>
              <w:bottom w:w="28" w:type="dxa"/>
              <w:left w:w="113" w:type="dxa"/>
              <w:right w:w="113" w:type="dxa"/>
            </w:tcMar>
            <w:tcBorders>
              <w:top w:val="single" w:sz="4" w:space="0" w:color="1B3A5C"/>
              <w:bottom w:val="single" w:sz="4" w:space="0" w:color="1B3A5C"/>
              <w:left w:val="single" w:sz="4" w:space="0" w:color="1B3A5C"/>
              <w:right w:val="single" w:sz="8" w:space="0" w:color="1B3A5C"/>
            </w:tcBorders>
            <w:vAlign w:val="center"/>
          </w:tcPr>
          <w:p>
            <w:pPr>
              <w:spacing w:before="0" w:after="0"/>
              <w:ind w:left="170"/>
            </w:pPr>
          </w:p>
        </w:tc>
      </w:tr>
      <w:tr>
        <w:trPr>
          <w:cantSplit/>
          <w:trHeight w:val="907" w:hRule="exact"/>
        </w:trPr>
        <w:tc>
          <w:tcPr>
            <w:tcW w:type="dxa" w:w="1474"/>
            <w:tcMar>
              <w:top w:w="28" w:type="dxa"/>
              <w:bottom w:w="28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4" w:space="0" w:color="1B3A5C"/>
              <w:bottom w:val="single" w:sz="8" w:space="0" w:color="1B3A5C"/>
              <w:left w:val="single" w:sz="8" w:space="0" w:color="1B3A5C"/>
              <w:right w:val="single" w:sz="4" w:space="0" w:color="1B3A5C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連絡先</w:t>
            </w:r>
          </w:p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1"/>
              </w:rPr>
              <w:t>現住所以外に連絡を希望する場合のみ記入</w:t>
            </w:r>
          </w:p>
        </w:tc>
        <w:tc>
          <w:tcPr>
            <w:tcW w:type="dxa" w:w="3515"/>
            <w:tcMar>
              <w:top w:w="28" w:type="dxa"/>
              <w:bottom w:w="28" w:type="dxa"/>
              <w:left w:w="113" w:type="dxa"/>
              <w:right w:w="113" w:type="dxa"/>
            </w:tcMar>
            <w:tcBorders>
              <w:top w:val="single" w:sz="4" w:space="0" w:color="1B3A5C"/>
              <w:bottom w:val="single" w:sz="8" w:space="0" w:color="1B3A5C"/>
              <w:left w:val="single" w:sz="4" w:space="0" w:color="1B3A5C"/>
              <w:right w:val="single" w:sz="4" w:space="0" w:color="1B3A5C"/>
            </w:tcBorders>
            <w:vAlign w:val="top"/>
          </w:tcPr>
          <w:p>
            <w:pPr>
              <w:spacing w:before="0" w:after="0"/>
              <w:ind w:left="17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〒</w:t>
            </w:r>
          </w:p>
          <w:p>
            <w:pPr>
              <w:spacing w:before="0" w:after="0"/>
              <w:ind w:left="170"/>
            </w:pPr>
          </w:p>
        </w:tc>
        <w:tc>
          <w:tcPr>
            <w:tcW w:type="dxa" w:w="794"/>
            <w:tcMar>
              <w:top w:w="28" w:type="dxa"/>
              <w:bottom w:w="28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4" w:space="0" w:color="1B3A5C"/>
              <w:bottom w:val="single" w:sz="8" w:space="0" w:color="1B3A5C"/>
              <w:left w:val="single" w:sz="4" w:space="0" w:color="1B3A5C"/>
              <w:right w:val="single" w:sz="4" w:space="0" w:color="1B3A5C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6"/>
              </w:rPr>
              <w:t>電話</w:t>
            </w:r>
          </w:p>
        </w:tc>
        <w:tc>
          <w:tcPr>
            <w:tcW w:type="dxa" w:w="2835"/>
            <w:tcMar>
              <w:top w:w="28" w:type="dxa"/>
              <w:bottom w:w="28" w:type="dxa"/>
              <w:left w:w="113" w:type="dxa"/>
              <w:right w:w="113" w:type="dxa"/>
            </w:tcMar>
            <w:tcBorders>
              <w:top w:val="single" w:sz="4" w:space="0" w:color="1B3A5C"/>
              <w:bottom w:val="single" w:sz="8" w:space="0" w:color="1B3A5C"/>
              <w:left w:val="single" w:sz="4" w:space="0" w:color="1B3A5C"/>
              <w:right w:val="single" w:sz="8" w:space="0" w:color="1B3A5C"/>
            </w:tcBorders>
            <w:vAlign w:val="center"/>
          </w:tcPr>
          <w:p>
            <w:pPr>
              <w:spacing w:before="0" w:after="0"/>
            </w:pPr>
          </w:p>
        </w:tc>
      </w:tr>
    </w:tbl>
    <w:p>
      <w:pPr>
        <w:spacing w:before="0" w:after="0" w:line="85" w:lineRule="exact"/>
      </w:pPr>
      <w:r>
        <w:rPr>
          <w:sz w:val="2"/>
        </w:rPr>
      </w:r>
    </w:p>
    <w:tbl>
      <w:tblPr>
        <w:tblW w:type="dxa" w:w="8617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134"/>
        <w:gridCol w:w="624"/>
        <w:gridCol w:w="6860"/>
      </w:tblGrid>
      <w:tr>
        <w:trPr>
          <w:cantSplit/>
          <w:trHeight w:val="454" w:hRule="exact"/>
        </w:trPr>
        <w:tc>
          <w:tcPr>
            <w:tcW w:type="dxa" w:w="1134"/>
            <w:tcMar>
              <w:top w:w="11" w:type="dxa"/>
              <w:bottom w:w="11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8" w:space="0" w:color="1B3A5C"/>
              <w:bottom w:val="single" w:sz="8" w:space="0" w:color="1B3A5C"/>
              <w:left w:val="single" w:sz="8" w:space="0" w:color="1B3A5C"/>
              <w:right w:val="single" w:sz="4" w:space="0" w:color="1B3A5C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年</w:t>
            </w:r>
          </w:p>
        </w:tc>
        <w:tc>
          <w:tcPr>
            <w:tcW w:type="dxa" w:w="624"/>
            <w:tcMar>
              <w:top w:w="11" w:type="dxa"/>
              <w:bottom w:w="11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8" w:space="0" w:color="1B3A5C"/>
              <w:bottom w:val="single" w:sz="8" w:space="0" w:color="1B3A5C"/>
              <w:left w:val="single" w:sz="4" w:space="0" w:color="1B3A5C"/>
              <w:right w:val="single" w:sz="4" w:space="0" w:color="1B3A5C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月</w:t>
            </w:r>
          </w:p>
        </w:tc>
        <w:tc>
          <w:tcPr>
            <w:tcW w:type="dxa" w:w="6860"/>
            <w:tcMar>
              <w:top w:w="11" w:type="dxa"/>
              <w:bottom w:w="11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8" w:space="0" w:color="1B3A5C"/>
              <w:bottom w:val="single" w:sz="8" w:space="0" w:color="1B3A5C"/>
              <w:left w:val="single" w:sz="4" w:space="0" w:color="1B3A5C"/>
              <w:right w:val="single" w:sz="8" w:space="0" w:color="1B3A5C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学歴・職歴</w:t>
            </w:r>
            <w:r>
              <w:rPr>
                <w:rFonts w:ascii="Yu Gothic" w:hAnsi="Yu Gothic" w:eastAsia="Yu Gothic"/>
                <w:color w:val="66707A"/>
                <w:sz w:val="14"/>
              </w:rPr>
              <w:t>（各別にまとめて書く）</w:t>
            </w:r>
          </w:p>
        </w:tc>
      </w:tr>
      <w:tr>
        <w:trPr>
          <w:cantSplit/>
          <w:trHeight w:val="510" w:hRule="exact"/>
        </w:trPr>
        <w:tc>
          <w:tcPr>
            <w:tcW w:type="dxa" w:w="113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8" w:space="0" w:color="1B3A5C"/>
              <w:bottom w:val="dotted" w:sz="4" w:space="0" w:color="8A8F98"/>
              <w:left w:val="single" w:sz="8" w:space="0" w:color="1B3A5C"/>
              <w:right w:val="single" w:sz="4" w:space="0" w:color="1B3A5C"/>
            </w:tcBorders>
          </w:tcPr>
          <w:p/>
        </w:tc>
        <w:tc>
          <w:tcPr>
            <w:tcW w:type="dxa" w:w="62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8" w:space="0" w:color="1B3A5C"/>
              <w:bottom w:val="dotted" w:sz="4" w:space="0" w:color="8A8F98"/>
              <w:left w:val="single" w:sz="4" w:space="0" w:color="1B3A5C"/>
              <w:right w:val="single" w:sz="4" w:space="0" w:color="1B3A5C"/>
            </w:tcBorders>
          </w:tcPr>
          <w:p/>
        </w:tc>
        <w:tc>
          <w:tcPr>
            <w:tcW w:type="dxa" w:w="6860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8" w:space="0" w:color="1B3A5C"/>
              <w:bottom w:val="dotted" w:sz="4" w:space="0" w:color="8A8F98"/>
              <w:left w:val="single" w:sz="4" w:space="0" w:color="1B3A5C"/>
              <w:right w:val="single" w:sz="8" w:space="0" w:color="1B3A5C"/>
            </w:tcBorders>
          </w:tcPr>
          <w:p/>
        </w:tc>
      </w:tr>
      <w:tr>
        <w:trPr>
          <w:cantSplit/>
          <w:trHeight w:val="510" w:hRule="exact"/>
        </w:trPr>
        <w:tc>
          <w:tcPr>
            <w:tcW w:type="dxa" w:w="113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8" w:space="0" w:color="1B3A5C"/>
              <w:right w:val="single" w:sz="4" w:space="0" w:color="1B3A5C"/>
            </w:tcBorders>
          </w:tcPr>
          <w:p/>
        </w:tc>
        <w:tc>
          <w:tcPr>
            <w:tcW w:type="dxa" w:w="62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4" w:space="0" w:color="1B3A5C"/>
            </w:tcBorders>
          </w:tcPr>
          <w:p/>
        </w:tc>
        <w:tc>
          <w:tcPr>
            <w:tcW w:type="dxa" w:w="6860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8" w:space="0" w:color="1B3A5C"/>
            </w:tcBorders>
          </w:tcPr>
          <w:p/>
        </w:tc>
      </w:tr>
      <w:tr>
        <w:trPr>
          <w:cantSplit/>
          <w:trHeight w:val="510" w:hRule="exact"/>
        </w:trPr>
        <w:tc>
          <w:tcPr>
            <w:tcW w:type="dxa" w:w="113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8" w:space="0" w:color="1B3A5C"/>
              <w:right w:val="single" w:sz="4" w:space="0" w:color="1B3A5C"/>
            </w:tcBorders>
          </w:tcPr>
          <w:p/>
        </w:tc>
        <w:tc>
          <w:tcPr>
            <w:tcW w:type="dxa" w:w="62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4" w:space="0" w:color="1B3A5C"/>
            </w:tcBorders>
          </w:tcPr>
          <w:p/>
        </w:tc>
        <w:tc>
          <w:tcPr>
            <w:tcW w:type="dxa" w:w="6860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8" w:space="0" w:color="1B3A5C"/>
            </w:tcBorders>
          </w:tcPr>
          <w:p/>
        </w:tc>
      </w:tr>
      <w:tr>
        <w:trPr>
          <w:cantSplit/>
          <w:trHeight w:val="510" w:hRule="exact"/>
        </w:trPr>
        <w:tc>
          <w:tcPr>
            <w:tcW w:type="dxa" w:w="113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8" w:space="0" w:color="1B3A5C"/>
              <w:right w:val="single" w:sz="4" w:space="0" w:color="1B3A5C"/>
            </w:tcBorders>
          </w:tcPr>
          <w:p/>
        </w:tc>
        <w:tc>
          <w:tcPr>
            <w:tcW w:type="dxa" w:w="62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4" w:space="0" w:color="1B3A5C"/>
            </w:tcBorders>
          </w:tcPr>
          <w:p/>
        </w:tc>
        <w:tc>
          <w:tcPr>
            <w:tcW w:type="dxa" w:w="6860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8" w:space="0" w:color="1B3A5C"/>
            </w:tcBorders>
          </w:tcPr>
          <w:p/>
        </w:tc>
      </w:tr>
      <w:tr>
        <w:trPr>
          <w:cantSplit/>
          <w:trHeight w:val="510" w:hRule="exact"/>
        </w:trPr>
        <w:tc>
          <w:tcPr>
            <w:tcW w:type="dxa" w:w="113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8" w:space="0" w:color="1B3A5C"/>
              <w:right w:val="single" w:sz="4" w:space="0" w:color="1B3A5C"/>
            </w:tcBorders>
          </w:tcPr>
          <w:p/>
        </w:tc>
        <w:tc>
          <w:tcPr>
            <w:tcW w:type="dxa" w:w="62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4" w:space="0" w:color="1B3A5C"/>
            </w:tcBorders>
          </w:tcPr>
          <w:p/>
        </w:tc>
        <w:tc>
          <w:tcPr>
            <w:tcW w:type="dxa" w:w="6860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8" w:space="0" w:color="1B3A5C"/>
            </w:tcBorders>
          </w:tcPr>
          <w:p/>
        </w:tc>
      </w:tr>
      <w:tr>
        <w:trPr>
          <w:cantSplit/>
          <w:trHeight w:val="510" w:hRule="exact"/>
        </w:trPr>
        <w:tc>
          <w:tcPr>
            <w:tcW w:type="dxa" w:w="113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8" w:space="0" w:color="1B3A5C"/>
              <w:right w:val="single" w:sz="4" w:space="0" w:color="1B3A5C"/>
            </w:tcBorders>
          </w:tcPr>
          <w:p/>
        </w:tc>
        <w:tc>
          <w:tcPr>
            <w:tcW w:type="dxa" w:w="62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4" w:space="0" w:color="1B3A5C"/>
            </w:tcBorders>
          </w:tcPr>
          <w:p/>
        </w:tc>
        <w:tc>
          <w:tcPr>
            <w:tcW w:type="dxa" w:w="6860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8" w:space="0" w:color="1B3A5C"/>
            </w:tcBorders>
          </w:tcPr>
          <w:p/>
        </w:tc>
      </w:tr>
      <w:tr>
        <w:trPr>
          <w:cantSplit/>
          <w:trHeight w:val="510" w:hRule="exact"/>
        </w:trPr>
        <w:tc>
          <w:tcPr>
            <w:tcW w:type="dxa" w:w="113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8" w:space="0" w:color="1B3A5C"/>
              <w:right w:val="single" w:sz="4" w:space="0" w:color="1B3A5C"/>
            </w:tcBorders>
          </w:tcPr>
          <w:p/>
        </w:tc>
        <w:tc>
          <w:tcPr>
            <w:tcW w:type="dxa" w:w="62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4" w:space="0" w:color="1B3A5C"/>
            </w:tcBorders>
          </w:tcPr>
          <w:p/>
        </w:tc>
        <w:tc>
          <w:tcPr>
            <w:tcW w:type="dxa" w:w="6860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8" w:space="0" w:color="1B3A5C"/>
            </w:tcBorders>
          </w:tcPr>
          <w:p/>
        </w:tc>
      </w:tr>
      <w:tr>
        <w:trPr>
          <w:cantSplit/>
          <w:trHeight w:val="510" w:hRule="exact"/>
        </w:trPr>
        <w:tc>
          <w:tcPr>
            <w:tcW w:type="dxa" w:w="113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8" w:space="0" w:color="1B3A5C"/>
              <w:right w:val="single" w:sz="4" w:space="0" w:color="1B3A5C"/>
            </w:tcBorders>
          </w:tcPr>
          <w:p/>
        </w:tc>
        <w:tc>
          <w:tcPr>
            <w:tcW w:type="dxa" w:w="62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4" w:space="0" w:color="1B3A5C"/>
            </w:tcBorders>
          </w:tcPr>
          <w:p/>
        </w:tc>
        <w:tc>
          <w:tcPr>
            <w:tcW w:type="dxa" w:w="6860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8" w:space="0" w:color="1B3A5C"/>
            </w:tcBorders>
          </w:tcPr>
          <w:p/>
        </w:tc>
      </w:tr>
      <w:tr>
        <w:trPr>
          <w:cantSplit/>
          <w:trHeight w:val="510" w:hRule="exact"/>
        </w:trPr>
        <w:tc>
          <w:tcPr>
            <w:tcW w:type="dxa" w:w="113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8" w:space="0" w:color="1B3A5C"/>
              <w:right w:val="single" w:sz="4" w:space="0" w:color="1B3A5C"/>
            </w:tcBorders>
          </w:tcPr>
          <w:p/>
        </w:tc>
        <w:tc>
          <w:tcPr>
            <w:tcW w:type="dxa" w:w="62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4" w:space="0" w:color="1B3A5C"/>
            </w:tcBorders>
          </w:tcPr>
          <w:p/>
        </w:tc>
        <w:tc>
          <w:tcPr>
            <w:tcW w:type="dxa" w:w="6860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8" w:space="0" w:color="1B3A5C"/>
            </w:tcBorders>
          </w:tcPr>
          <w:p/>
        </w:tc>
      </w:tr>
      <w:tr>
        <w:trPr>
          <w:cantSplit/>
          <w:trHeight w:val="510" w:hRule="exact"/>
        </w:trPr>
        <w:tc>
          <w:tcPr>
            <w:tcW w:type="dxa" w:w="113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8" w:space="0" w:color="1B3A5C"/>
              <w:right w:val="single" w:sz="4" w:space="0" w:color="1B3A5C"/>
            </w:tcBorders>
          </w:tcPr>
          <w:p/>
        </w:tc>
        <w:tc>
          <w:tcPr>
            <w:tcW w:type="dxa" w:w="62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4" w:space="0" w:color="1B3A5C"/>
            </w:tcBorders>
          </w:tcPr>
          <w:p/>
        </w:tc>
        <w:tc>
          <w:tcPr>
            <w:tcW w:type="dxa" w:w="6860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8" w:space="0" w:color="1B3A5C"/>
            </w:tcBorders>
          </w:tcPr>
          <w:p/>
        </w:tc>
      </w:tr>
      <w:tr>
        <w:trPr>
          <w:cantSplit/>
          <w:trHeight w:val="510" w:hRule="exact"/>
        </w:trPr>
        <w:tc>
          <w:tcPr>
            <w:tcW w:type="dxa" w:w="113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8" w:space="0" w:color="1B3A5C"/>
              <w:right w:val="single" w:sz="4" w:space="0" w:color="1B3A5C"/>
            </w:tcBorders>
          </w:tcPr>
          <w:p/>
        </w:tc>
        <w:tc>
          <w:tcPr>
            <w:tcW w:type="dxa" w:w="62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4" w:space="0" w:color="1B3A5C"/>
            </w:tcBorders>
          </w:tcPr>
          <w:p/>
        </w:tc>
        <w:tc>
          <w:tcPr>
            <w:tcW w:type="dxa" w:w="6860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8" w:space="0" w:color="1B3A5C"/>
            </w:tcBorders>
          </w:tcPr>
          <w:p/>
        </w:tc>
      </w:tr>
      <w:tr>
        <w:trPr>
          <w:cantSplit/>
          <w:trHeight w:val="510" w:hRule="exact"/>
        </w:trPr>
        <w:tc>
          <w:tcPr>
            <w:tcW w:type="dxa" w:w="113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8" w:space="0" w:color="1B3A5C"/>
              <w:right w:val="single" w:sz="4" w:space="0" w:color="1B3A5C"/>
            </w:tcBorders>
          </w:tcPr>
          <w:p/>
        </w:tc>
        <w:tc>
          <w:tcPr>
            <w:tcW w:type="dxa" w:w="62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4" w:space="0" w:color="1B3A5C"/>
            </w:tcBorders>
          </w:tcPr>
          <w:p/>
        </w:tc>
        <w:tc>
          <w:tcPr>
            <w:tcW w:type="dxa" w:w="6860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8" w:space="0" w:color="1B3A5C"/>
            </w:tcBorders>
          </w:tcPr>
          <w:p/>
        </w:tc>
      </w:tr>
      <w:tr>
        <w:trPr>
          <w:cantSplit/>
          <w:trHeight w:val="510" w:hRule="exact"/>
        </w:trPr>
        <w:tc>
          <w:tcPr>
            <w:tcW w:type="dxa" w:w="113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single" w:sz="8" w:space="0" w:color="1B3A5C"/>
              <w:left w:val="single" w:sz="8" w:space="0" w:color="1B3A5C"/>
              <w:right w:val="single" w:sz="4" w:space="0" w:color="1B3A5C"/>
            </w:tcBorders>
          </w:tcPr>
          <w:p/>
        </w:tc>
        <w:tc>
          <w:tcPr>
            <w:tcW w:type="dxa" w:w="62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single" w:sz="8" w:space="0" w:color="1B3A5C"/>
              <w:left w:val="single" w:sz="4" w:space="0" w:color="1B3A5C"/>
              <w:right w:val="single" w:sz="4" w:space="0" w:color="1B3A5C"/>
            </w:tcBorders>
          </w:tcPr>
          <w:p/>
        </w:tc>
        <w:tc>
          <w:tcPr>
            <w:tcW w:type="dxa" w:w="6860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single" w:sz="8" w:space="0" w:color="1B3A5C"/>
              <w:left w:val="single" w:sz="4" w:space="0" w:color="1B3A5C"/>
              <w:right w:val="single" w:sz="8" w:space="0" w:color="1B3A5C"/>
            </w:tcBorders>
          </w:tcPr>
          <w:p/>
        </w:tc>
      </w:tr>
    </w:tbl>
    <w:p>
      <w:pPr>
        <w:pageBreakBefore/>
        <w:spacing w:before="0" w:after="0" w:line="20" w:lineRule="exact"/>
      </w:pPr>
      <w:r>
        <w:rPr>
          <w:sz w:val="2"/>
        </w:rPr>
      </w:r>
    </w:p>
    <w:tbl>
      <w:tblPr>
        <w:tblW w:type="dxa" w:w="8617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134"/>
        <w:gridCol w:w="624"/>
        <w:gridCol w:w="6860"/>
      </w:tblGrid>
      <w:tr>
        <w:trPr>
          <w:cantSplit/>
          <w:trHeight w:val="454" w:hRule="exact"/>
        </w:trPr>
        <w:tc>
          <w:tcPr>
            <w:tcW w:type="dxa" w:w="1134"/>
            <w:tcMar>
              <w:top w:w="11" w:type="dxa"/>
              <w:bottom w:w="11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8" w:space="0" w:color="1B3A5C"/>
              <w:bottom w:val="single" w:sz="8" w:space="0" w:color="1B3A5C"/>
              <w:left w:val="single" w:sz="8" w:space="0" w:color="1B3A5C"/>
              <w:right w:val="single" w:sz="4" w:space="0" w:color="1B3A5C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年</w:t>
            </w:r>
          </w:p>
        </w:tc>
        <w:tc>
          <w:tcPr>
            <w:tcW w:type="dxa" w:w="624"/>
            <w:tcMar>
              <w:top w:w="11" w:type="dxa"/>
              <w:bottom w:w="11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8" w:space="0" w:color="1B3A5C"/>
              <w:bottom w:val="single" w:sz="8" w:space="0" w:color="1B3A5C"/>
              <w:left w:val="single" w:sz="4" w:space="0" w:color="1B3A5C"/>
              <w:right w:val="single" w:sz="4" w:space="0" w:color="1B3A5C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月</w:t>
            </w:r>
          </w:p>
        </w:tc>
        <w:tc>
          <w:tcPr>
            <w:tcW w:type="dxa" w:w="6860"/>
            <w:tcMar>
              <w:top w:w="11" w:type="dxa"/>
              <w:bottom w:w="11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8" w:space="0" w:color="1B3A5C"/>
              <w:bottom w:val="single" w:sz="8" w:space="0" w:color="1B3A5C"/>
              <w:left w:val="single" w:sz="4" w:space="0" w:color="1B3A5C"/>
              <w:right w:val="single" w:sz="8" w:space="0" w:color="1B3A5C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学歴・職歴（続き）</w:t>
            </w:r>
          </w:p>
        </w:tc>
      </w:tr>
      <w:tr>
        <w:trPr>
          <w:cantSplit/>
          <w:trHeight w:val="510" w:hRule="exact"/>
        </w:trPr>
        <w:tc>
          <w:tcPr>
            <w:tcW w:type="dxa" w:w="113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8" w:space="0" w:color="1B3A5C"/>
              <w:bottom w:val="dotted" w:sz="4" w:space="0" w:color="8A8F98"/>
              <w:left w:val="single" w:sz="8" w:space="0" w:color="1B3A5C"/>
              <w:right w:val="single" w:sz="4" w:space="0" w:color="1B3A5C"/>
            </w:tcBorders>
          </w:tcPr>
          <w:p/>
        </w:tc>
        <w:tc>
          <w:tcPr>
            <w:tcW w:type="dxa" w:w="62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8" w:space="0" w:color="1B3A5C"/>
              <w:bottom w:val="dotted" w:sz="4" w:space="0" w:color="8A8F98"/>
              <w:left w:val="single" w:sz="4" w:space="0" w:color="1B3A5C"/>
              <w:right w:val="single" w:sz="4" w:space="0" w:color="1B3A5C"/>
            </w:tcBorders>
          </w:tcPr>
          <w:p/>
        </w:tc>
        <w:tc>
          <w:tcPr>
            <w:tcW w:type="dxa" w:w="6860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8" w:space="0" w:color="1B3A5C"/>
              <w:bottom w:val="dotted" w:sz="4" w:space="0" w:color="8A8F98"/>
              <w:left w:val="single" w:sz="4" w:space="0" w:color="1B3A5C"/>
              <w:right w:val="single" w:sz="8" w:space="0" w:color="1B3A5C"/>
            </w:tcBorders>
          </w:tcPr>
          <w:p/>
        </w:tc>
      </w:tr>
      <w:tr>
        <w:trPr>
          <w:cantSplit/>
          <w:trHeight w:val="510" w:hRule="exact"/>
        </w:trPr>
        <w:tc>
          <w:tcPr>
            <w:tcW w:type="dxa" w:w="113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8" w:space="0" w:color="1B3A5C"/>
              <w:right w:val="single" w:sz="4" w:space="0" w:color="1B3A5C"/>
            </w:tcBorders>
          </w:tcPr>
          <w:p/>
        </w:tc>
        <w:tc>
          <w:tcPr>
            <w:tcW w:type="dxa" w:w="62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4" w:space="0" w:color="1B3A5C"/>
            </w:tcBorders>
          </w:tcPr>
          <w:p/>
        </w:tc>
        <w:tc>
          <w:tcPr>
            <w:tcW w:type="dxa" w:w="6860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8" w:space="0" w:color="1B3A5C"/>
            </w:tcBorders>
          </w:tcPr>
          <w:p/>
        </w:tc>
      </w:tr>
      <w:tr>
        <w:trPr>
          <w:cantSplit/>
          <w:trHeight w:val="510" w:hRule="exact"/>
        </w:trPr>
        <w:tc>
          <w:tcPr>
            <w:tcW w:type="dxa" w:w="113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8" w:space="0" w:color="1B3A5C"/>
              <w:right w:val="single" w:sz="4" w:space="0" w:color="1B3A5C"/>
            </w:tcBorders>
          </w:tcPr>
          <w:p/>
        </w:tc>
        <w:tc>
          <w:tcPr>
            <w:tcW w:type="dxa" w:w="62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4" w:space="0" w:color="1B3A5C"/>
            </w:tcBorders>
          </w:tcPr>
          <w:p/>
        </w:tc>
        <w:tc>
          <w:tcPr>
            <w:tcW w:type="dxa" w:w="6860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8" w:space="0" w:color="1B3A5C"/>
            </w:tcBorders>
          </w:tcPr>
          <w:p/>
        </w:tc>
      </w:tr>
      <w:tr>
        <w:trPr>
          <w:cantSplit/>
          <w:trHeight w:val="510" w:hRule="exact"/>
        </w:trPr>
        <w:tc>
          <w:tcPr>
            <w:tcW w:type="dxa" w:w="113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8" w:space="0" w:color="1B3A5C"/>
              <w:right w:val="single" w:sz="4" w:space="0" w:color="1B3A5C"/>
            </w:tcBorders>
          </w:tcPr>
          <w:p/>
        </w:tc>
        <w:tc>
          <w:tcPr>
            <w:tcW w:type="dxa" w:w="62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4" w:space="0" w:color="1B3A5C"/>
            </w:tcBorders>
          </w:tcPr>
          <w:p/>
        </w:tc>
        <w:tc>
          <w:tcPr>
            <w:tcW w:type="dxa" w:w="6860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8" w:space="0" w:color="1B3A5C"/>
            </w:tcBorders>
          </w:tcPr>
          <w:p/>
        </w:tc>
      </w:tr>
      <w:tr>
        <w:trPr>
          <w:cantSplit/>
          <w:trHeight w:val="510" w:hRule="exact"/>
        </w:trPr>
        <w:tc>
          <w:tcPr>
            <w:tcW w:type="dxa" w:w="113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8" w:space="0" w:color="1B3A5C"/>
              <w:right w:val="single" w:sz="4" w:space="0" w:color="1B3A5C"/>
            </w:tcBorders>
          </w:tcPr>
          <w:p/>
        </w:tc>
        <w:tc>
          <w:tcPr>
            <w:tcW w:type="dxa" w:w="62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4" w:space="0" w:color="1B3A5C"/>
            </w:tcBorders>
          </w:tcPr>
          <w:p/>
        </w:tc>
        <w:tc>
          <w:tcPr>
            <w:tcW w:type="dxa" w:w="6860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8" w:space="0" w:color="1B3A5C"/>
            </w:tcBorders>
          </w:tcPr>
          <w:p/>
        </w:tc>
      </w:tr>
      <w:tr>
        <w:trPr>
          <w:cantSplit/>
          <w:trHeight w:val="510" w:hRule="exact"/>
        </w:trPr>
        <w:tc>
          <w:tcPr>
            <w:tcW w:type="dxa" w:w="113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single" w:sz="8" w:space="0" w:color="1B3A5C"/>
              <w:left w:val="single" w:sz="8" w:space="0" w:color="1B3A5C"/>
              <w:right w:val="single" w:sz="4" w:space="0" w:color="1B3A5C"/>
            </w:tcBorders>
          </w:tcPr>
          <w:p/>
        </w:tc>
        <w:tc>
          <w:tcPr>
            <w:tcW w:type="dxa" w:w="62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single" w:sz="8" w:space="0" w:color="1B3A5C"/>
              <w:left w:val="single" w:sz="4" w:space="0" w:color="1B3A5C"/>
              <w:right w:val="single" w:sz="4" w:space="0" w:color="1B3A5C"/>
            </w:tcBorders>
          </w:tcPr>
          <w:p/>
        </w:tc>
        <w:tc>
          <w:tcPr>
            <w:tcW w:type="dxa" w:w="6860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single" w:sz="8" w:space="0" w:color="1B3A5C"/>
              <w:left w:val="single" w:sz="4" w:space="0" w:color="1B3A5C"/>
              <w:right w:val="single" w:sz="8" w:space="0" w:color="1B3A5C"/>
            </w:tcBorders>
          </w:tcPr>
          <w:p/>
        </w:tc>
      </w:tr>
    </w:tbl>
    <w:p>
      <w:pPr>
        <w:spacing w:before="0" w:after="0" w:line="113" w:lineRule="exact"/>
      </w:pPr>
      <w:r>
        <w:rPr>
          <w:sz w:val="2"/>
        </w:rPr>
      </w:r>
    </w:p>
    <w:tbl>
      <w:tblPr>
        <w:tblW w:type="dxa" w:w="8617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134"/>
        <w:gridCol w:w="624"/>
        <w:gridCol w:w="6860"/>
      </w:tblGrid>
      <w:tr>
        <w:trPr>
          <w:cantSplit/>
          <w:trHeight w:val="454" w:hRule="exact"/>
        </w:trPr>
        <w:tc>
          <w:tcPr>
            <w:tcW w:type="dxa" w:w="1134"/>
            <w:tcMar>
              <w:top w:w="11" w:type="dxa"/>
              <w:bottom w:w="11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8" w:space="0" w:color="1B3A5C"/>
              <w:bottom w:val="single" w:sz="8" w:space="0" w:color="1B3A5C"/>
              <w:left w:val="single" w:sz="8" w:space="0" w:color="1B3A5C"/>
              <w:right w:val="single" w:sz="4" w:space="0" w:color="1B3A5C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年</w:t>
            </w:r>
          </w:p>
        </w:tc>
        <w:tc>
          <w:tcPr>
            <w:tcW w:type="dxa" w:w="624"/>
            <w:tcMar>
              <w:top w:w="11" w:type="dxa"/>
              <w:bottom w:w="11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8" w:space="0" w:color="1B3A5C"/>
              <w:bottom w:val="single" w:sz="8" w:space="0" w:color="1B3A5C"/>
              <w:left w:val="single" w:sz="4" w:space="0" w:color="1B3A5C"/>
              <w:right w:val="single" w:sz="4" w:space="0" w:color="1B3A5C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月</w:t>
            </w:r>
          </w:p>
        </w:tc>
        <w:tc>
          <w:tcPr>
            <w:tcW w:type="dxa" w:w="6860"/>
            <w:tcMar>
              <w:top w:w="11" w:type="dxa"/>
              <w:bottom w:w="11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8" w:space="0" w:color="1B3A5C"/>
              <w:bottom w:val="single" w:sz="8" w:space="0" w:color="1B3A5C"/>
              <w:left w:val="single" w:sz="4" w:space="0" w:color="1B3A5C"/>
              <w:right w:val="single" w:sz="8" w:space="0" w:color="1B3A5C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免許・資格</w:t>
            </w:r>
          </w:p>
        </w:tc>
      </w:tr>
      <w:tr>
        <w:trPr>
          <w:cantSplit/>
          <w:trHeight w:val="510" w:hRule="exact"/>
        </w:trPr>
        <w:tc>
          <w:tcPr>
            <w:tcW w:type="dxa" w:w="113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8" w:space="0" w:color="1B3A5C"/>
              <w:bottom w:val="dotted" w:sz="4" w:space="0" w:color="8A8F98"/>
              <w:left w:val="single" w:sz="8" w:space="0" w:color="1B3A5C"/>
              <w:right w:val="single" w:sz="4" w:space="0" w:color="1B3A5C"/>
            </w:tcBorders>
          </w:tcPr>
          <w:p/>
        </w:tc>
        <w:tc>
          <w:tcPr>
            <w:tcW w:type="dxa" w:w="62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8" w:space="0" w:color="1B3A5C"/>
              <w:bottom w:val="dotted" w:sz="4" w:space="0" w:color="8A8F98"/>
              <w:left w:val="single" w:sz="4" w:space="0" w:color="1B3A5C"/>
              <w:right w:val="single" w:sz="4" w:space="0" w:color="1B3A5C"/>
            </w:tcBorders>
          </w:tcPr>
          <w:p/>
        </w:tc>
        <w:tc>
          <w:tcPr>
            <w:tcW w:type="dxa" w:w="6860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8" w:space="0" w:color="1B3A5C"/>
              <w:bottom w:val="dotted" w:sz="4" w:space="0" w:color="8A8F98"/>
              <w:left w:val="single" w:sz="4" w:space="0" w:color="1B3A5C"/>
              <w:right w:val="single" w:sz="8" w:space="0" w:color="1B3A5C"/>
            </w:tcBorders>
          </w:tcPr>
          <w:p/>
        </w:tc>
      </w:tr>
      <w:tr>
        <w:trPr>
          <w:cantSplit/>
          <w:trHeight w:val="510" w:hRule="exact"/>
        </w:trPr>
        <w:tc>
          <w:tcPr>
            <w:tcW w:type="dxa" w:w="113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8" w:space="0" w:color="1B3A5C"/>
              <w:right w:val="single" w:sz="4" w:space="0" w:color="1B3A5C"/>
            </w:tcBorders>
          </w:tcPr>
          <w:p/>
        </w:tc>
        <w:tc>
          <w:tcPr>
            <w:tcW w:type="dxa" w:w="62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4" w:space="0" w:color="1B3A5C"/>
            </w:tcBorders>
          </w:tcPr>
          <w:p/>
        </w:tc>
        <w:tc>
          <w:tcPr>
            <w:tcW w:type="dxa" w:w="6860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8" w:space="0" w:color="1B3A5C"/>
            </w:tcBorders>
          </w:tcPr>
          <w:p/>
        </w:tc>
      </w:tr>
      <w:tr>
        <w:trPr>
          <w:cantSplit/>
          <w:trHeight w:val="510" w:hRule="exact"/>
        </w:trPr>
        <w:tc>
          <w:tcPr>
            <w:tcW w:type="dxa" w:w="113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8" w:space="0" w:color="1B3A5C"/>
              <w:right w:val="single" w:sz="4" w:space="0" w:color="1B3A5C"/>
            </w:tcBorders>
          </w:tcPr>
          <w:p/>
        </w:tc>
        <w:tc>
          <w:tcPr>
            <w:tcW w:type="dxa" w:w="62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4" w:space="0" w:color="1B3A5C"/>
            </w:tcBorders>
          </w:tcPr>
          <w:p/>
        </w:tc>
        <w:tc>
          <w:tcPr>
            <w:tcW w:type="dxa" w:w="6860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dotted" w:sz="4" w:space="0" w:color="8A8F98"/>
              <w:left w:val="single" w:sz="4" w:space="0" w:color="1B3A5C"/>
              <w:right w:val="single" w:sz="8" w:space="0" w:color="1B3A5C"/>
            </w:tcBorders>
          </w:tcPr>
          <w:p/>
        </w:tc>
      </w:tr>
      <w:tr>
        <w:trPr>
          <w:cantSplit/>
          <w:trHeight w:val="510" w:hRule="exact"/>
        </w:trPr>
        <w:tc>
          <w:tcPr>
            <w:tcW w:type="dxa" w:w="113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single" w:sz="8" w:space="0" w:color="1B3A5C"/>
              <w:left w:val="single" w:sz="8" w:space="0" w:color="1B3A5C"/>
              <w:right w:val="single" w:sz="4" w:space="0" w:color="1B3A5C"/>
            </w:tcBorders>
          </w:tcPr>
          <w:p/>
        </w:tc>
        <w:tc>
          <w:tcPr>
            <w:tcW w:type="dxa" w:w="624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single" w:sz="8" w:space="0" w:color="1B3A5C"/>
              <w:left w:val="single" w:sz="4" w:space="0" w:color="1B3A5C"/>
              <w:right w:val="single" w:sz="4" w:space="0" w:color="1B3A5C"/>
            </w:tcBorders>
          </w:tcPr>
          <w:p/>
        </w:tc>
        <w:tc>
          <w:tcPr>
            <w:tcW w:type="dxa" w:w="6860"/>
            <w:tcMar>
              <w:top w:w="11" w:type="dxa"/>
              <w:bottom w:w="11" w:type="dxa"/>
              <w:left w:w="113" w:type="dxa"/>
              <w:right w:w="113" w:type="dxa"/>
            </w:tcMar>
            <w:tcBorders>
              <w:top w:val="single" w:sz="4" w:space="0" w:color="1B3A5C"/>
              <w:bottom w:val="single" w:sz="8" w:space="0" w:color="1B3A5C"/>
              <w:left w:val="single" w:sz="4" w:space="0" w:color="1B3A5C"/>
              <w:right w:val="single" w:sz="8" w:space="0" w:color="1B3A5C"/>
            </w:tcBorders>
          </w:tcPr>
          <w:p/>
        </w:tc>
      </w:tr>
    </w:tbl>
    <w:p>
      <w:pPr>
        <w:spacing w:before="0" w:after="0" w:line="113" w:lineRule="exact"/>
      </w:pPr>
      <w:r>
        <w:rPr>
          <w:sz w:val="2"/>
        </w:rPr>
      </w:r>
    </w:p>
    <w:tbl>
      <w:tblPr>
        <w:tblW w:type="dxa" w:w="8617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8617"/>
      </w:tblGrid>
      <w:tr>
        <w:trPr>
          <w:cantSplit/>
          <w:trHeight w:val="454" w:hRule="exact"/>
        </w:trPr>
        <w:tc>
          <w:tcPr>
            <w:tcW w:type="dxa" w:w="8617"/>
            <w:tcMar>
              <w:top w:w="28" w:type="dxa"/>
              <w:bottom w:w="28" w:type="dxa"/>
              <w:left w:w="113" w:type="dxa"/>
              <w:right w:w="113" w:type="dxa"/>
            </w:tcMar>
            <w:shd w:val="clear" w:color="auto" w:fill="F2F2EF"/>
            <w:tcBorders>
              <w:top w:val="single" w:sz="8" w:space="0" w:color="1B3A5C"/>
              <w:bottom w:val="single" w:sz="4" w:space="0" w:color="1B3A5C"/>
              <w:left w:val="single" w:sz="8" w:space="0" w:color="1B3A5C"/>
              <w:right w:val="single" w:sz="8" w:space="0" w:color="1B3A5C"/>
            </w:tcBorders>
            <w:vAlign w:val="center"/>
          </w:tcPr>
          <w:p>
            <w:pPr>
              <w:spacing w:before="0" w:after="0"/>
              <w:ind w:left="113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志望の動機、特技、好きな学科、アピールポイントなど</w:t>
            </w:r>
          </w:p>
        </w:tc>
      </w:tr>
      <w:tr>
        <w:trPr>
          <w:cantSplit/>
          <w:trHeight w:val="2154" w:hRule="exact"/>
        </w:trPr>
        <w:tc>
          <w:tcPr>
            <w:tcW w:type="dxa" w:w="8617"/>
            <w:tcMar>
              <w:top w:w="28" w:type="dxa"/>
              <w:bottom w:w="28" w:type="dxa"/>
              <w:left w:w="113" w:type="dxa"/>
              <w:right w:w="113" w:type="dxa"/>
            </w:tcMar>
            <w:tcBorders>
              <w:top w:val="single" w:sz="4" w:space="0" w:color="1B3A5C"/>
              <w:bottom w:val="single" w:sz="8" w:space="0" w:color="1B3A5C"/>
              <w:left w:val="single" w:sz="8" w:space="0" w:color="1B3A5C"/>
              <w:right w:val="single" w:sz="8" w:space="0" w:color="1B3A5C"/>
            </w:tcBorders>
            <w:vAlign w:val="top"/>
          </w:tcPr>
          <w:p>
            <w:pPr>
              <w:spacing w:before="0" w:after="0"/>
              <w:ind w:left="113"/>
            </w:pPr>
          </w:p>
        </w:tc>
      </w:tr>
    </w:tbl>
    <w:p>
      <w:pPr>
        <w:spacing w:before="0" w:after="0" w:line="113" w:lineRule="exact"/>
      </w:pPr>
      <w:r>
        <w:rPr>
          <w:sz w:val="2"/>
        </w:rPr>
      </w:r>
    </w:p>
    <w:tbl>
      <w:tblPr>
        <w:tblW w:type="dxa" w:w="8617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8617"/>
      </w:tblGrid>
      <w:tr>
        <w:trPr>
          <w:cantSplit/>
          <w:trHeight w:val="454" w:hRule="exact"/>
        </w:trPr>
        <w:tc>
          <w:tcPr>
            <w:tcW w:type="dxa" w:w="8617"/>
            <w:tcMar>
              <w:top w:w="28" w:type="dxa"/>
              <w:bottom w:w="28" w:type="dxa"/>
              <w:left w:w="113" w:type="dxa"/>
              <w:right w:w="113" w:type="dxa"/>
            </w:tcMar>
            <w:shd w:val="clear" w:color="auto" w:fill="F2F2EF"/>
            <w:tcBorders>
              <w:top w:val="single" w:sz="8" w:space="0" w:color="1B3A5C"/>
              <w:bottom w:val="single" w:sz="4" w:space="0" w:color="1B3A5C"/>
              <w:left w:val="single" w:sz="8" w:space="0" w:color="1B3A5C"/>
              <w:right w:val="single" w:sz="8" w:space="0" w:color="1B3A5C"/>
            </w:tcBorders>
            <w:vAlign w:val="center"/>
          </w:tcPr>
          <w:p>
            <w:pPr>
              <w:spacing w:before="0" w:after="0"/>
              <w:ind w:left="113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本人希望記入欄</w:t>
            </w:r>
            <w:r>
              <w:rPr>
                <w:rFonts w:ascii="Yu Gothic" w:hAnsi="Yu Gothic" w:eastAsia="Yu Gothic"/>
                <w:color w:val="66707A"/>
                <w:sz w:val="14"/>
              </w:rPr>
              <w:t xml:space="preserve">　（特に給料・職種・勤務時間・勤務地・その他についての希望などがあれば記入）</w:t>
            </w:r>
          </w:p>
        </w:tc>
      </w:tr>
      <w:tr>
        <w:trPr>
          <w:cantSplit/>
          <w:trHeight w:val="1701" w:hRule="exact"/>
        </w:trPr>
        <w:tc>
          <w:tcPr>
            <w:tcW w:type="dxa" w:w="8617"/>
            <w:tcMar>
              <w:top w:w="28" w:type="dxa"/>
              <w:bottom w:w="28" w:type="dxa"/>
              <w:left w:w="113" w:type="dxa"/>
              <w:right w:w="113" w:type="dxa"/>
            </w:tcMar>
            <w:tcBorders>
              <w:top w:val="single" w:sz="4" w:space="0" w:color="1B3A5C"/>
              <w:bottom w:val="single" w:sz="8" w:space="0" w:color="1B3A5C"/>
              <w:left w:val="single" w:sz="8" w:space="0" w:color="1B3A5C"/>
              <w:right w:val="single" w:sz="8" w:space="0" w:color="1B3A5C"/>
            </w:tcBorders>
            <w:vAlign w:val="top"/>
          </w:tcPr>
          <w:p>
            <w:pPr>
              <w:spacing w:before="0" w:after="0"/>
              <w:ind w:left="113"/>
            </w:pPr>
          </w:p>
        </w:tc>
      </w:tr>
    </w:tbl>
    <w:sectPr w:rsidR="00FC693F" w:rsidRPr="0006063C" w:rsidSect="00034616">
      <w:pgSz w:w="10318" w:h="14570"/>
      <w:pgMar w:top="624" w:right="737" w:bottom="624" w:left="737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cstheme="minorBidi" w:ascii="Yu Gothic" w:hAnsi="Yu Gothic" w:eastAsia="Yu Gothic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66707A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66707A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66707A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66707A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66707A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Yu Gothic"/>
        <a:ea typeface="Yu Gothic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Gothic"/>
        <a:ea typeface="Yu Gothic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テンプレートフリー</dc:creator>
  <cp:keywords/>
  <dc:description/>
  <cp:lastModifiedBy>テンプレートフリー</cp:lastModifiedBy>
  <cp:revision>1</cp:revision>
  <dcterms:created xsi:type="dcterms:W3CDTF">2013-12-23T23:15:00Z</dcterms:created>
  <dcterms:modified xsi:type="dcterms:W3CDTF">2013-12-23T23:15:00Z</dcterms:modified>
  <cp:category/>
</cp:coreProperties>
</file>