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8"/>
      </w:tblGrid>
      <w:tr>
        <w:trPr>
          <w:cantSplit/>
          <w:trHeight w:val="13833" w:hRule="exact"/>
        </w:trPr>
        <w:tc>
          <w:tcPr>
            <w:tcW w:type="dxa" w:w="9638"/>
            <w:tcMar>
              <w:top w:w="340" w:type="dxa"/>
              <w:bottom w:w="340" w:type="dxa"/>
              <w:left w:w="340" w:type="dxa"/>
              <w:right w:w="340" w:type="dxa"/>
            </w:tcMar>
            <w:textDirection w:val="tbRl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 w:line="480" w:lineRule="exact"/>
              <w:ind w:firstLine="250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5"/>
              </w:rPr>
              <w:t>拝啓　師走の候、貴社ますますご清栄のこととお慶び申し上げます。平素は格別のお引き立てを賜り、厚く御礼申し上げます。</w:t>
            </w:r>
          </w:p>
          <w:p>
            <w:pPr>
              <w:spacing w:before="0" w:after="0" w:line="480" w:lineRule="exact"/>
              <w:ind w:firstLine="250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5"/>
              </w:rPr>
              <w:t>さて、このたびはご丁寧なお歳暮の品を頂戴し、誠にありがとうございました。早速、社員一同で分け合い、大変喜んでおります。いつもながらのお心遣いに、恐縮するとともに深く感謝いたしております。</w:t>
            </w:r>
          </w:p>
          <w:p>
            <w:pPr>
              <w:spacing w:before="0" w:after="0" w:line="480" w:lineRule="exact"/>
              <w:ind w:firstLine="250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5"/>
              </w:rPr>
              <w:t>本年も皆様のおかげをもちまして、無事に年の瀬を迎えることができました。来年も変わらぬご指導ご支援を賜りますよう、お願い申し上げます。</w:t>
            </w:r>
          </w:p>
          <w:p>
            <w:pPr>
              <w:spacing w:before="0" w:after="0" w:line="480" w:lineRule="exact"/>
              <w:ind w:firstLine="250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5"/>
              </w:rPr>
              <w:t>末筆ながら、貴社のますますのご発展と皆様のご健勝をお祈り申し上げます。</w:t>
            </w:r>
          </w:p>
          <w:p>
            <w:pPr>
              <w:spacing w:before="0" w:after="0" w:line="480" w:lineRule="exact"/>
              <w:ind w:firstLine="250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5"/>
              </w:rPr>
              <w:t>まずは略儀ながら書中をもちまして、お礼申し上げます。</w:t>
            </w:r>
          </w:p>
          <w:p>
            <w:pPr>
              <w:spacing w:before="0" w:after="0" w:line="48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5"/>
              </w:rPr>
              <w:t>敬具</w:t>
            </w:r>
          </w:p>
          <w:p>
            <w:pPr>
              <w:spacing w:before="0" w:after="0" w:line="48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5"/>
              </w:rPr>
              <w:t>令和八年十二月〇日</w:t>
            </w:r>
          </w:p>
          <w:p>
            <w:pPr>
              <w:spacing w:before="0" w:after="0" w:line="48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5"/>
              </w:rPr>
              <w:t>株式会社〇〇　営業部　山田健一</w:t>
            </w:r>
          </w:p>
          <w:p>
            <w:pPr>
              <w:spacing w:before="0" w:after="0" w:line="48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5"/>
              </w:rPr>
              <w:t>〇〇株式会社　営業部長　佐藤次郎様</w:t>
            </w:r>
          </w:p>
        </w:tc>
      </w:tr>
    </w:tbl>
    <w:p>
      <w:pPr>
        <w:spacing w:before="0" w:after="0" w:line="28" w:lineRule="exact"/>
      </w:pPr>
    </w:p>
    <w:sectPr w:rsidR="00FC693F" w:rsidRPr="0006063C" w:rsidSect="00034616">
      <w:pgSz w:w="11906" w:h="16838"/>
      <w:pgMar w:top="1134" w:right="1134" w:bottom="907" w:left="1134" w:header="56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