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お歳暮のお礼状　全33文例集</w:t>
      </w:r>
    </w:p>
    <w:p>
      <w:pPr>
        <w:spacing w:before="40" w:after="80" w:line="270" w:lineRule="exact"/>
      </w:pPr>
      <w:r>
        <w:rPr>
          <w:rFonts w:ascii="Yu Gothic" w:hAnsi="Yu Gothic" w:eastAsia="Yu Gothic"/>
          <w:b w:val="0"/>
          <w:i w:val="0"/>
          <w:color w:val="1A1A1A"/>
          <w:sz w:val="18"/>
        </w:rPr>
        <w:t>お歳暮のお礼状30本とお中元のお礼状3本の全文です。文章を選んでコピーし、〇〇のところと日付・差出人・宛名を書き換えて使ってください。文例は自作で、氏名・社名はすべて架空です。弔事ではないので句読点を付けています。作法の出典はwebページ（https://template-free.jp/business2/oseibo-oreijo/）にあります。</w:t>
      </w:r>
    </w:p>
    <w:p>
      <w:pPr>
        <w:spacing w:before="60" w:after="40"/>
        <w:pBdr>
          <w:top w:val="double" w:sz="8" w:space="1" w:color="1B3A5C"/>
        </w:pBdr>
      </w:pPr>
      <w:r>
        <w:rPr>
          <w:rFonts w:ascii="Yu Gothic" w:hAnsi="Yu Gothic" w:eastAsia="Yu Gothic"/>
          <w:b/>
          <w:i w:val="0"/>
          <w:color w:val="1B3A5C"/>
          <w:sz w:val="22"/>
        </w:rPr>
        <w:t>A. 取引先から頂いたとき・取引先へ出すお礼状（文例1〜5）</w:t>
      </w:r>
    </w:p>
    <w:p>
      <w:pPr>
        <w:keepNext/>
        <w:spacing w:before="100" w:after="40"/>
      </w:pPr>
      <w:r>
        <w:rPr>
          <w:rFonts w:ascii="Yu Gothic" w:hAnsi="Yu Gothic" w:eastAsia="Yu Gothic"/>
          <w:b/>
          <w:i w:val="0"/>
          <w:color w:val="1B3A5C"/>
          <w:sz w:val="19"/>
        </w:rPr>
        <w:t>文例1　取引先（法人宛）・標準の封書</w:t>
      </w:r>
    </w:p>
    <w:p>
      <w:pPr>
        <w:keepNext/>
        <w:spacing w:before="0" w:after="40" w:line="280" w:lineRule="exact"/>
        <w:ind w:left="227"/>
      </w:pPr>
      <w:r>
        <w:rPr>
          <w:rFonts w:ascii="Yu Mincho" w:hAnsi="Yu Mincho" w:eastAsia="Yu Mincho"/>
          <w:b w:val="0"/>
          <w:i w:val="0"/>
          <w:color w:val="1A1A1A"/>
          <w:sz w:val="19"/>
        </w:rPr>
        <w:t>拝啓　師走の候、貴社ますますご清栄のこととお慶び申し上げます。平素は格別のお引き立てを賜り、厚く御礼申し上げます。</w:t>
      </w:r>
    </w:p>
    <w:p>
      <w:pPr>
        <w:keepNext/>
        <w:spacing w:before="0" w:after="40" w:line="280" w:lineRule="exact"/>
        <w:ind w:left="227"/>
      </w:pPr>
      <w:r>
        <w:rPr>
          <w:rFonts w:ascii="Yu Mincho" w:hAnsi="Yu Mincho" w:eastAsia="Yu Mincho"/>
          <w:b w:val="0"/>
          <w:i w:val="0"/>
          <w:color w:val="1A1A1A"/>
          <w:sz w:val="19"/>
        </w:rPr>
        <w:t>さて、このたびはご丁寧なお歳暮の品を頂戴し、誠にありがとうございました。早速、社員一同で分け合い、大変喜んでおります。いつもながらのお心遣いに、恐縮するとともに深く感謝いたしております。</w:t>
      </w:r>
    </w:p>
    <w:p>
      <w:pPr>
        <w:keepNext/>
        <w:spacing w:before="0" w:after="40" w:line="280" w:lineRule="exact"/>
        <w:ind w:left="227"/>
      </w:pPr>
      <w:r>
        <w:rPr>
          <w:rFonts w:ascii="Yu Mincho" w:hAnsi="Yu Mincho" w:eastAsia="Yu Mincho"/>
          <w:b w:val="0"/>
          <w:i w:val="0"/>
          <w:color w:val="1A1A1A"/>
          <w:sz w:val="19"/>
        </w:rPr>
        <w:t>本年も皆様のおかげをもちまして、無事に年の瀬を迎えることができました。来年も変わらぬご指導ご支援を賜りますよう、お願い申し上げます。</w:t>
      </w:r>
    </w:p>
    <w:p>
      <w:pPr>
        <w:keepNext/>
        <w:spacing w:before="0" w:after="40" w:line="280" w:lineRule="exact"/>
        <w:ind w:left="227"/>
      </w:pPr>
      <w:r>
        <w:rPr>
          <w:rFonts w:ascii="Yu Mincho" w:hAnsi="Yu Mincho" w:eastAsia="Yu Mincho"/>
          <w:b w:val="0"/>
          <w:i w:val="0"/>
          <w:color w:val="1A1A1A"/>
          <w:sz w:val="19"/>
        </w:rPr>
        <w:t>末筆ながら、貴社のますますのご発展と皆様のご健勝をお祈り申し上げます。</w:t>
      </w:r>
    </w:p>
    <w:p>
      <w:pPr>
        <w:keepNext/>
        <w:spacing w:before="0" w:after="40" w:line="280" w:lineRule="exact"/>
        <w:ind w:left="227"/>
      </w:pPr>
      <w:r>
        <w:rPr>
          <w:rFonts w:ascii="Yu Mincho" w:hAnsi="Yu Mincho" w:eastAsia="Yu Mincho"/>
          <w:b w:val="0"/>
          <w:i w:val="0"/>
          <w:color w:val="1A1A1A"/>
          <w:sz w:val="19"/>
        </w:rPr>
        <w:t>まずは略儀ながら書中をもちまして、お礼申し上げます。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株式会社〇〇　営業部　山田健一</w:t>
      </w:r>
    </w:p>
    <w:p>
      <w:pPr>
        <w:spacing w:before="0" w:after="40" w:line="280" w:lineRule="exact"/>
        <w:ind w:left="227"/>
      </w:pPr>
      <w:r>
        <w:rPr>
          <w:rFonts w:ascii="Yu Mincho" w:hAnsi="Yu Mincho" w:eastAsia="Yu Mincho"/>
          <w:b w:val="0"/>
          <w:i w:val="0"/>
          <w:color w:val="1A1A1A"/>
          <w:sz w:val="19"/>
        </w:rPr>
        <w:t>〇〇株式会社　営業部長　佐藤次郎様</w:t>
      </w:r>
    </w:p>
    <w:p>
      <w:pPr>
        <w:keepNext/>
        <w:spacing w:before="100" w:after="40"/>
      </w:pPr>
      <w:r>
        <w:rPr>
          <w:rFonts w:ascii="Yu Gothic" w:hAnsi="Yu Gothic" w:eastAsia="Yu Gothic"/>
          <w:b/>
          <w:i w:val="0"/>
          <w:color w:val="1B3A5C"/>
          <w:sz w:val="19"/>
        </w:rPr>
        <w:t>文例2　取引先・初めて頂いたとき</w:t>
      </w:r>
    </w:p>
    <w:p>
      <w:pPr>
        <w:keepNext/>
        <w:spacing w:before="0" w:after="40" w:line="280" w:lineRule="exact"/>
        <w:ind w:left="227"/>
      </w:pPr>
      <w:r>
        <w:rPr>
          <w:rFonts w:ascii="Yu Mincho" w:hAnsi="Yu Mincho" w:eastAsia="Yu Mincho"/>
          <w:b w:val="0"/>
          <w:i w:val="0"/>
          <w:color w:val="1A1A1A"/>
          <w:sz w:val="19"/>
        </w:rPr>
        <w:t>拝啓　初冬の候、貴社におかれましてはますますご盛栄のこととお慶び申し上げます。</w:t>
      </w:r>
    </w:p>
    <w:p>
      <w:pPr>
        <w:keepNext/>
        <w:spacing w:before="0" w:after="40" w:line="280" w:lineRule="exact"/>
        <w:ind w:left="227"/>
      </w:pPr>
      <w:r>
        <w:rPr>
          <w:rFonts w:ascii="Yu Mincho" w:hAnsi="Yu Mincho" w:eastAsia="Yu Mincho"/>
          <w:b w:val="0"/>
          <w:i w:val="0"/>
          <w:color w:val="1A1A1A"/>
          <w:sz w:val="19"/>
        </w:rPr>
        <w:t>このたびはお心のこもったお歳暮の品を賜り、誠にありがとうございました。当社へのお心遣いに、身の引き締まる思いでございます。</w:t>
      </w:r>
    </w:p>
    <w:p>
      <w:pPr>
        <w:keepNext/>
        <w:spacing w:before="0" w:after="40" w:line="280" w:lineRule="exact"/>
        <w:ind w:left="227"/>
      </w:pPr>
      <w:r>
        <w:rPr>
          <w:rFonts w:ascii="Yu Mincho" w:hAnsi="Yu Mincho" w:eastAsia="Yu Mincho"/>
          <w:b w:val="0"/>
          <w:i w:val="0"/>
          <w:color w:val="1A1A1A"/>
          <w:sz w:val="19"/>
        </w:rPr>
        <w:t>本年よりお取引をいただいたばかりにもかかわらずのお心遣い、ご縁に改めて感謝申し上げます。来年はより一層お役に立てますよう、精進してまいります。</w:t>
      </w:r>
    </w:p>
    <w:p>
      <w:pPr>
        <w:keepNext/>
        <w:spacing w:before="0" w:after="40" w:line="280" w:lineRule="exact"/>
        <w:ind w:left="227"/>
      </w:pPr>
      <w:r>
        <w:rPr>
          <w:rFonts w:ascii="Yu Mincho" w:hAnsi="Yu Mincho" w:eastAsia="Yu Mincho"/>
          <w:b w:val="0"/>
          <w:i w:val="0"/>
          <w:color w:val="1A1A1A"/>
          <w:sz w:val="19"/>
        </w:rPr>
        <w:t>まずは書面にてお礼かたがたご挨拶申し上げます。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株式会社〇〇　代表取締役　山田健一</w:t>
      </w:r>
    </w:p>
    <w:p>
      <w:pPr>
        <w:spacing w:before="0" w:after="40" w:line="280" w:lineRule="exact"/>
        <w:ind w:left="227"/>
      </w:pPr>
      <w:r>
        <w:rPr>
          <w:rFonts w:ascii="Yu Mincho" w:hAnsi="Yu Mincho" w:eastAsia="Yu Mincho"/>
          <w:b w:val="0"/>
          <w:i w:val="0"/>
          <w:color w:val="1A1A1A"/>
          <w:sz w:val="19"/>
        </w:rPr>
        <w:t>〇〇株式会社　代表取締役　佐藤次郎様</w:t>
      </w:r>
    </w:p>
    <w:p>
      <w:pPr>
        <w:keepNext/>
        <w:spacing w:before="100" w:after="40"/>
      </w:pPr>
      <w:r>
        <w:rPr>
          <w:rFonts w:ascii="Yu Gothic" w:hAnsi="Yu Gothic" w:eastAsia="Yu Gothic"/>
          <w:b/>
          <w:i w:val="0"/>
          <w:color w:val="1B3A5C"/>
          <w:sz w:val="19"/>
        </w:rPr>
        <w:t>文例3　取引先・毎年頂いている方へ</w:t>
      </w:r>
    </w:p>
    <w:p>
      <w:pPr>
        <w:keepNext/>
        <w:spacing w:before="0" w:after="40" w:line="280" w:lineRule="exact"/>
        <w:ind w:left="227"/>
      </w:pPr>
      <w:r>
        <w:rPr>
          <w:rFonts w:ascii="Yu Mincho" w:hAnsi="Yu Mincho" w:eastAsia="Yu Mincho"/>
          <w:b w:val="0"/>
          <w:i w:val="0"/>
          <w:color w:val="1A1A1A"/>
          <w:sz w:val="19"/>
        </w:rPr>
        <w:t>拝啓　師走の候、貴社ますますご繁栄のこととお慶び申し上げます。</w:t>
      </w:r>
    </w:p>
    <w:p>
      <w:pPr>
        <w:keepNext/>
        <w:spacing w:before="0" w:after="40" w:line="280" w:lineRule="exact"/>
        <w:ind w:left="227"/>
      </w:pPr>
      <w:r>
        <w:rPr>
          <w:rFonts w:ascii="Yu Mincho" w:hAnsi="Yu Mincho" w:eastAsia="Yu Mincho"/>
          <w:b w:val="0"/>
          <w:i w:val="0"/>
          <w:color w:val="1A1A1A"/>
          <w:sz w:val="19"/>
        </w:rPr>
        <w:t>毎年変わらぬお心遣いを賜り、恐縮の至りでございます。このたびもお歳暮の品を頂戴し、誠にありがとうございました。</w:t>
      </w:r>
    </w:p>
    <w:p>
      <w:pPr>
        <w:keepNext/>
        <w:spacing w:before="0" w:after="40" w:line="280" w:lineRule="exact"/>
        <w:ind w:left="227"/>
      </w:pPr>
      <w:r>
        <w:rPr>
          <w:rFonts w:ascii="Yu Mincho" w:hAnsi="Yu Mincho" w:eastAsia="Yu Mincho"/>
          <w:b w:val="0"/>
          <w:i w:val="0"/>
          <w:color w:val="1A1A1A"/>
          <w:sz w:val="19"/>
        </w:rPr>
        <w:t>私どもは本年も皆様に支えられ、〇〇の案件を滞りなく終えることができました。心より御礼申し上げます。</w:t>
      </w:r>
    </w:p>
    <w:p>
      <w:pPr>
        <w:keepNext/>
        <w:spacing w:before="0" w:after="40" w:line="280" w:lineRule="exact"/>
        <w:ind w:left="227"/>
      </w:pPr>
      <w:r>
        <w:rPr>
          <w:rFonts w:ascii="Yu Mincho" w:hAnsi="Yu Mincho" w:eastAsia="Yu Mincho"/>
          <w:b w:val="0"/>
          <w:i w:val="0"/>
          <w:color w:val="1A1A1A"/>
          <w:sz w:val="19"/>
        </w:rPr>
        <w:t>来年もご期待に応えられるよう努めてまいります。引き続きよろしくお願い申し上げます。</w:t>
      </w:r>
    </w:p>
    <w:p>
      <w:pPr>
        <w:keepNext/>
        <w:spacing w:before="0" w:after="40" w:line="280" w:lineRule="exact"/>
        <w:ind w:left="227"/>
      </w:pPr>
      <w:r>
        <w:rPr>
          <w:rFonts w:ascii="Yu Mincho" w:hAnsi="Yu Mincho" w:eastAsia="Yu Mincho"/>
          <w:b w:val="0"/>
          <w:i w:val="0"/>
          <w:color w:val="1A1A1A"/>
          <w:sz w:val="19"/>
        </w:rPr>
        <w:t>略儀ながら書中にてお礼申し上げます。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株式会社〇〇　山田健一</w:t>
      </w:r>
    </w:p>
    <w:p>
      <w:pPr>
        <w:keepNext/>
        <w:spacing w:before="100" w:after="40"/>
      </w:pPr>
      <w:r>
        <w:rPr>
          <w:rFonts w:ascii="Yu Gothic" w:hAnsi="Yu Gothic" w:eastAsia="Yu Gothic"/>
          <w:b/>
          <w:i w:val="0"/>
          <w:color w:val="1B3A5C"/>
          <w:sz w:val="19"/>
        </w:rPr>
        <w:t>文例4　個人事業主・経営者宛（手書きの一言を添える形）</w:t>
      </w:r>
    </w:p>
    <w:p>
      <w:pPr>
        <w:keepNext/>
        <w:spacing w:before="0" w:after="40" w:line="280" w:lineRule="exact"/>
        <w:ind w:left="227"/>
      </w:pPr>
      <w:r>
        <w:rPr>
          <w:rFonts w:ascii="Yu Mincho" w:hAnsi="Yu Mincho" w:eastAsia="Yu Mincho"/>
          <w:b w:val="0"/>
          <w:i w:val="0"/>
          <w:color w:val="1A1A1A"/>
          <w:sz w:val="19"/>
        </w:rPr>
        <w:t>拝啓　歳末の候、〇〇様にはお変わりなくお過ごしのこととお慶び申し上げます。このたびはお歳暮の品をお送りいただき、ありがとうございました。〇〇は家族でおいしく頂いております。本年中のご厚情に感謝し、来年もよろしくお願い申し上げます。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山田工務店　山田健一</w:t>
      </w:r>
    </w:p>
    <w:p>
      <w:pPr>
        <w:keepNext/>
        <w:spacing w:before="0" w:after="40" w:line="280" w:lineRule="exact"/>
        <w:ind w:left="227"/>
      </w:pPr>
      <w:r>
        <w:rPr>
          <w:rFonts w:ascii="Yu Mincho" w:hAnsi="Yu Mincho" w:eastAsia="Yu Mincho"/>
          <w:b w:val="0"/>
          <w:i w:val="0"/>
          <w:color w:val="1A1A1A"/>
          <w:sz w:val="19"/>
        </w:rPr>
        <w:t>（印刷した本文の下に手書きする一言）</w:t>
      </w:r>
    </w:p>
    <w:p>
      <w:pPr>
        <w:spacing w:before="0" w:after="40" w:line="280" w:lineRule="exact"/>
        <w:ind w:left="227"/>
      </w:pPr>
      <w:r>
        <w:rPr>
          <w:rFonts w:ascii="Yu Mincho" w:hAnsi="Yu Mincho" w:eastAsia="Yu Mincho"/>
          <w:b w:val="0"/>
          <w:i w:val="0"/>
          <w:color w:val="1A1A1A"/>
          <w:sz w:val="19"/>
        </w:rPr>
        <w:t>「いつも本当にありがとうございます。ご家族の皆様にもよろしくお伝えください。良いお年をお迎えください。」</w:t>
      </w:r>
    </w:p>
    <w:p>
      <w:pPr>
        <w:keepNext/>
        <w:spacing w:before="100" w:after="40"/>
      </w:pPr>
      <w:r>
        <w:rPr>
          <w:rFonts w:ascii="Yu Gothic" w:hAnsi="Yu Gothic" w:eastAsia="Yu Gothic"/>
          <w:b/>
          <w:i w:val="0"/>
          <w:color w:val="1B3A5C"/>
          <w:sz w:val="19"/>
        </w:rPr>
        <w:t>文例5　取引先・はがきの簡易版</w:t>
      </w:r>
    </w:p>
    <w:p>
      <w:pPr>
        <w:keepNext/>
        <w:spacing w:before="0" w:after="40" w:line="280" w:lineRule="exact"/>
        <w:ind w:left="227"/>
      </w:pPr>
      <w:r>
        <w:rPr>
          <w:rFonts w:ascii="Yu Mincho" w:hAnsi="Yu Mincho" w:eastAsia="Yu Mincho"/>
          <w:b w:val="0"/>
          <w:i w:val="0"/>
          <w:color w:val="1A1A1A"/>
          <w:sz w:val="19"/>
        </w:rPr>
        <w:t>拝啓　歳末の候、貴社ますますご清栄のこととお慶び申し上げます。このたびはご丁寧にお歳暮を頂戴し、誠にありがとうございました。社員一同、大変喜んでおります。来年も変わらぬご支援を賜りますようお願い申し上げます。略儀ながら、書中にてお礼申し上げます。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株式会社〇〇　山田健一</w:t>
      </w:r>
    </w:p>
    <w:p>
      <w:pPr>
        <w:spacing w:before="60" w:after="40"/>
        <w:pBdr>
          <w:top w:val="double" w:sz="8" w:space="1" w:color="1B3A5C"/>
        </w:pBdr>
      </w:pPr>
      <w:r>
        <w:rPr>
          <w:rFonts w:ascii="Yu Gothic" w:hAnsi="Yu Gothic" w:eastAsia="Yu Gothic"/>
          <w:b/>
          <w:i w:val="0"/>
          <w:color w:val="1B3A5C"/>
          <w:sz w:val="22"/>
        </w:rPr>
        <w:t>B. 上司・恩師・目上の方へ（文例6〜7）</w:t>
      </w:r>
    </w:p>
    <w:p>
      <w:pPr>
        <w:keepNext/>
        <w:spacing w:before="100" w:after="40"/>
      </w:pPr>
      <w:r>
        <w:rPr>
          <w:rFonts w:ascii="Yu Gothic" w:hAnsi="Yu Gothic" w:eastAsia="Yu Gothic"/>
          <w:b/>
          <w:i w:val="0"/>
          <w:color w:val="1B3A5C"/>
          <w:sz w:val="19"/>
        </w:rPr>
        <w:t>文例6　直属の上司へ（会社の上司から自宅へ頂いた場合）</w:t>
      </w:r>
    </w:p>
    <w:p>
      <w:pPr>
        <w:keepNext/>
        <w:spacing w:before="0" w:after="40" w:line="280" w:lineRule="exact"/>
        <w:ind w:left="227"/>
      </w:pPr>
      <w:r>
        <w:rPr>
          <w:rFonts w:ascii="Yu Mincho" w:hAnsi="Yu Mincho" w:eastAsia="Yu Mincho"/>
          <w:b w:val="0"/>
          <w:i w:val="0"/>
          <w:color w:val="1A1A1A"/>
          <w:sz w:val="19"/>
        </w:rPr>
        <w:t>拝啓　師走の候、〇〇部長におかれましては、ますますご健勝のこととお慶び申し上げます。</w:t>
      </w:r>
    </w:p>
    <w:p>
      <w:pPr>
        <w:keepNext/>
        <w:spacing w:before="0" w:after="40" w:line="280" w:lineRule="exact"/>
        <w:ind w:left="227"/>
      </w:pPr>
      <w:r>
        <w:rPr>
          <w:rFonts w:ascii="Yu Mincho" w:hAnsi="Yu Mincho" w:eastAsia="Yu Mincho"/>
          <w:b w:val="0"/>
          <w:i w:val="0"/>
          <w:color w:val="1A1A1A"/>
          <w:sz w:val="19"/>
        </w:rPr>
        <w:t>このたびはご丁寧なお歳暮をお贈りいただき、誠にありがとうございました。思いがけないお心遣いに、家族ともども恐縮しております。〇〇は家族でおいしく頂きました。</w:t>
      </w:r>
    </w:p>
    <w:p>
      <w:pPr>
        <w:keepNext/>
        <w:spacing w:before="0" w:after="40" w:line="280" w:lineRule="exact"/>
        <w:ind w:left="227"/>
      </w:pPr>
      <w:r>
        <w:rPr>
          <w:rFonts w:ascii="Yu Mincho" w:hAnsi="Yu Mincho" w:eastAsia="Yu Mincho"/>
          <w:b w:val="0"/>
          <w:i w:val="0"/>
          <w:color w:val="1A1A1A"/>
          <w:sz w:val="19"/>
        </w:rPr>
        <w:t>本年も公私にわたりご指導を賜り、心より感謝申し上げます。来年も一層努力してまいりますので、変わらぬご指導をお願い申し上げます。</w:t>
      </w:r>
    </w:p>
    <w:p>
      <w:pPr>
        <w:keepNext/>
        <w:spacing w:before="0" w:after="40" w:line="280" w:lineRule="exact"/>
        <w:ind w:left="227"/>
      </w:pPr>
      <w:r>
        <w:rPr>
          <w:rFonts w:ascii="Yu Mincho" w:hAnsi="Yu Mincho" w:eastAsia="Yu Mincho"/>
          <w:b w:val="0"/>
          <w:i w:val="0"/>
          <w:color w:val="1A1A1A"/>
          <w:sz w:val="19"/>
        </w:rPr>
        <w:t>末筆ながら、ご家族の皆様もどうぞ良いお年をお迎えください。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山田健一</w:t>
      </w:r>
    </w:p>
    <w:p>
      <w:pPr>
        <w:spacing w:before="0" w:after="40" w:line="280" w:lineRule="exact"/>
        <w:ind w:left="227"/>
      </w:pPr>
      <w:r>
        <w:rPr>
          <w:rFonts w:ascii="Yu Mincho" w:hAnsi="Yu Mincho" w:eastAsia="Yu Mincho"/>
          <w:b w:val="0"/>
          <w:i w:val="0"/>
          <w:color w:val="1A1A1A"/>
          <w:sz w:val="19"/>
        </w:rPr>
        <w:t>〇〇部長　佐藤次郎様</w:t>
      </w:r>
    </w:p>
    <w:p>
      <w:pPr>
        <w:keepNext/>
        <w:spacing w:before="100" w:after="40"/>
      </w:pPr>
      <w:r>
        <w:rPr>
          <w:rFonts w:ascii="Yu Gothic" w:hAnsi="Yu Gothic" w:eastAsia="Yu Gothic"/>
          <w:b/>
          <w:i w:val="0"/>
          <w:color w:val="1B3A5C"/>
          <w:sz w:val="19"/>
        </w:rPr>
        <w:t>文例7　恩師・目上の方へ（個人の立場）</w:t>
      </w:r>
    </w:p>
    <w:p>
      <w:pPr>
        <w:keepNext/>
        <w:spacing w:before="0" w:after="40" w:line="280" w:lineRule="exact"/>
        <w:ind w:left="227"/>
      </w:pPr>
      <w:r>
        <w:rPr>
          <w:rFonts w:ascii="Yu Mincho" w:hAnsi="Yu Mincho" w:eastAsia="Yu Mincho"/>
          <w:b w:val="0"/>
          <w:i w:val="0"/>
          <w:color w:val="1A1A1A"/>
          <w:sz w:val="19"/>
        </w:rPr>
        <w:t>拝啓　歳末の候、先生にはますますご清祥のこととお慶び申し上げます。</w:t>
      </w:r>
    </w:p>
    <w:p>
      <w:pPr>
        <w:keepNext/>
        <w:spacing w:before="0" w:after="40" w:line="280" w:lineRule="exact"/>
        <w:ind w:left="227"/>
      </w:pPr>
      <w:r>
        <w:rPr>
          <w:rFonts w:ascii="Yu Mincho" w:hAnsi="Yu Mincho" w:eastAsia="Yu Mincho"/>
          <w:b w:val="0"/>
          <w:i w:val="0"/>
          <w:color w:val="1A1A1A"/>
          <w:sz w:val="19"/>
        </w:rPr>
        <w:t>このたびは心のこもったお歳暮の品をお送りいただき、まことにありがとうございました。お心遣いに恐縮しております。</w:t>
      </w:r>
    </w:p>
    <w:p>
      <w:pPr>
        <w:keepNext/>
        <w:spacing w:before="0" w:after="40" w:line="280" w:lineRule="exact"/>
        <w:ind w:left="227"/>
      </w:pPr>
      <w:r>
        <w:rPr>
          <w:rFonts w:ascii="Yu Mincho" w:hAnsi="Yu Mincho" w:eastAsia="Yu Mincho"/>
          <w:b w:val="0"/>
          <w:i w:val="0"/>
          <w:color w:val="1A1A1A"/>
          <w:sz w:val="19"/>
        </w:rPr>
        <w:t>日頃のご無沙汰をお詫び申し上げます。おかげさまで私どもも元気に暮らしております。</w:t>
      </w:r>
    </w:p>
    <w:p>
      <w:pPr>
        <w:keepNext/>
        <w:spacing w:before="0" w:after="40" w:line="280" w:lineRule="exact"/>
        <w:ind w:left="227"/>
      </w:pPr>
      <w:r>
        <w:rPr>
          <w:rFonts w:ascii="Yu Mincho" w:hAnsi="Yu Mincho" w:eastAsia="Yu Mincho"/>
          <w:b w:val="0"/>
          <w:i w:val="0"/>
          <w:color w:val="1A1A1A"/>
          <w:sz w:val="19"/>
        </w:rPr>
        <w:t>寒さが厳しくなってまいります。どうぞご自愛のうえ、よい新年をお迎えください。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山田健一</w:t>
      </w:r>
    </w:p>
    <w:p>
      <w:pPr>
        <w:spacing w:before="0" w:after="40" w:line="280" w:lineRule="exact"/>
        <w:ind w:left="227"/>
      </w:pPr>
      <w:r>
        <w:rPr>
          <w:rFonts w:ascii="Yu Mincho" w:hAnsi="Yu Mincho" w:eastAsia="Yu Mincho"/>
          <w:b w:val="0"/>
          <w:i w:val="0"/>
          <w:color w:val="1A1A1A"/>
          <w:sz w:val="19"/>
        </w:rPr>
        <w:t>佐藤次郎先生</w:t>
      </w:r>
    </w:p>
    <w:p>
      <w:pPr>
        <w:spacing w:before="60" w:after="40"/>
        <w:pBdr>
          <w:top w:val="double" w:sz="8" w:space="1" w:color="1B3A5C"/>
        </w:pBdr>
      </w:pPr>
      <w:r>
        <w:rPr>
          <w:rFonts w:ascii="Yu Gothic" w:hAnsi="Yu Gothic" w:eastAsia="Yu Gothic"/>
          <w:b/>
          <w:i w:val="0"/>
          <w:color w:val="1B3A5C"/>
          <w:sz w:val="22"/>
        </w:rPr>
        <w:t>C. 親戚・義実家・実家・友人へ（文例8〜11）</w:t>
      </w:r>
    </w:p>
    <w:p>
      <w:pPr>
        <w:keepNext/>
        <w:spacing w:before="100" w:after="40"/>
      </w:pPr>
      <w:r>
        <w:rPr>
          <w:rFonts w:ascii="Yu Gothic" w:hAnsi="Yu Gothic" w:eastAsia="Yu Gothic"/>
          <w:b/>
          <w:i w:val="0"/>
          <w:color w:val="1B3A5C"/>
          <w:sz w:val="19"/>
        </w:rPr>
        <w:t>文例8　親戚（叔父・叔母）へ</w:t>
      </w:r>
    </w:p>
    <w:p>
      <w:pPr>
        <w:keepNext/>
        <w:spacing w:before="0" w:after="40" w:line="280" w:lineRule="exact"/>
        <w:ind w:left="227"/>
      </w:pPr>
      <w:r>
        <w:rPr>
          <w:rFonts w:ascii="Yu Mincho" w:hAnsi="Yu Mincho" w:eastAsia="Yu Mincho"/>
          <w:b w:val="0"/>
          <w:i w:val="0"/>
          <w:color w:val="1A1A1A"/>
          <w:sz w:val="19"/>
        </w:rPr>
        <w:t>拝啓　師走に入り、めっきり寒くなりましたが、叔父様、叔母様にはお元気でお過ごしでしょうか。</w:t>
      </w:r>
    </w:p>
    <w:p>
      <w:pPr>
        <w:keepNext/>
        <w:spacing w:before="0" w:after="40" w:line="280" w:lineRule="exact"/>
        <w:ind w:left="227"/>
      </w:pPr>
      <w:r>
        <w:rPr>
          <w:rFonts w:ascii="Yu Mincho" w:hAnsi="Yu Mincho" w:eastAsia="Yu Mincho"/>
          <w:b w:val="0"/>
          <w:i w:val="0"/>
          <w:color w:val="1A1A1A"/>
          <w:sz w:val="19"/>
        </w:rPr>
        <w:t>このたびはお歳暮にと〇〇をお送りいただき、ありがとうございました。子どもたちも大喜びで、さっそくいただきました。毎年お気遣いをいただき、恐縮しております。</w:t>
      </w:r>
    </w:p>
    <w:p>
      <w:pPr>
        <w:keepNext/>
        <w:spacing w:before="0" w:after="40" w:line="280" w:lineRule="exact"/>
        <w:ind w:left="227"/>
      </w:pPr>
      <w:r>
        <w:rPr>
          <w:rFonts w:ascii="Yu Mincho" w:hAnsi="Yu Mincho" w:eastAsia="Yu Mincho"/>
          <w:b w:val="0"/>
          <w:i w:val="0"/>
          <w:color w:val="1A1A1A"/>
          <w:sz w:val="19"/>
        </w:rPr>
        <w:t>お二人とも、寒さに負けずお元気でお過ごしください。お正月には、また近況をご報告に伺いたいと思っております。</w:t>
      </w:r>
    </w:p>
    <w:p>
      <w:pPr>
        <w:keepNext/>
        <w:spacing w:before="0" w:after="40" w:line="280" w:lineRule="exact"/>
        <w:ind w:left="227"/>
      </w:pPr>
      <w:r>
        <w:rPr>
          <w:rFonts w:ascii="Yu Mincho" w:hAnsi="Yu Mincho" w:eastAsia="Yu Mincho"/>
          <w:b w:val="0"/>
          <w:i w:val="0"/>
          <w:color w:val="1A1A1A"/>
          <w:sz w:val="19"/>
        </w:rPr>
        <w:t>まずはお礼まで。</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山田健一・花子</w:t>
      </w:r>
    </w:p>
    <w:p>
      <w:pPr>
        <w:spacing w:before="0" w:after="40" w:line="280" w:lineRule="exact"/>
        <w:ind w:left="227"/>
      </w:pPr>
      <w:r>
        <w:rPr>
          <w:rFonts w:ascii="Yu Mincho" w:hAnsi="Yu Mincho" w:eastAsia="Yu Mincho"/>
          <w:b w:val="0"/>
          <w:i w:val="0"/>
          <w:color w:val="1A1A1A"/>
          <w:sz w:val="19"/>
        </w:rPr>
        <w:t>叔父様・叔母様</w:t>
      </w:r>
    </w:p>
    <w:p>
      <w:pPr>
        <w:keepNext/>
        <w:spacing w:before="100" w:after="40"/>
      </w:pPr>
      <w:r>
        <w:rPr>
          <w:rFonts w:ascii="Yu Gothic" w:hAnsi="Yu Gothic" w:eastAsia="Yu Gothic"/>
          <w:b/>
          <w:i w:val="0"/>
          <w:color w:val="1B3A5C"/>
          <w:sz w:val="19"/>
        </w:rPr>
        <w:t>文例9　義父母（妻・夫の両親）へ（夫から）</w:t>
      </w:r>
    </w:p>
    <w:p>
      <w:pPr>
        <w:keepNext/>
        <w:spacing w:before="0" w:after="40" w:line="280" w:lineRule="exact"/>
        <w:ind w:left="227"/>
      </w:pPr>
      <w:r>
        <w:rPr>
          <w:rFonts w:ascii="Yu Mincho" w:hAnsi="Yu Mincho" w:eastAsia="Yu Mincho"/>
          <w:b w:val="0"/>
          <w:i w:val="0"/>
          <w:color w:val="1A1A1A"/>
          <w:sz w:val="19"/>
        </w:rPr>
        <w:t>拝啓　歳末の候、お義父さま、お義母さまにはお変わりなくお過ごしのこととお慶び申し上げます。</w:t>
      </w:r>
    </w:p>
    <w:p>
      <w:pPr>
        <w:keepNext/>
        <w:spacing w:before="0" w:after="40" w:line="280" w:lineRule="exact"/>
        <w:ind w:left="227"/>
      </w:pPr>
      <w:r>
        <w:rPr>
          <w:rFonts w:ascii="Yu Mincho" w:hAnsi="Yu Mincho" w:eastAsia="Yu Mincho"/>
          <w:b w:val="0"/>
          <w:i w:val="0"/>
          <w:color w:val="1A1A1A"/>
          <w:sz w:val="19"/>
        </w:rPr>
        <w:t>このたびは、お歳暮の品をお送りいただき、ありがとうございました。花子ともども、ありがたく頂戴いたしました。毎年お気遣いをいただき、恐縮しております。</w:t>
      </w:r>
    </w:p>
    <w:p>
      <w:pPr>
        <w:keepNext/>
        <w:spacing w:before="0" w:after="40" w:line="280" w:lineRule="exact"/>
        <w:ind w:left="227"/>
      </w:pPr>
      <w:r>
        <w:rPr>
          <w:rFonts w:ascii="Yu Mincho" w:hAnsi="Yu Mincho" w:eastAsia="Yu Mincho"/>
          <w:b w:val="0"/>
          <w:i w:val="0"/>
          <w:color w:val="1A1A1A"/>
          <w:sz w:val="19"/>
        </w:rPr>
        <w:t>本年もいろいろとお世話になりました。お正月には家族そろってご挨拶に伺う予定でおります。寒さが続きますので、お風邪など召されませんよう、お体をお大事になさってください。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山田健一</w:t>
      </w:r>
    </w:p>
    <w:p>
      <w:pPr>
        <w:spacing w:before="0" w:after="40" w:line="280" w:lineRule="exact"/>
        <w:ind w:left="227"/>
      </w:pPr>
      <w:r>
        <w:rPr>
          <w:rFonts w:ascii="Yu Mincho" w:hAnsi="Yu Mincho" w:eastAsia="Yu Mincho"/>
          <w:b w:val="0"/>
          <w:i w:val="0"/>
          <w:color w:val="1A1A1A"/>
          <w:sz w:val="19"/>
        </w:rPr>
        <w:t>お義父さま・お義母さま</w:t>
      </w:r>
    </w:p>
    <w:p>
      <w:pPr>
        <w:keepNext/>
        <w:spacing w:before="100" w:after="40"/>
      </w:pPr>
      <w:r>
        <w:rPr>
          <w:rFonts w:ascii="Yu Gothic" w:hAnsi="Yu Gothic" w:eastAsia="Yu Gothic"/>
          <w:b/>
          <w:i w:val="0"/>
          <w:color w:val="1B3A5C"/>
          <w:sz w:val="19"/>
        </w:rPr>
        <w:t>文例10　実家の親へ（くだけた言い方）</w:t>
      </w:r>
    </w:p>
    <w:p>
      <w:pPr>
        <w:keepNext/>
        <w:spacing w:before="0" w:after="40" w:line="280" w:lineRule="exact"/>
        <w:ind w:left="227"/>
      </w:pPr>
      <w:r>
        <w:rPr>
          <w:rFonts w:ascii="Yu Mincho" w:hAnsi="Yu Mincho" w:eastAsia="Yu Mincho"/>
          <w:b w:val="0"/>
          <w:i w:val="0"/>
          <w:color w:val="1A1A1A"/>
          <w:sz w:val="19"/>
        </w:rPr>
        <w:t>お歳暮の〇〇、昨日届きました。ありがとう。子どもたちも喜んで食べています。</w:t>
      </w:r>
    </w:p>
    <w:p>
      <w:pPr>
        <w:keepNext/>
        <w:spacing w:before="0" w:after="40" w:line="280" w:lineRule="exact"/>
        <w:ind w:left="227"/>
      </w:pPr>
      <w:r>
        <w:rPr>
          <w:rFonts w:ascii="Yu Mincho" w:hAnsi="Yu Mincho" w:eastAsia="Yu Mincho"/>
          <w:b w:val="0"/>
          <w:i w:val="0"/>
          <w:color w:val="1A1A1A"/>
          <w:sz w:val="19"/>
        </w:rPr>
        <w:t>毎年気を遣わせてしまって申し訳ないです。あまり無理をしないでください。お正月は〇日に帰ります。それまで、お父さんもお母さんも体に気をつけてください。</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健一</w:t>
      </w:r>
    </w:p>
    <w:p>
      <w:pPr>
        <w:keepNext/>
        <w:spacing w:before="100" w:after="40"/>
      </w:pPr>
      <w:r>
        <w:rPr>
          <w:rFonts w:ascii="Yu Gothic" w:hAnsi="Yu Gothic" w:eastAsia="Yu Gothic"/>
          <w:b/>
          <w:i w:val="0"/>
          <w:color w:val="1B3A5C"/>
          <w:sz w:val="19"/>
        </w:rPr>
        <w:t>文例11　友人へ（はがき）</w:t>
      </w:r>
    </w:p>
    <w:p>
      <w:pPr>
        <w:keepNext/>
        <w:spacing w:before="0" w:after="40" w:line="280" w:lineRule="exact"/>
        <w:ind w:left="227"/>
      </w:pPr>
      <w:r>
        <w:rPr>
          <w:rFonts w:ascii="Yu Mincho" w:hAnsi="Yu Mincho" w:eastAsia="Yu Mincho"/>
          <w:b w:val="0"/>
          <w:i w:val="0"/>
          <w:color w:val="1A1A1A"/>
          <w:sz w:val="19"/>
        </w:rPr>
        <w:t>お歳暮の〇〇、ありがとう。家族みんなでおいしく頂きました。毎年気を遣ってもらって恐縮です。今年も一年、いろいろ支えてもらいました。寒くなりますので、風邪など引かないように。また近いうちに会いましょう。</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spacing w:before="60" w:after="40"/>
        <w:pBdr>
          <w:top w:val="double" w:sz="8" w:space="1" w:color="1B3A5C"/>
        </w:pBdr>
      </w:pPr>
      <w:r>
        <w:rPr>
          <w:rFonts w:ascii="Yu Gothic" w:hAnsi="Yu Gothic" w:eastAsia="Yu Gothic"/>
          <w:b/>
          <w:i w:val="0"/>
          <w:color w:val="1B3A5C"/>
          <w:sz w:val="22"/>
        </w:rPr>
        <w:t>D. お礼メール・お礼の電話（文例12〜18）</w:t>
      </w:r>
    </w:p>
    <w:p>
      <w:pPr>
        <w:keepNext/>
        <w:spacing w:before="100" w:after="40"/>
      </w:pPr>
      <w:r>
        <w:rPr>
          <w:rFonts w:ascii="Yu Gothic" w:hAnsi="Yu Gothic" w:eastAsia="Yu Gothic"/>
          <w:b/>
          <w:i w:val="0"/>
          <w:color w:val="1B3A5C"/>
          <w:sz w:val="19"/>
        </w:rPr>
        <w:t>文例12　取引先へのお礼メール（標準）</w:t>
      </w:r>
    </w:p>
    <w:p>
      <w:pPr>
        <w:keepNext/>
        <w:spacing w:before="0" w:after="40" w:line="280" w:lineRule="exact"/>
        <w:ind w:left="227"/>
      </w:pPr>
      <w:r>
        <w:rPr>
          <w:rFonts w:ascii="Yu Gothic" w:hAnsi="Yu Gothic" w:eastAsia="Yu Gothic"/>
          <w:b w:val="0"/>
          <w:i w:val="0"/>
          <w:color w:val="1A1A1A"/>
          <w:sz w:val="19"/>
        </w:rPr>
        <w:t>件名: お歳暮のお礼（〇〇株式会社　山田）</w:t>
      </w:r>
    </w:p>
    <w:p>
      <w:pPr>
        <w:keepNext/>
        <w:spacing w:before="0" w:after="40" w:line="280" w:lineRule="exact"/>
        <w:ind w:left="227"/>
      </w:pPr>
      <w:r>
        <w:rPr>
          <w:rFonts w:ascii="Yu Gothic" w:hAnsi="Yu Gothic" w:eastAsia="Yu Gothic"/>
          <w:b w:val="0"/>
          <w:i w:val="0"/>
          <w:color w:val="1A1A1A"/>
          <w:sz w:val="19"/>
        </w:rPr>
        <w:t>〇〇株式会社　営業部　佐藤次郎様</w:t>
      </w:r>
    </w:p>
    <w:p>
      <w:pPr>
        <w:keepNext/>
        <w:spacing w:before="0" w:after="40" w:line="280" w:lineRule="exact"/>
        <w:ind w:left="227"/>
      </w:pPr>
      <w:r>
        <w:rPr>
          <w:rFonts w:ascii="Yu Gothic" w:hAnsi="Yu Gothic" w:eastAsia="Yu Gothic"/>
          <w:b w:val="0"/>
          <w:i w:val="0"/>
          <w:color w:val="1A1A1A"/>
          <w:sz w:val="19"/>
        </w:rPr>
        <w:t>いつも大変お世話になっております。株式会社〇〇の山田です。</w:t>
      </w:r>
    </w:p>
    <w:p>
      <w:pPr>
        <w:keepNext/>
        <w:spacing w:before="0" w:after="40" w:line="280" w:lineRule="exact"/>
        <w:ind w:left="227"/>
      </w:pPr>
      <w:r>
        <w:rPr>
          <w:rFonts w:ascii="Yu Gothic" w:hAnsi="Yu Gothic" w:eastAsia="Yu Gothic"/>
          <w:b w:val="0"/>
          <w:i w:val="0"/>
          <w:color w:val="1A1A1A"/>
          <w:sz w:val="19"/>
        </w:rPr>
        <w:t>本日、お歳暮の品が届きました。このたびはご丁寧なお心遣いをいただき、誠にありがとうございます。社員一同、ありがたく頂戴いたします。</w:t>
      </w:r>
    </w:p>
    <w:p>
      <w:pPr>
        <w:keepNext/>
        <w:spacing w:before="0" w:after="40" w:line="280" w:lineRule="exact"/>
        <w:ind w:left="227"/>
      </w:pPr>
      <w:r>
        <w:rPr>
          <w:rFonts w:ascii="Yu Gothic" w:hAnsi="Yu Gothic" w:eastAsia="Yu Gothic"/>
          <w:b w:val="0"/>
          <w:i w:val="0"/>
          <w:color w:val="1A1A1A"/>
          <w:sz w:val="19"/>
        </w:rPr>
        <w:t>本年も多大なるご協力を賜り、心より感謝申し上げます。来年も変わらぬお付き合いのほど、よろしくお願い申し上げます。</w:t>
      </w:r>
    </w:p>
    <w:p>
      <w:pPr>
        <w:keepNext/>
        <w:spacing w:before="0" w:after="40" w:line="280" w:lineRule="exact"/>
        <w:ind w:left="227"/>
      </w:pPr>
      <w:r>
        <w:rPr>
          <w:rFonts w:ascii="Yu Gothic" w:hAnsi="Yu Gothic" w:eastAsia="Yu Gothic"/>
          <w:b w:val="0"/>
          <w:i w:val="0"/>
          <w:color w:val="1A1A1A"/>
          <w:sz w:val="19"/>
        </w:rPr>
        <w:t>本来であれば書面にてお礼を申し上げるところ、メールにて失礼いたします。</w:t>
      </w:r>
    </w:p>
    <w:p>
      <w:pPr>
        <w:spacing w:before="0" w:after="40" w:line="280" w:lineRule="exact"/>
        <w:ind w:left="227"/>
      </w:pPr>
      <w:r>
        <w:rPr>
          <w:rFonts w:ascii="Yu Gothic" w:hAnsi="Yu Gothic" w:eastAsia="Yu Gothic"/>
          <w:b w:val="0"/>
          <w:i w:val="0"/>
          <w:color w:val="1A1A1A"/>
          <w:sz w:val="19"/>
        </w:rPr>
        <w:t>株式会社〇〇　営業部　山田健一（連絡先）</w:t>
      </w:r>
    </w:p>
    <w:p>
      <w:pPr>
        <w:keepNext/>
        <w:spacing w:before="100" w:after="40"/>
      </w:pPr>
      <w:r>
        <w:rPr>
          <w:rFonts w:ascii="Yu Gothic" w:hAnsi="Yu Gothic" w:eastAsia="Yu Gothic"/>
          <w:b/>
          <w:i w:val="0"/>
          <w:color w:val="1B3A5C"/>
          <w:sz w:val="19"/>
        </w:rPr>
        <w:t>文例13　上司へ（社内メール）</w:t>
      </w:r>
    </w:p>
    <w:p>
      <w:pPr>
        <w:keepNext/>
        <w:spacing w:before="0" w:after="40" w:line="280" w:lineRule="exact"/>
        <w:ind w:left="227"/>
      </w:pPr>
      <w:r>
        <w:rPr>
          <w:rFonts w:ascii="Yu Gothic" w:hAnsi="Yu Gothic" w:eastAsia="Yu Gothic"/>
          <w:b w:val="0"/>
          <w:i w:val="0"/>
          <w:color w:val="1A1A1A"/>
          <w:sz w:val="19"/>
        </w:rPr>
        <w:t>件名: お歳暮のお礼</w:t>
      </w:r>
    </w:p>
    <w:p>
      <w:pPr>
        <w:keepNext/>
        <w:spacing w:before="0" w:after="40" w:line="280" w:lineRule="exact"/>
        <w:ind w:left="227"/>
      </w:pPr>
      <w:r>
        <w:rPr>
          <w:rFonts w:ascii="Yu Gothic" w:hAnsi="Yu Gothic" w:eastAsia="Yu Gothic"/>
          <w:b w:val="0"/>
          <w:i w:val="0"/>
          <w:color w:val="1A1A1A"/>
          <w:sz w:val="19"/>
        </w:rPr>
        <w:t>〇〇部長</w:t>
      </w:r>
    </w:p>
    <w:p>
      <w:pPr>
        <w:keepNext/>
        <w:spacing w:before="0" w:after="40" w:line="280" w:lineRule="exact"/>
        <w:ind w:left="227"/>
      </w:pPr>
      <w:r>
        <w:rPr>
          <w:rFonts w:ascii="Yu Gothic" w:hAnsi="Yu Gothic" w:eastAsia="Yu Gothic"/>
          <w:b w:val="0"/>
          <w:i w:val="0"/>
          <w:color w:val="1A1A1A"/>
          <w:sz w:val="19"/>
        </w:rPr>
        <w:t>お疲れ様です。山田です。</w:t>
      </w:r>
    </w:p>
    <w:p>
      <w:pPr>
        <w:keepNext/>
        <w:spacing w:before="0" w:after="40" w:line="280" w:lineRule="exact"/>
        <w:ind w:left="227"/>
      </w:pPr>
      <w:r>
        <w:rPr>
          <w:rFonts w:ascii="Yu Gothic" w:hAnsi="Yu Gothic" w:eastAsia="Yu Gothic"/>
          <w:b w:val="0"/>
          <w:i w:val="0"/>
          <w:color w:val="1A1A1A"/>
          <w:sz w:val="19"/>
        </w:rPr>
        <w:t>このたびはお歳暮をお送りいただき、ありがとうございました。家族で頂きました。お気遣いに感謝いたします。</w:t>
      </w:r>
    </w:p>
    <w:p>
      <w:pPr>
        <w:keepNext/>
        <w:spacing w:before="0" w:after="40" w:line="280" w:lineRule="exact"/>
        <w:ind w:left="227"/>
      </w:pPr>
      <w:r>
        <w:rPr>
          <w:rFonts w:ascii="Yu Gothic" w:hAnsi="Yu Gothic" w:eastAsia="Yu Gothic"/>
          <w:b w:val="0"/>
          <w:i w:val="0"/>
          <w:color w:val="1A1A1A"/>
          <w:sz w:val="19"/>
        </w:rPr>
        <w:t>来年もご指導のほど、よろしくお願いいたします。</w:t>
      </w:r>
    </w:p>
    <w:p>
      <w:pPr>
        <w:spacing w:before="0" w:after="40" w:line="280" w:lineRule="exact"/>
        <w:ind w:left="227"/>
      </w:pPr>
      <w:r>
        <w:rPr>
          <w:rFonts w:ascii="Yu Gothic" w:hAnsi="Yu Gothic" w:eastAsia="Yu Gothic"/>
          <w:b w:val="0"/>
          <w:i w:val="0"/>
          <w:color w:val="1A1A1A"/>
          <w:sz w:val="19"/>
        </w:rPr>
        <w:t>山田健一</w:t>
      </w:r>
    </w:p>
    <w:p>
      <w:pPr>
        <w:keepNext/>
        <w:spacing w:before="100" w:after="40"/>
      </w:pPr>
      <w:r>
        <w:rPr>
          <w:rFonts w:ascii="Yu Gothic" w:hAnsi="Yu Gothic" w:eastAsia="Yu Gothic"/>
          <w:b/>
          <w:i w:val="0"/>
          <w:color w:val="1B3A5C"/>
          <w:sz w:val="19"/>
        </w:rPr>
        <w:t>文例14　届いたことだけ先に知らせる（受領のご連絡・後日書面を出す場合）</w:t>
      </w:r>
    </w:p>
    <w:p>
      <w:pPr>
        <w:keepNext/>
        <w:spacing w:before="0" w:after="40" w:line="280" w:lineRule="exact"/>
        <w:ind w:left="227"/>
      </w:pPr>
      <w:r>
        <w:rPr>
          <w:rFonts w:ascii="Yu Gothic" w:hAnsi="Yu Gothic" w:eastAsia="Yu Gothic"/>
          <w:b w:val="0"/>
          <w:i w:val="0"/>
          <w:color w:val="1A1A1A"/>
          <w:sz w:val="19"/>
        </w:rPr>
        <w:t>件名: お歳暮の受領のご連絡</w:t>
      </w:r>
    </w:p>
    <w:p>
      <w:pPr>
        <w:keepNext/>
        <w:spacing w:before="0" w:after="40" w:line="280" w:lineRule="exact"/>
        <w:ind w:left="227"/>
      </w:pPr>
      <w:r>
        <w:rPr>
          <w:rFonts w:ascii="Yu Gothic" w:hAnsi="Yu Gothic" w:eastAsia="Yu Gothic"/>
          <w:b w:val="0"/>
          <w:i w:val="0"/>
          <w:color w:val="1A1A1A"/>
          <w:sz w:val="19"/>
        </w:rPr>
        <w:t>〇〇株式会社　佐藤次郎様</w:t>
      </w:r>
    </w:p>
    <w:p>
      <w:pPr>
        <w:keepNext/>
        <w:spacing w:before="0" w:after="40" w:line="280" w:lineRule="exact"/>
        <w:ind w:left="227"/>
      </w:pPr>
      <w:r>
        <w:rPr>
          <w:rFonts w:ascii="Yu Gothic" w:hAnsi="Yu Gothic" w:eastAsia="Yu Gothic"/>
          <w:b w:val="0"/>
          <w:i w:val="0"/>
          <w:color w:val="1A1A1A"/>
          <w:sz w:val="19"/>
        </w:rPr>
        <w:t>お世話になっております。株式会社〇〇の山田です。</w:t>
      </w:r>
    </w:p>
    <w:p>
      <w:pPr>
        <w:keepNext/>
        <w:spacing w:before="0" w:after="40" w:line="280" w:lineRule="exact"/>
        <w:ind w:left="227"/>
      </w:pPr>
      <w:r>
        <w:rPr>
          <w:rFonts w:ascii="Yu Gothic" w:hAnsi="Yu Gothic" w:eastAsia="Yu Gothic"/>
          <w:b w:val="0"/>
          <w:i w:val="0"/>
          <w:color w:val="1A1A1A"/>
          <w:sz w:val="19"/>
        </w:rPr>
        <w:t>お歳暮の品が本日届きましたので、取り急ぎご連絡いたします。ご丁寧なお心遣いに、深く感謝申し上げます。</w:t>
      </w:r>
    </w:p>
    <w:p>
      <w:pPr>
        <w:keepNext/>
        <w:spacing w:before="0" w:after="40" w:line="280" w:lineRule="exact"/>
        <w:ind w:left="227"/>
      </w:pPr>
      <w:r>
        <w:rPr>
          <w:rFonts w:ascii="Yu Gothic" w:hAnsi="Yu Gothic" w:eastAsia="Yu Gothic"/>
          <w:b w:val="0"/>
          <w:i w:val="0"/>
          <w:color w:val="1A1A1A"/>
          <w:sz w:val="19"/>
        </w:rPr>
        <w:t>あらためて書面にてお礼を申し上げます。まずはメールにてお礼とご報告まで。</w:t>
      </w:r>
    </w:p>
    <w:p>
      <w:pPr>
        <w:spacing w:before="0" w:after="40" w:line="280" w:lineRule="exact"/>
        <w:ind w:left="227"/>
      </w:pPr>
      <w:r>
        <w:rPr>
          <w:rFonts w:ascii="Yu Gothic" w:hAnsi="Yu Gothic" w:eastAsia="Yu Gothic"/>
          <w:b w:val="0"/>
          <w:i w:val="0"/>
          <w:color w:val="1A1A1A"/>
          <w:sz w:val="19"/>
        </w:rPr>
        <w:t>株式会社〇〇　山田健一</w:t>
      </w:r>
    </w:p>
    <w:p>
      <w:pPr>
        <w:keepNext/>
        <w:spacing w:before="100" w:after="40"/>
      </w:pPr>
      <w:r>
        <w:rPr>
          <w:rFonts w:ascii="Yu Gothic" w:hAnsi="Yu Gothic" w:eastAsia="Yu Gothic"/>
          <w:b/>
          <w:i w:val="0"/>
          <w:color w:val="1B3A5C"/>
          <w:sz w:val="19"/>
        </w:rPr>
        <w:t>文例15　親しい取引先へ（くだけたメール）</w:t>
      </w:r>
    </w:p>
    <w:p>
      <w:pPr>
        <w:keepNext/>
        <w:spacing w:before="0" w:after="40" w:line="280" w:lineRule="exact"/>
        <w:ind w:left="227"/>
      </w:pPr>
      <w:r>
        <w:rPr>
          <w:rFonts w:ascii="Yu Gothic" w:hAnsi="Yu Gothic" w:eastAsia="Yu Gothic"/>
          <w:b w:val="0"/>
          <w:i w:val="0"/>
          <w:color w:val="1A1A1A"/>
          <w:sz w:val="19"/>
        </w:rPr>
        <w:t>件名: お歳暮ありがとうございます</w:t>
      </w:r>
    </w:p>
    <w:p>
      <w:pPr>
        <w:keepNext/>
        <w:spacing w:before="0" w:after="40" w:line="280" w:lineRule="exact"/>
        <w:ind w:left="227"/>
      </w:pPr>
      <w:r>
        <w:rPr>
          <w:rFonts w:ascii="Yu Gothic" w:hAnsi="Yu Gothic" w:eastAsia="Yu Gothic"/>
          <w:b w:val="0"/>
          <w:i w:val="0"/>
          <w:color w:val="1A1A1A"/>
          <w:sz w:val="19"/>
        </w:rPr>
        <w:t>佐藤様</w:t>
      </w:r>
    </w:p>
    <w:p>
      <w:pPr>
        <w:keepNext/>
        <w:spacing w:before="0" w:after="40" w:line="280" w:lineRule="exact"/>
        <w:ind w:left="227"/>
      </w:pPr>
      <w:r>
        <w:rPr>
          <w:rFonts w:ascii="Yu Gothic" w:hAnsi="Yu Gothic" w:eastAsia="Yu Gothic"/>
          <w:b w:val="0"/>
          <w:i w:val="0"/>
          <w:color w:val="1A1A1A"/>
          <w:sz w:val="19"/>
        </w:rPr>
        <w:t>山田です。いつもお世話になっています。</w:t>
      </w:r>
    </w:p>
    <w:p>
      <w:pPr>
        <w:keepNext/>
        <w:spacing w:before="0" w:after="40" w:line="280" w:lineRule="exact"/>
        <w:ind w:left="227"/>
      </w:pPr>
      <w:r>
        <w:rPr>
          <w:rFonts w:ascii="Yu Gothic" w:hAnsi="Yu Gothic" w:eastAsia="Yu Gothic"/>
          <w:b w:val="0"/>
          <w:i w:val="0"/>
          <w:color w:val="1A1A1A"/>
          <w:sz w:val="19"/>
        </w:rPr>
        <w:t>お歳暮の〇〇、今日届きました。毎年お気遣いいただいて、恐縮です。みんなで頂きます。</w:t>
      </w:r>
    </w:p>
    <w:p>
      <w:pPr>
        <w:keepNext/>
        <w:spacing w:before="0" w:after="40" w:line="280" w:lineRule="exact"/>
        <w:ind w:left="227"/>
      </w:pPr>
      <w:r>
        <w:rPr>
          <w:rFonts w:ascii="Yu Gothic" w:hAnsi="Yu Gothic" w:eastAsia="Yu Gothic"/>
          <w:b w:val="0"/>
          <w:i w:val="0"/>
          <w:color w:val="1A1A1A"/>
          <w:sz w:val="19"/>
        </w:rPr>
        <w:t>今年は〇〇の件で大変お世話になりました。来年もよろしくお願いします。寒くなりますので、お体に気をつけてください。</w:t>
      </w:r>
    </w:p>
    <w:p>
      <w:pPr>
        <w:spacing w:before="0" w:after="40" w:line="280" w:lineRule="exact"/>
        <w:ind w:left="227"/>
      </w:pPr>
      <w:r>
        <w:rPr>
          <w:rFonts w:ascii="Yu Gothic" w:hAnsi="Yu Gothic" w:eastAsia="Yu Gothic"/>
          <w:b w:val="0"/>
          <w:i w:val="0"/>
          <w:color w:val="1A1A1A"/>
          <w:sz w:val="19"/>
        </w:rPr>
        <w:t>山田</w:t>
      </w:r>
    </w:p>
    <w:p>
      <w:pPr>
        <w:keepNext/>
        <w:spacing w:before="100" w:after="40"/>
      </w:pPr>
      <w:r>
        <w:rPr>
          <w:rFonts w:ascii="Yu Gothic" w:hAnsi="Yu Gothic" w:eastAsia="Yu Gothic"/>
          <w:b/>
          <w:i w:val="0"/>
          <w:color w:val="1B3A5C"/>
          <w:sz w:val="19"/>
        </w:rPr>
        <w:t>文例16　お礼の電話（話し言葉・取引先の担当者に）</w:t>
      </w:r>
    </w:p>
    <w:p>
      <w:pPr>
        <w:keepNext/>
        <w:spacing w:before="0" w:after="40" w:line="280" w:lineRule="exact"/>
        <w:ind w:left="227"/>
      </w:pPr>
      <w:r>
        <w:rPr>
          <w:rFonts w:ascii="Yu Gothic" w:hAnsi="Yu Gothic" w:eastAsia="Yu Gothic"/>
          <w:b w:val="0"/>
          <w:i w:val="0"/>
          <w:color w:val="1A1A1A"/>
          <w:sz w:val="19"/>
        </w:rPr>
        <w:t>「お世話になっております。株式会社〇〇の山田と申します。佐藤様はいらっしゃいますか。」</w:t>
      </w:r>
    </w:p>
    <w:p>
      <w:pPr>
        <w:keepNext/>
        <w:spacing w:before="0" w:after="40" w:line="280" w:lineRule="exact"/>
        <w:ind w:left="227"/>
      </w:pPr>
      <w:r>
        <w:rPr>
          <w:rFonts w:ascii="Yu Gothic" w:hAnsi="Yu Gothic" w:eastAsia="Yu Gothic"/>
          <w:b w:val="0"/>
          <w:i w:val="0"/>
          <w:color w:val="1A1A1A"/>
          <w:sz w:val="19"/>
        </w:rPr>
        <w:t>（本人が出たら）「お忙しいところ失礼いたします。本日、お歳暮の品が届きましたので、お礼を申し上げたくお電話いたしました。ご丁寧にありがとうございます。社員一同、頂戴いたします。」</w:t>
      </w:r>
    </w:p>
    <w:p>
      <w:pPr>
        <w:keepNext/>
        <w:spacing w:before="0" w:after="40" w:line="280" w:lineRule="exact"/>
        <w:ind w:left="227"/>
      </w:pPr>
      <w:r>
        <w:rPr>
          <w:rFonts w:ascii="Yu Gothic" w:hAnsi="Yu Gothic" w:eastAsia="Yu Gothic"/>
          <w:b w:val="0"/>
          <w:i w:val="0"/>
          <w:color w:val="1A1A1A"/>
          <w:sz w:val="19"/>
        </w:rPr>
        <w:t>「今年も大変お世話になりました。来年もどうぞよろしくお願いいたします。」</w:t>
      </w:r>
    </w:p>
    <w:p>
      <w:pPr>
        <w:spacing w:before="0" w:after="40" w:line="280" w:lineRule="exact"/>
        <w:ind w:left="227"/>
      </w:pPr>
      <w:r>
        <w:rPr>
          <w:rFonts w:ascii="Yu Gothic" w:hAnsi="Yu Gothic" w:eastAsia="Yu Gothic"/>
          <w:b w:val="0"/>
          <w:i w:val="0"/>
          <w:color w:val="1A1A1A"/>
          <w:sz w:val="19"/>
        </w:rPr>
        <w:t>「あらためて書面でもお礼を申し上げます。失礼いたします。」</w:t>
      </w:r>
    </w:p>
    <w:p>
      <w:pPr>
        <w:spacing w:before="20" w:after="40" w:line="240" w:lineRule="exact"/>
        <w:ind w:left="227"/>
      </w:pPr>
      <w:r>
        <w:rPr>
          <w:rFonts w:ascii="Yu Gothic" w:hAnsi="Yu Gothic" w:eastAsia="Yu Gothic"/>
          <w:b w:val="0"/>
          <w:i w:val="0"/>
          <w:color w:val="66707A"/>
          <w:sz w:val="16"/>
        </w:rPr>
        <w:t>注: 取引先には、電話のあとで書面も出すと丁寧です。日本郵便のコラムは「電話で連絡したうえで、お礼状を返すのはマナー」とし、高島屋は、すぐ出せないときはまず電話かメールで伝え、遅くとも1週間以内に送付するとしています。年末は相手が忙しいので、電話は短くします。相手の都合で読めるメールや手紙のほうがよい場面もあります（日本郵便）。</w:t>
      </w:r>
    </w:p>
    <w:p>
      <w:pPr>
        <w:keepNext/>
        <w:spacing w:before="100" w:after="40"/>
      </w:pPr>
      <w:r>
        <w:rPr>
          <w:rFonts w:ascii="Yu Gothic" w:hAnsi="Yu Gothic" w:eastAsia="Yu Gothic"/>
          <w:b/>
          <w:i w:val="0"/>
          <w:color w:val="1B3A5C"/>
          <w:sz w:val="19"/>
        </w:rPr>
        <w:t>文例17　お礼の電話（親戚・個人宛）</w:t>
      </w:r>
    </w:p>
    <w:p>
      <w:pPr>
        <w:keepNext/>
        <w:spacing w:before="0" w:after="40" w:line="280" w:lineRule="exact"/>
        <w:ind w:left="227"/>
      </w:pPr>
      <w:r>
        <w:rPr>
          <w:rFonts w:ascii="Yu Gothic" w:hAnsi="Yu Gothic" w:eastAsia="Yu Gothic"/>
          <w:b w:val="0"/>
          <w:i w:val="0"/>
          <w:color w:val="1A1A1A"/>
          <w:sz w:val="19"/>
        </w:rPr>
        <w:t>「もしもし、山田です。叔母さん、お元気ですか。今、お時間大丈夫ですか。」</w:t>
      </w:r>
    </w:p>
    <w:p>
      <w:pPr>
        <w:keepNext/>
        <w:spacing w:before="0" w:after="40" w:line="280" w:lineRule="exact"/>
        <w:ind w:left="227"/>
      </w:pPr>
      <w:r>
        <w:rPr>
          <w:rFonts w:ascii="Yu Gothic" w:hAnsi="Yu Gothic" w:eastAsia="Yu Gothic"/>
          <w:b w:val="0"/>
          <w:i w:val="0"/>
          <w:color w:val="1A1A1A"/>
          <w:sz w:val="19"/>
        </w:rPr>
        <w:t>「お歳暮の〇〇、昨日届きました。ありがとうございます。子どもたちも大喜びです。」</w:t>
      </w:r>
    </w:p>
    <w:p>
      <w:pPr>
        <w:keepNext/>
        <w:spacing w:before="0" w:after="40" w:line="280" w:lineRule="exact"/>
        <w:ind w:left="227"/>
      </w:pPr>
      <w:r>
        <w:rPr>
          <w:rFonts w:ascii="Yu Gothic" w:hAnsi="Yu Gothic" w:eastAsia="Yu Gothic"/>
          <w:b w:val="0"/>
          <w:i w:val="0"/>
          <w:color w:val="1A1A1A"/>
          <w:sz w:val="19"/>
        </w:rPr>
        <w:t>「毎年気を遣っていただいて、申し訳ないです。来年も元気でお会いしたいと思っています。」</w:t>
      </w:r>
    </w:p>
    <w:p>
      <w:pPr>
        <w:spacing w:before="0" w:after="40" w:line="280" w:lineRule="exact"/>
        <w:ind w:left="227"/>
      </w:pPr>
      <w:r>
        <w:rPr>
          <w:rFonts w:ascii="Yu Gothic" w:hAnsi="Yu Gothic" w:eastAsia="Yu Gothic"/>
          <w:b w:val="0"/>
          <w:i w:val="0"/>
          <w:color w:val="1A1A1A"/>
          <w:sz w:val="19"/>
        </w:rPr>
        <w:t>「寒くなりますので、お体に気をつけてください。それでは、失礼します。」</w:t>
      </w:r>
    </w:p>
    <w:p>
      <w:pPr>
        <w:keepNext/>
        <w:spacing w:before="100" w:after="40"/>
      </w:pPr>
      <w:r>
        <w:rPr>
          <w:rFonts w:ascii="Yu Gothic" w:hAnsi="Yu Gothic" w:eastAsia="Yu Gothic"/>
          <w:b/>
          <w:i w:val="0"/>
          <w:color w:val="1B3A5C"/>
          <w:sz w:val="19"/>
        </w:rPr>
        <w:t>文例18　留守番電話に残すとき</w:t>
      </w:r>
    </w:p>
    <w:p>
      <w:pPr>
        <w:spacing w:before="0" w:after="40" w:line="280" w:lineRule="exact"/>
        <w:ind w:left="227"/>
      </w:pPr>
      <w:r>
        <w:rPr>
          <w:rFonts w:ascii="Yu Gothic" w:hAnsi="Yu Gothic" w:eastAsia="Yu Gothic"/>
          <w:b w:val="0"/>
          <w:i w:val="0"/>
          <w:color w:val="1A1A1A"/>
          <w:sz w:val="19"/>
        </w:rPr>
        <w:t>「〇〇株式会社の佐藤様、株式会社〇〇の山田です。お歳暮の品が届きましたので、お礼を申し上げたくお電話しました。ありがとうございました。あらためて、また書面かメールでお礼を差し上げます。お忙しいところ失礼しました。」</w:t>
      </w:r>
    </w:p>
    <w:p>
      <w:pPr>
        <w:spacing w:before="60" w:after="40"/>
        <w:pBdr>
          <w:top w:val="double" w:sz="8" w:space="1" w:color="1B3A5C"/>
        </w:pBdr>
      </w:pPr>
      <w:r>
        <w:rPr>
          <w:rFonts w:ascii="Yu Gothic" w:hAnsi="Yu Gothic" w:eastAsia="Yu Gothic"/>
          <w:b/>
          <w:i w:val="0"/>
          <w:color w:val="1B3A5C"/>
          <w:sz w:val="22"/>
        </w:rPr>
        <w:t>E. お返しは必要か・お返し不要の伝え方（文例19〜21）</w:t>
      </w:r>
    </w:p>
    <w:p>
      <w:pPr>
        <w:keepNext/>
        <w:spacing w:before="100" w:after="40"/>
      </w:pPr>
      <w:r>
        <w:rPr>
          <w:rFonts w:ascii="Yu Gothic" w:hAnsi="Yu Gothic" w:eastAsia="Yu Gothic"/>
          <w:b/>
          <w:i w:val="0"/>
          <w:color w:val="1B3A5C"/>
          <w:sz w:val="19"/>
        </w:rPr>
        <w:t>文例19　お返し（返礼）の品を贈るときの送り状（お礼状を兼ねる）</w:t>
      </w:r>
    </w:p>
    <w:p>
      <w:pPr>
        <w:keepNext/>
        <w:spacing w:before="0" w:after="40" w:line="280" w:lineRule="exact"/>
        <w:ind w:left="227"/>
      </w:pPr>
      <w:r>
        <w:rPr>
          <w:rFonts w:ascii="Yu Mincho" w:hAnsi="Yu Mincho" w:eastAsia="Yu Mincho"/>
          <w:b w:val="0"/>
          <w:i w:val="0"/>
          <w:color w:val="1A1A1A"/>
          <w:sz w:val="19"/>
        </w:rPr>
        <w:t>拝啓　師走の候、〇〇様にはご清祥のこととお慶び申し上げます。</w:t>
      </w:r>
    </w:p>
    <w:p>
      <w:pPr>
        <w:keepNext/>
        <w:spacing w:before="0" w:after="40" w:line="280" w:lineRule="exact"/>
        <w:ind w:left="227"/>
      </w:pPr>
      <w:r>
        <w:rPr>
          <w:rFonts w:ascii="Yu Mincho" w:hAnsi="Yu Mincho" w:eastAsia="Yu Mincho"/>
          <w:b w:val="0"/>
          <w:i w:val="0"/>
          <w:color w:val="1A1A1A"/>
          <w:sz w:val="19"/>
        </w:rPr>
        <w:t>先日は結構なお歳暮の品を賜り、ありがとうございました。お礼のしるしに、心ばかりの品をお送りいたしました。ご笑納くだされば幸いです。</w:t>
      </w:r>
    </w:p>
    <w:p>
      <w:pPr>
        <w:keepNext/>
        <w:spacing w:before="0" w:after="40" w:line="280" w:lineRule="exact"/>
        <w:ind w:left="227"/>
      </w:pPr>
      <w:r>
        <w:rPr>
          <w:rFonts w:ascii="Yu Mincho" w:hAnsi="Yu Mincho" w:eastAsia="Yu Mincho"/>
          <w:b w:val="0"/>
          <w:i w:val="0"/>
          <w:color w:val="1A1A1A"/>
          <w:sz w:val="19"/>
        </w:rPr>
        <w:t>本年もお世話になりました。来年も変わらぬお付き合いをお願い申し上げます。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keepNext/>
        <w:spacing w:before="100" w:after="40"/>
      </w:pPr>
      <w:r>
        <w:rPr>
          <w:rFonts w:ascii="Yu Gothic" w:hAnsi="Yu Gothic" w:eastAsia="Yu Gothic"/>
          <w:b/>
          <w:i w:val="0"/>
          <w:color w:val="1B3A5C"/>
          <w:sz w:val="19"/>
        </w:rPr>
        <w:t>文例20　こちらが贈る側で「お返し不要」を添える送り状（品物より先に郵送）</w:t>
      </w:r>
    </w:p>
    <w:p>
      <w:pPr>
        <w:keepNext/>
        <w:spacing w:before="0" w:after="40" w:line="280" w:lineRule="exact"/>
        <w:ind w:left="227"/>
      </w:pPr>
      <w:r>
        <w:rPr>
          <w:rFonts w:ascii="Yu Mincho" w:hAnsi="Yu Mincho" w:eastAsia="Yu Mincho"/>
          <w:b w:val="0"/>
          <w:i w:val="0"/>
          <w:color w:val="1A1A1A"/>
          <w:sz w:val="19"/>
        </w:rPr>
        <w:t>拝啓　師走の候、〇〇様にはお変わりなくお過ごしのこととお慶び申し上げます。</w:t>
      </w:r>
    </w:p>
    <w:p>
      <w:pPr>
        <w:keepNext/>
        <w:spacing w:before="0" w:after="40" w:line="280" w:lineRule="exact"/>
        <w:ind w:left="227"/>
      </w:pPr>
      <w:r>
        <w:rPr>
          <w:rFonts w:ascii="Yu Mincho" w:hAnsi="Yu Mincho" w:eastAsia="Yu Mincho"/>
          <w:b w:val="0"/>
          <w:i w:val="0"/>
          <w:color w:val="1A1A1A"/>
          <w:sz w:val="19"/>
        </w:rPr>
        <w:t>本年も大変お世話になりました。日頃の感謝のしるしとして、別便にて心ばかりの品をお送りいたしました。〇日ごろ届く予定です。ご笑納いただければ幸いです。</w:t>
      </w:r>
    </w:p>
    <w:p>
      <w:pPr>
        <w:keepNext/>
        <w:spacing w:before="0" w:after="40" w:line="280" w:lineRule="exact"/>
        <w:ind w:left="227"/>
      </w:pPr>
      <w:r>
        <w:rPr>
          <w:rFonts w:ascii="Yu Mincho" w:hAnsi="Yu Mincho" w:eastAsia="Yu Mincho"/>
          <w:b w:val="0"/>
          <w:i w:val="0"/>
          <w:color w:val="1A1A1A"/>
          <w:sz w:val="19"/>
        </w:rPr>
        <w:t>なお、お返しなどのお心遣いは、どうぞなさいませんようお願い申し上げます。</w:t>
      </w:r>
    </w:p>
    <w:p>
      <w:pPr>
        <w:keepNext/>
        <w:spacing w:before="0" w:after="40" w:line="280" w:lineRule="exact"/>
        <w:ind w:left="227"/>
      </w:pPr>
      <w:r>
        <w:rPr>
          <w:rFonts w:ascii="Yu Mincho" w:hAnsi="Yu Mincho" w:eastAsia="Yu Mincho"/>
          <w:b w:val="0"/>
          <w:i w:val="0"/>
          <w:color w:val="1A1A1A"/>
          <w:sz w:val="19"/>
        </w:rPr>
        <w:t>どうぞ良い新年をお迎えください。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keepNext/>
        <w:spacing w:before="100" w:after="40"/>
      </w:pPr>
      <w:r>
        <w:rPr>
          <w:rFonts w:ascii="Yu Gothic" w:hAnsi="Yu Gothic" w:eastAsia="Yu Gothic"/>
          <w:b/>
          <w:i w:val="0"/>
          <w:color w:val="1B3A5C"/>
          <w:sz w:val="19"/>
        </w:rPr>
        <w:t>文例21　毎年頂く方へ「お気持ちだけで」と丁寧に伝える（お礼状の末尾の一文）</w:t>
      </w:r>
    </w:p>
    <w:p>
      <w:pPr>
        <w:spacing w:before="0" w:after="40" w:line="280" w:lineRule="exact"/>
        <w:ind w:left="227"/>
      </w:pPr>
      <w:r>
        <w:rPr>
          <w:rFonts w:ascii="Yu Gothic" w:hAnsi="Yu Gothic" w:eastAsia="Yu Gothic"/>
          <w:b w:val="0"/>
          <w:i w:val="0"/>
          <w:color w:val="1A1A1A"/>
          <w:sz w:val="19"/>
        </w:rPr>
        <w:t>「毎年お心遣いを賜り、大変恐縮しております。お気持ちだけで十分でございますので、どうぞご無理のないようになさってください。」</w:t>
      </w:r>
    </w:p>
    <w:p>
      <w:pPr>
        <w:spacing w:before="20" w:after="40" w:line="240" w:lineRule="exact"/>
        <w:ind w:left="227"/>
      </w:pPr>
      <w:r>
        <w:rPr>
          <w:rFonts w:ascii="Yu Gothic" w:hAnsi="Yu Gothic" w:eastAsia="Yu Gothic"/>
          <w:b w:val="0"/>
          <w:i w:val="0"/>
          <w:color w:val="66707A"/>
          <w:sz w:val="16"/>
        </w:rPr>
        <w:t>注: 親戚・義実家宛の文例8・9の末尾にそのまま足せます。取引先には「ご無理のないように」が相手の事情に踏み込みすぎるので使わず、来年から断りたい場合は文例24を使います。</w:t>
      </w:r>
    </w:p>
    <w:p>
      <w:pPr>
        <w:spacing w:before="60" w:after="40"/>
        <w:pBdr>
          <w:top w:val="double" w:sz="8" w:space="1" w:color="1B3A5C"/>
        </w:pBdr>
      </w:pPr>
      <w:r>
        <w:rPr>
          <w:rFonts w:ascii="Yu Gothic" w:hAnsi="Yu Gothic" w:eastAsia="Yu Gothic"/>
          <w:b/>
          <w:i w:val="0"/>
          <w:color w:val="1B3A5C"/>
          <w:sz w:val="22"/>
        </w:rPr>
        <w:t>F. お歳暮を辞退したいとき（文例22〜24）</w:t>
      </w:r>
    </w:p>
    <w:p>
      <w:pPr>
        <w:keepNext/>
        <w:spacing w:before="100" w:after="40"/>
      </w:pPr>
      <w:r>
        <w:rPr>
          <w:rFonts w:ascii="Yu Gothic" w:hAnsi="Yu Gothic" w:eastAsia="Yu Gothic"/>
          <w:b/>
          <w:i w:val="0"/>
          <w:color w:val="1B3A5C"/>
          <w:sz w:val="19"/>
        </w:rPr>
        <w:t>文例22　取引先へ（会社の方針で受け取れない・贈る前に）</w:t>
      </w:r>
    </w:p>
    <w:p>
      <w:pPr>
        <w:keepNext/>
        <w:spacing w:before="0" w:after="40" w:line="280" w:lineRule="exact"/>
        <w:ind w:left="227"/>
      </w:pPr>
      <w:r>
        <w:rPr>
          <w:rFonts w:ascii="Yu Mincho" w:hAnsi="Yu Mincho" w:eastAsia="Yu Mincho"/>
          <w:b w:val="0"/>
          <w:i w:val="0"/>
          <w:color w:val="1A1A1A"/>
          <w:sz w:val="19"/>
        </w:rPr>
        <w:t>拝啓　晩秋の候、貴社ますますご清栄のこととお慶び申し上げます。平素は格別のお引き立てを賜り、厚く御礼申し上げます。</w:t>
      </w:r>
    </w:p>
    <w:p>
      <w:pPr>
        <w:keepNext/>
        <w:spacing w:before="0" w:after="40" w:line="280" w:lineRule="exact"/>
        <w:ind w:left="227"/>
      </w:pPr>
      <w:r>
        <w:rPr>
          <w:rFonts w:ascii="Yu Mincho" w:hAnsi="Yu Mincho" w:eastAsia="Yu Mincho"/>
          <w:b w:val="0"/>
          <w:i w:val="0"/>
          <w:color w:val="1A1A1A"/>
          <w:sz w:val="19"/>
        </w:rPr>
        <w:t>さて、誠に勝手ながら、当社では社内規定により、お中元・お歳暮などの贈答品を今後お受けしないこととなりました。これまでのご厚意に感謝しつつ、事情をご賢察のうえご理解を賜りますようお願い申し上げます。</w:t>
      </w:r>
    </w:p>
    <w:p>
      <w:pPr>
        <w:keepNext/>
        <w:spacing w:before="0" w:after="40" w:line="280" w:lineRule="exact"/>
        <w:ind w:left="227"/>
      </w:pPr>
      <w:r>
        <w:rPr>
          <w:rFonts w:ascii="Yu Mincho" w:hAnsi="Yu Mincho" w:eastAsia="Yu Mincho"/>
          <w:b w:val="0"/>
          <w:i w:val="0"/>
          <w:color w:val="1A1A1A"/>
          <w:sz w:val="19"/>
        </w:rPr>
        <w:t>今後とも変わらぬお付き合いのほど、よろしくお願い申し上げます。</w:t>
      </w:r>
    </w:p>
    <w:p>
      <w:pPr>
        <w:keepNext/>
        <w:spacing w:before="0" w:after="40" w:line="280" w:lineRule="exact"/>
        <w:ind w:left="227"/>
      </w:pPr>
      <w:r>
        <w:rPr>
          <w:rFonts w:ascii="Yu Mincho" w:hAnsi="Yu Mincho" w:eastAsia="Yu Mincho"/>
          <w:b w:val="0"/>
          <w:i w:val="0"/>
          <w:color w:val="1A1A1A"/>
          <w:sz w:val="19"/>
        </w:rPr>
        <w:t>まずは略儀ながら書面にてご通知申し上げます。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令和八年十一月〇日</w:t>
      </w:r>
    </w:p>
    <w:p>
      <w:pPr>
        <w:spacing w:before="0" w:after="40" w:line="280" w:lineRule="exact"/>
        <w:ind w:left="227"/>
      </w:pPr>
      <w:r>
        <w:rPr>
          <w:rFonts w:ascii="Yu Mincho" w:hAnsi="Yu Mincho" w:eastAsia="Yu Mincho"/>
          <w:b w:val="0"/>
          <w:i w:val="0"/>
          <w:color w:val="1A1A1A"/>
          <w:sz w:val="19"/>
        </w:rPr>
        <w:t>株式会社〇〇　総務部長　山田健一</w:t>
      </w:r>
    </w:p>
    <w:p>
      <w:pPr>
        <w:keepNext/>
        <w:spacing w:before="60" w:after="20"/>
        <w:ind w:left="227"/>
      </w:pPr>
      <w:r>
        <w:rPr>
          <w:rFonts w:ascii="Yu Gothic" w:hAnsi="Yu Gothic" w:eastAsia="Yu Gothic"/>
          <w:b/>
          <w:i w:val="0"/>
          <w:color w:val="1B3A5C"/>
          <w:sz w:val="18"/>
        </w:rPr>
        <w:t>文例22の差し替え段落（社内規定があるのに、お歳暮が届いてしまったとき）</w:t>
      </w:r>
    </w:p>
    <w:p>
      <w:pPr>
        <w:keepNext/>
        <w:spacing w:before="0" w:after="20" w:line="240" w:lineRule="exact"/>
        <w:ind w:left="227"/>
      </w:pPr>
      <w:r>
        <w:rPr>
          <w:rFonts w:ascii="Yu Gothic" w:hAnsi="Yu Gothic" w:eastAsia="Yu Gothic"/>
          <w:b w:val="0"/>
          <w:i w:val="0"/>
          <w:color w:val="66707A"/>
          <w:sz w:val="16"/>
        </w:rPr>
        <w:t>「さて、」以下をこの段落に替えます。時候は「師走の候」、日付は12月にします。結びは「略儀ながら書中にてお礼とお詫びを申し上げます。」にします。</w:t>
      </w:r>
    </w:p>
    <w:p>
      <w:pPr>
        <w:spacing w:before="0" w:after="40" w:line="280" w:lineRule="exact"/>
        <w:ind w:left="227"/>
      </w:pPr>
      <w:r>
        <w:rPr>
          <w:rFonts w:ascii="Yu Mincho" w:hAnsi="Yu Mincho" w:eastAsia="Yu Mincho"/>
          <w:b w:val="0"/>
          <w:i w:val="0"/>
          <w:color w:val="1A1A1A"/>
          <w:sz w:val="19"/>
        </w:rPr>
        <w:t>さて、このたびはご丁寧なお歳暮の品をお送りいただき、心より御礼申し上げます。せっかくのお心遣いですが、当社では社内規定により、お取引先様からの贈答品をお受けしておりません。誠に恐縮ながら、お品は別便にてご返送させていただきました。事情をご賢察のうえ、ご理解を賜りますようお願い申し上げます。</w:t>
      </w:r>
    </w:p>
    <w:p>
      <w:pPr>
        <w:keepNext/>
        <w:spacing w:before="100" w:after="40"/>
      </w:pPr>
      <w:r>
        <w:rPr>
          <w:rFonts w:ascii="Yu Gothic" w:hAnsi="Yu Gothic" w:eastAsia="Yu Gothic"/>
          <w:b/>
          <w:i w:val="0"/>
          <w:color w:val="1B3A5C"/>
          <w:sz w:val="19"/>
        </w:rPr>
        <w:t>文例23　親戚・知人へ（高齢・負担を理由に・贈る前に）</w:t>
      </w:r>
    </w:p>
    <w:p>
      <w:pPr>
        <w:keepNext/>
        <w:spacing w:before="0" w:after="40" w:line="280" w:lineRule="exact"/>
        <w:ind w:left="227"/>
      </w:pPr>
      <w:r>
        <w:rPr>
          <w:rFonts w:ascii="Yu Mincho" w:hAnsi="Yu Mincho" w:eastAsia="Yu Mincho"/>
          <w:b w:val="0"/>
          <w:i w:val="0"/>
          <w:color w:val="1A1A1A"/>
          <w:sz w:val="19"/>
        </w:rPr>
        <w:t>拝啓　晩秋の候、〇〇様にはお元気でお過ごしのことと存じます。</w:t>
      </w:r>
    </w:p>
    <w:p>
      <w:pPr>
        <w:keepNext/>
        <w:spacing w:before="0" w:after="40" w:line="280" w:lineRule="exact"/>
        <w:ind w:left="227"/>
      </w:pPr>
      <w:r>
        <w:rPr>
          <w:rFonts w:ascii="Yu Mincho" w:hAnsi="Yu Mincho" w:eastAsia="Yu Mincho"/>
          <w:b w:val="0"/>
          <w:i w:val="0"/>
          <w:color w:val="1A1A1A"/>
          <w:sz w:val="19"/>
        </w:rPr>
        <w:t>毎年お心のこもったお品をお贈りいただき、本当にありがとうございます。</w:t>
      </w:r>
    </w:p>
    <w:p>
      <w:pPr>
        <w:keepNext/>
        <w:spacing w:before="0" w:after="40" w:line="280" w:lineRule="exact"/>
        <w:ind w:left="227"/>
      </w:pPr>
      <w:r>
        <w:rPr>
          <w:rFonts w:ascii="Yu Mincho" w:hAnsi="Yu Mincho" w:eastAsia="Yu Mincho"/>
          <w:b w:val="0"/>
          <w:i w:val="0"/>
          <w:color w:val="1A1A1A"/>
          <w:sz w:val="19"/>
        </w:rPr>
        <w:t>実は私どもも年を重ね、身の回りのことを少しずつ簡素にしていきたいと考えるようになりました。誠に勝手ながら、本年の暮れより、お中元・お歳暮のやり取りを控えさせていただきたく存じます。こちらからのお贈り物も、これまでとさせていただきます。</w:t>
      </w:r>
    </w:p>
    <w:p>
      <w:pPr>
        <w:keepNext/>
        <w:spacing w:before="0" w:after="40" w:line="280" w:lineRule="exact"/>
        <w:ind w:left="227"/>
      </w:pPr>
      <w:r>
        <w:rPr>
          <w:rFonts w:ascii="Yu Mincho" w:hAnsi="Yu Mincho" w:eastAsia="Yu Mincho"/>
          <w:b w:val="0"/>
          <w:i w:val="0"/>
          <w:color w:val="1A1A1A"/>
          <w:sz w:val="19"/>
        </w:rPr>
        <w:t>長年の温かいお心遣いに、心より感謝申し上げます。これからも変わらぬお付き合いをどうぞよろしくお願いいたします。</w:t>
      </w:r>
    </w:p>
    <w:p>
      <w:pPr>
        <w:keepNext/>
        <w:spacing w:before="0" w:after="40" w:line="280" w:lineRule="exact"/>
        <w:ind w:left="227"/>
      </w:pPr>
      <w:r>
        <w:rPr>
          <w:rFonts w:ascii="Yu Mincho" w:hAnsi="Yu Mincho" w:eastAsia="Yu Mincho"/>
          <w:b w:val="0"/>
          <w:i w:val="0"/>
          <w:color w:val="1A1A1A"/>
          <w:sz w:val="19"/>
        </w:rPr>
        <w:t>寒さに向かう折、どうぞお体を大切になさってください。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令和八年十一月〇日</w:t>
      </w:r>
    </w:p>
    <w:p>
      <w:pPr>
        <w:spacing w:before="0" w:after="40" w:line="280" w:lineRule="exact"/>
        <w:ind w:left="227"/>
      </w:pPr>
      <w:r>
        <w:rPr>
          <w:rFonts w:ascii="Yu Mincho" w:hAnsi="Yu Mincho" w:eastAsia="Yu Mincho"/>
          <w:b w:val="0"/>
          <w:i w:val="0"/>
          <w:color w:val="1A1A1A"/>
          <w:sz w:val="19"/>
        </w:rPr>
        <w:t>山田健一</w:t>
      </w:r>
    </w:p>
    <w:p>
      <w:pPr>
        <w:keepNext/>
        <w:spacing w:before="100" w:after="40"/>
      </w:pPr>
      <w:r>
        <w:rPr>
          <w:rFonts w:ascii="Yu Gothic" w:hAnsi="Yu Gothic" w:eastAsia="Yu Gothic"/>
          <w:b/>
          <w:i w:val="0"/>
          <w:color w:val="1B3A5C"/>
          <w:sz w:val="19"/>
        </w:rPr>
        <w:t>文例24　頂いたお礼とあわせて、来年からの辞退を伝える</w:t>
      </w:r>
    </w:p>
    <w:p>
      <w:pPr>
        <w:keepNext/>
        <w:spacing w:before="0" w:after="40" w:line="280" w:lineRule="exact"/>
        <w:ind w:left="227"/>
      </w:pPr>
      <w:r>
        <w:rPr>
          <w:rFonts w:ascii="Yu Mincho" w:hAnsi="Yu Mincho" w:eastAsia="Yu Mincho"/>
          <w:b w:val="0"/>
          <w:i w:val="0"/>
          <w:color w:val="1A1A1A"/>
          <w:sz w:val="19"/>
        </w:rPr>
        <w:t>拝啓　歳末の候、〇〇様にはご清栄のこととお慶び申し上げます。</w:t>
      </w:r>
    </w:p>
    <w:p>
      <w:pPr>
        <w:keepNext/>
        <w:spacing w:before="0" w:after="40" w:line="280" w:lineRule="exact"/>
        <w:ind w:left="227"/>
      </w:pPr>
      <w:r>
        <w:rPr>
          <w:rFonts w:ascii="Yu Mincho" w:hAnsi="Yu Mincho" w:eastAsia="Yu Mincho"/>
          <w:b w:val="0"/>
          <w:i w:val="0"/>
          <w:color w:val="1A1A1A"/>
          <w:sz w:val="19"/>
        </w:rPr>
        <w:t>このたびはお歳暮の品を頂戴し、ありがとうございました。毎年のお心遣いに感謝しております。</w:t>
      </w:r>
    </w:p>
    <w:p>
      <w:pPr>
        <w:keepNext/>
        <w:spacing w:before="0" w:after="40" w:line="280" w:lineRule="exact"/>
        <w:ind w:left="227"/>
      </w:pPr>
      <w:r>
        <w:rPr>
          <w:rFonts w:ascii="Yu Mincho" w:hAnsi="Yu Mincho" w:eastAsia="Yu Mincho"/>
          <w:b w:val="0"/>
          <w:i w:val="0"/>
          <w:color w:val="1A1A1A"/>
          <w:sz w:val="19"/>
        </w:rPr>
        <w:t>お心遣いは大変うれしく存じますが、毎年のことで恐縮しております。勝手なお願いで申し訳ございませんが、どうか今後はこのようなお気遣いをなさいませんよう、お願い申し上げます。</w:t>
      </w:r>
    </w:p>
    <w:p>
      <w:pPr>
        <w:keepNext/>
        <w:spacing w:before="0" w:after="40" w:line="280" w:lineRule="exact"/>
        <w:ind w:left="227"/>
      </w:pPr>
      <w:r>
        <w:rPr>
          <w:rFonts w:ascii="Yu Mincho" w:hAnsi="Yu Mincho" w:eastAsia="Yu Mincho"/>
          <w:b w:val="0"/>
          <w:i w:val="0"/>
          <w:color w:val="1A1A1A"/>
          <w:sz w:val="19"/>
        </w:rPr>
        <w:t>本年もお世話になりました。これからも変わらぬお付き合いのほど、よろしくお願い申し上げます。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spacing w:before="60" w:after="40"/>
        <w:pBdr>
          <w:top w:val="double" w:sz="8" w:space="1" w:color="1B3A5C"/>
        </w:pBdr>
      </w:pPr>
      <w:r>
        <w:rPr>
          <w:rFonts w:ascii="Yu Gothic" w:hAnsi="Yu Gothic" w:eastAsia="Yu Gothic"/>
          <w:b/>
          <w:i w:val="0"/>
          <w:color w:val="1B3A5C"/>
          <w:sz w:val="22"/>
        </w:rPr>
        <w:t>G. 喪中の相手・自分が喪中のとき（文例25〜26）</w:t>
      </w:r>
    </w:p>
    <w:p>
      <w:pPr>
        <w:keepNext/>
        <w:spacing w:before="100" w:after="40"/>
      </w:pPr>
      <w:r>
        <w:rPr>
          <w:rFonts w:ascii="Yu Gothic" w:hAnsi="Yu Gothic" w:eastAsia="Yu Gothic"/>
          <w:b/>
          <w:i w:val="0"/>
          <w:color w:val="1B3A5C"/>
          <w:sz w:val="19"/>
        </w:rPr>
        <w:t>文例25　相手が喪中のとき・年明けに「寒中御見舞」として贈る送り状</w:t>
      </w:r>
    </w:p>
    <w:p>
      <w:pPr>
        <w:keepNext/>
        <w:spacing w:before="0" w:after="40" w:line="280" w:lineRule="exact"/>
        <w:ind w:left="227"/>
      </w:pPr>
      <w:r>
        <w:rPr>
          <w:rFonts w:ascii="Yu Mincho" w:hAnsi="Yu Mincho" w:eastAsia="Yu Mincho"/>
          <w:b w:val="0"/>
          <w:i w:val="0"/>
          <w:color w:val="1A1A1A"/>
          <w:sz w:val="19"/>
        </w:rPr>
        <w:t>寒中お見舞い申し上げます。</w:t>
      </w:r>
    </w:p>
    <w:p>
      <w:pPr>
        <w:keepNext/>
        <w:spacing w:before="0" w:after="40" w:line="280" w:lineRule="exact"/>
        <w:ind w:left="227"/>
      </w:pPr>
      <w:r>
        <w:rPr>
          <w:rFonts w:ascii="Yu Mincho" w:hAnsi="Yu Mincho" w:eastAsia="Yu Mincho"/>
          <w:b w:val="0"/>
          <w:i w:val="0"/>
          <w:color w:val="1A1A1A"/>
          <w:sz w:val="19"/>
        </w:rPr>
        <w:t>ご服喪中と伺い、年始のご挨拶は控えさせていただきました。寒さが続いておりますが、皆様いかがお過ごしでしょうか。</w:t>
      </w:r>
    </w:p>
    <w:p>
      <w:pPr>
        <w:keepNext/>
        <w:spacing w:before="0" w:after="40" w:line="280" w:lineRule="exact"/>
        <w:ind w:left="227"/>
      </w:pPr>
      <w:r>
        <w:rPr>
          <w:rFonts w:ascii="Yu Mincho" w:hAnsi="Yu Mincho" w:eastAsia="Yu Mincho"/>
          <w:b w:val="0"/>
          <w:i w:val="0"/>
          <w:color w:val="1A1A1A"/>
          <w:sz w:val="19"/>
        </w:rPr>
        <w:t>旧年中のお礼のしるしに、心ばかりの品を別便にてお送りいたしました。お納めいただければ幸いです。どうぞお返しなどのお気遣いはなさいませんように。</w:t>
      </w:r>
    </w:p>
    <w:p>
      <w:pPr>
        <w:keepNext/>
        <w:spacing w:before="0" w:after="40" w:line="280" w:lineRule="exact"/>
        <w:ind w:left="227"/>
      </w:pPr>
      <w:r>
        <w:rPr>
          <w:rFonts w:ascii="Yu Mincho" w:hAnsi="Yu Mincho" w:eastAsia="Yu Mincho"/>
          <w:b w:val="0"/>
          <w:i w:val="0"/>
          <w:color w:val="1A1A1A"/>
          <w:sz w:val="19"/>
        </w:rPr>
        <w:t>ご家族の皆様が穏やかにお過ごしになれますよう、お祈り申し上げます。</w:t>
      </w:r>
    </w:p>
    <w:p>
      <w:pPr>
        <w:keepNext/>
        <w:spacing w:before="0" w:after="40" w:line="280" w:lineRule="exact"/>
        <w:ind w:left="227"/>
      </w:pPr>
      <w:r>
        <w:rPr>
          <w:rFonts w:ascii="Yu Mincho" w:hAnsi="Yu Mincho" w:eastAsia="Yu Mincho"/>
          <w:b w:val="0"/>
          <w:i w:val="0"/>
          <w:color w:val="1A1A1A"/>
          <w:sz w:val="19"/>
        </w:rPr>
        <w:t>令和九年一月〇日</w:t>
      </w:r>
    </w:p>
    <w:p>
      <w:pPr>
        <w:spacing w:before="0" w:after="40" w:line="280" w:lineRule="exact"/>
        <w:ind w:left="227"/>
      </w:pPr>
      <w:r>
        <w:rPr>
          <w:rFonts w:ascii="Yu Mincho" w:hAnsi="Yu Mincho" w:eastAsia="Yu Mincho"/>
          <w:b w:val="0"/>
          <w:i w:val="0"/>
          <w:color w:val="1A1A1A"/>
          <w:sz w:val="19"/>
        </w:rPr>
        <w:t>山田健一</w:t>
      </w:r>
    </w:p>
    <w:p>
      <w:pPr>
        <w:spacing w:before="20" w:after="40" w:line="240" w:lineRule="exact"/>
        <w:ind w:left="227"/>
      </w:pPr>
      <w:r>
        <w:rPr>
          <w:rFonts w:ascii="Yu Gothic" w:hAnsi="Yu Gothic" w:eastAsia="Yu Gothic"/>
          <w:b w:val="0"/>
          <w:i w:val="0"/>
          <w:color w:val="66707A"/>
          <w:sz w:val="16"/>
        </w:rPr>
        <w:t>注: 寒中見舞いの形なので、頭語・結語は付けません。出す時期は松の内明けから、節分（2月3日ごろ）までに届くように出します。立春（2月4日ごろ）までとする案内もあります（日本郵便）。「ご笑納」は相手の状況を考えて使いません。「重ね重ね」「たびたび」「くれぐれも」などの重ね言葉と、「ますます」も使いません。</w:t>
      </w:r>
    </w:p>
    <w:p>
      <w:pPr>
        <w:keepNext/>
        <w:spacing w:before="100" w:after="40"/>
      </w:pPr>
      <w:r>
        <w:rPr>
          <w:rFonts w:ascii="Yu Gothic" w:hAnsi="Yu Gothic" w:eastAsia="Yu Gothic"/>
          <w:b/>
          <w:i w:val="0"/>
          <w:color w:val="1B3A5C"/>
          <w:sz w:val="19"/>
        </w:rPr>
        <w:t>文例26　自分（こちら）が喪中のときに頂いたお礼（個人宛）</w:t>
      </w:r>
    </w:p>
    <w:p>
      <w:pPr>
        <w:keepNext/>
        <w:spacing w:before="0" w:after="40" w:line="280" w:lineRule="exact"/>
        <w:ind w:left="227"/>
      </w:pPr>
      <w:r>
        <w:rPr>
          <w:rFonts w:ascii="Yu Mincho" w:hAnsi="Yu Mincho" w:eastAsia="Yu Mincho"/>
          <w:b w:val="0"/>
          <w:i w:val="0"/>
          <w:color w:val="1A1A1A"/>
          <w:sz w:val="19"/>
        </w:rPr>
        <w:t>拝啓　歳末の候、〇〇様にはお変わりなくお過ごしのことと存じます。</w:t>
      </w:r>
    </w:p>
    <w:p>
      <w:pPr>
        <w:keepNext/>
        <w:spacing w:before="0" w:after="40" w:line="280" w:lineRule="exact"/>
        <w:ind w:left="227"/>
      </w:pPr>
      <w:r>
        <w:rPr>
          <w:rFonts w:ascii="Yu Mincho" w:hAnsi="Yu Mincho" w:eastAsia="Yu Mincho"/>
          <w:b w:val="0"/>
          <w:i w:val="0"/>
          <w:color w:val="1A1A1A"/>
          <w:sz w:val="19"/>
        </w:rPr>
        <w:t>このたびは心のこもったお歳暮の品をお送りいただき、ありがとうございました。家族でありがたく頂戴いたしました。いつも気にかけていただき、感謝しております。</w:t>
      </w:r>
    </w:p>
    <w:p>
      <w:pPr>
        <w:keepNext/>
        <w:spacing w:before="0" w:after="40" w:line="280" w:lineRule="exact"/>
        <w:ind w:left="227"/>
      </w:pPr>
      <w:r>
        <w:rPr>
          <w:rFonts w:ascii="Yu Mincho" w:hAnsi="Yu Mincho" w:eastAsia="Yu Mincho"/>
          <w:b w:val="0"/>
          <w:i w:val="0"/>
          <w:color w:val="1A1A1A"/>
          <w:sz w:val="19"/>
        </w:rPr>
        <w:t>寒さが厳しくなってまいります。どうぞお体を大切になさってください。</w:t>
      </w:r>
    </w:p>
    <w:p>
      <w:pPr>
        <w:keepNext/>
        <w:spacing w:before="0" w:after="40" w:line="280" w:lineRule="exact"/>
        <w:ind w:left="227"/>
      </w:pPr>
      <w:r>
        <w:rPr>
          <w:rFonts w:ascii="Yu Mincho" w:hAnsi="Yu Mincho" w:eastAsia="Yu Mincho"/>
          <w:b w:val="0"/>
          <w:i w:val="0"/>
          <w:color w:val="1A1A1A"/>
          <w:sz w:val="19"/>
        </w:rPr>
        <w:t>略儀ながら書中にてお礼申し上げます。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spacing w:before="20" w:after="40" w:line="240" w:lineRule="exact"/>
        <w:ind w:left="227"/>
      </w:pPr>
      <w:r>
        <w:rPr>
          <w:rFonts w:ascii="Yu Gothic" w:hAnsi="Yu Gothic" w:eastAsia="Yu Gothic"/>
          <w:b w:val="0"/>
          <w:i w:val="0"/>
          <w:color w:val="66707A"/>
          <w:sz w:val="16"/>
        </w:rPr>
        <w:t>注: 喪中であることは書きません（そごう西武）。「お慶び」「ご清祥」「ご清栄」「良いお年を」「新年」は使いません。相手が喪中でこちらがお礼状を出すときも、同じ言い回しでかまいません。</w:t>
      </w:r>
    </w:p>
    <w:p>
      <w:pPr>
        <w:keepNext/>
        <w:spacing w:before="60" w:after="20"/>
        <w:ind w:left="227"/>
      </w:pPr>
      <w:r>
        <w:rPr>
          <w:rFonts w:ascii="Yu Gothic" w:hAnsi="Yu Gothic" w:eastAsia="Yu Gothic"/>
          <w:b/>
          <w:i w:val="0"/>
          <w:color w:val="1B3A5C"/>
          <w:sz w:val="18"/>
        </w:rPr>
        <w:t>文例26の差し替え段落（故人宛にお歳暮が届いたとき）</w:t>
      </w:r>
    </w:p>
    <w:p>
      <w:pPr>
        <w:keepNext/>
        <w:spacing w:before="0" w:after="20" w:line="240" w:lineRule="exact"/>
        <w:ind w:left="227"/>
      </w:pPr>
      <w:r>
        <w:rPr>
          <w:rFonts w:ascii="Yu Gothic" w:hAnsi="Yu Gothic" w:eastAsia="Yu Gothic"/>
          <w:b w:val="0"/>
          <w:i w:val="0"/>
          <w:color w:val="66707A"/>
          <w:sz w:val="16"/>
        </w:rPr>
        <w:t>「このたびは」以下をこの段落に替えます。最後の一文は、今後のやり取りを終える場合だけ入れます。</w:t>
      </w:r>
    </w:p>
    <w:p>
      <w:pPr>
        <w:spacing w:before="0" w:after="40" w:line="280" w:lineRule="exact"/>
        <w:ind w:left="227"/>
      </w:pPr>
      <w:r>
        <w:rPr>
          <w:rFonts w:ascii="Yu Mincho" w:hAnsi="Yu Mincho" w:eastAsia="Yu Mincho"/>
          <w:b w:val="0"/>
          <w:i w:val="0"/>
          <w:color w:val="1A1A1A"/>
          <w:sz w:val="19"/>
        </w:rPr>
        <w:t>このたびは、父　山田一郎宛にお歳暮の品をお送りいただき、誠にありがとうございました。父は本年〇月に永眠いたしました。生前のご厚情に深く感謝いたしますとともに、ご通知が行き届かず失礼いたしましたことをお詫び申し上げます。頂戴したお品は、父に供えさせていただきます。なお、今後はどうぞお気遣いありませんようお願い申し上げます。</w:t>
      </w:r>
    </w:p>
    <w:p>
      <w:pPr>
        <w:spacing w:before="60" w:after="40"/>
        <w:pBdr>
          <w:top w:val="double" w:sz="8" w:space="1" w:color="1B3A5C"/>
        </w:pBdr>
      </w:pPr>
      <w:r>
        <w:rPr>
          <w:rFonts w:ascii="Yu Gothic" w:hAnsi="Yu Gothic" w:eastAsia="Yu Gothic"/>
          <w:b/>
          <w:i w:val="0"/>
          <w:color w:val="1B3A5C"/>
          <w:sz w:val="22"/>
        </w:rPr>
        <w:t>H. お礼が遅れたとき・年が明けたとき（文例27〜28）</w:t>
      </w:r>
    </w:p>
    <w:p>
      <w:pPr>
        <w:keepNext/>
        <w:spacing w:before="100" w:after="40"/>
      </w:pPr>
      <w:r>
        <w:rPr>
          <w:rFonts w:ascii="Yu Gothic" w:hAnsi="Yu Gothic" w:eastAsia="Yu Gothic"/>
          <w:b/>
          <w:i w:val="0"/>
          <w:color w:val="1B3A5C"/>
          <w:sz w:val="19"/>
        </w:rPr>
        <w:t>文例27　お礼が遅れたとき（年内）</w:t>
      </w:r>
    </w:p>
    <w:p>
      <w:pPr>
        <w:keepNext/>
        <w:spacing w:before="0" w:after="40" w:line="280" w:lineRule="exact"/>
        <w:ind w:left="227"/>
      </w:pPr>
      <w:r>
        <w:rPr>
          <w:rFonts w:ascii="Yu Mincho" w:hAnsi="Yu Mincho" w:eastAsia="Yu Mincho"/>
          <w:b w:val="0"/>
          <w:i w:val="0"/>
          <w:color w:val="1A1A1A"/>
          <w:sz w:val="19"/>
        </w:rPr>
        <w:t>拝啓　歳末の候、〇〇様にはご清栄のこととお慶び申し上げます。</w:t>
      </w:r>
    </w:p>
    <w:p>
      <w:pPr>
        <w:keepNext/>
        <w:spacing w:before="0" w:after="40" w:line="280" w:lineRule="exact"/>
        <w:ind w:left="227"/>
      </w:pPr>
      <w:r>
        <w:rPr>
          <w:rFonts w:ascii="Yu Mincho" w:hAnsi="Yu Mincho" w:eastAsia="Yu Mincho"/>
          <w:b w:val="0"/>
          <w:i w:val="0"/>
          <w:color w:val="1A1A1A"/>
          <w:sz w:val="19"/>
        </w:rPr>
        <w:t>お歳暮の品をお送りいただきながら、ご挨拶が遅れましたことをお詫び申し上げます。〇〇は家族でありがたく頂戴しました。心のこもったお品に感謝いたしております。</w:t>
      </w:r>
    </w:p>
    <w:p>
      <w:pPr>
        <w:keepNext/>
        <w:spacing w:before="0" w:after="40" w:line="280" w:lineRule="exact"/>
        <w:ind w:left="227"/>
      </w:pPr>
      <w:r>
        <w:rPr>
          <w:rFonts w:ascii="Yu Mincho" w:hAnsi="Yu Mincho" w:eastAsia="Yu Mincho"/>
          <w:b w:val="0"/>
          <w:i w:val="0"/>
          <w:color w:val="1A1A1A"/>
          <w:sz w:val="19"/>
        </w:rPr>
        <w:t>本年も何かとお世話になりました。来年もよろしくお願い申し上げます。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spacing w:before="0" w:after="40" w:line="280" w:lineRule="exact"/>
        <w:ind w:left="227"/>
      </w:pPr>
      <w:r>
        <w:rPr>
          <w:rFonts w:ascii="Yu Mincho" w:hAnsi="Yu Mincho" w:eastAsia="Yu Mincho"/>
          <w:b w:val="0"/>
          <w:i w:val="0"/>
          <w:color w:val="1A1A1A"/>
          <w:sz w:val="19"/>
        </w:rPr>
        <w:t>山田健一</w:t>
      </w:r>
    </w:p>
    <w:p>
      <w:pPr>
        <w:keepNext/>
        <w:spacing w:before="100" w:after="40"/>
      </w:pPr>
      <w:r>
        <w:rPr>
          <w:rFonts w:ascii="Yu Gothic" w:hAnsi="Yu Gothic" w:eastAsia="Yu Gothic"/>
          <w:b/>
          <w:i w:val="0"/>
          <w:color w:val="1B3A5C"/>
          <w:sz w:val="19"/>
        </w:rPr>
        <w:t>文例28　年が明けてしまったとき（寒中見舞いの形・松の内明け〜立春前）</w:t>
      </w:r>
    </w:p>
    <w:p>
      <w:pPr>
        <w:keepNext/>
        <w:spacing w:before="0" w:after="40" w:line="280" w:lineRule="exact"/>
        <w:ind w:left="227"/>
      </w:pPr>
      <w:r>
        <w:rPr>
          <w:rFonts w:ascii="Yu Mincho" w:hAnsi="Yu Mincho" w:eastAsia="Yu Mincho"/>
          <w:b w:val="0"/>
          <w:i w:val="0"/>
          <w:color w:val="1A1A1A"/>
          <w:sz w:val="19"/>
        </w:rPr>
        <w:t>寒中お見舞い申し上げます。</w:t>
      </w:r>
    </w:p>
    <w:p>
      <w:pPr>
        <w:keepNext/>
        <w:spacing w:before="0" w:after="40" w:line="280" w:lineRule="exact"/>
        <w:ind w:left="227"/>
      </w:pPr>
      <w:r>
        <w:rPr>
          <w:rFonts w:ascii="Yu Mincho" w:hAnsi="Yu Mincho" w:eastAsia="Yu Mincho"/>
          <w:b w:val="0"/>
          <w:i w:val="0"/>
          <w:color w:val="1A1A1A"/>
          <w:sz w:val="19"/>
        </w:rPr>
        <w:t>旧年中はお歳暮の品をお送りいただき、ありがとうございました。年内にお礼を申し上げるべきところ、失礼をいたしました。〇〇は家族でありがたく頂きました。</w:t>
      </w:r>
    </w:p>
    <w:p>
      <w:pPr>
        <w:keepNext/>
        <w:spacing w:before="0" w:after="40" w:line="280" w:lineRule="exact"/>
        <w:ind w:left="227"/>
      </w:pPr>
      <w:r>
        <w:rPr>
          <w:rFonts w:ascii="Yu Mincho" w:hAnsi="Yu Mincho" w:eastAsia="Yu Mincho"/>
          <w:b w:val="0"/>
          <w:i w:val="0"/>
          <w:color w:val="1A1A1A"/>
          <w:sz w:val="19"/>
        </w:rPr>
        <w:t>本年も変わらぬお付き合いのほど、お願い申し上げます。寒さ厳しき折、どうぞご自愛ください。</w:t>
      </w:r>
    </w:p>
    <w:p>
      <w:pPr>
        <w:keepNext/>
        <w:spacing w:before="0" w:after="40" w:line="280" w:lineRule="exact"/>
        <w:ind w:left="227"/>
      </w:pPr>
      <w:r>
        <w:rPr>
          <w:rFonts w:ascii="Yu Mincho" w:hAnsi="Yu Mincho" w:eastAsia="Yu Mincho"/>
          <w:b w:val="0"/>
          <w:i w:val="0"/>
          <w:color w:val="1A1A1A"/>
          <w:sz w:val="19"/>
        </w:rPr>
        <w:t>令和九年一月〇日</w:t>
      </w:r>
    </w:p>
    <w:p>
      <w:pPr>
        <w:spacing w:before="0" w:after="40" w:line="280" w:lineRule="exact"/>
        <w:ind w:left="227"/>
      </w:pPr>
      <w:r>
        <w:rPr>
          <w:rFonts w:ascii="Yu Mincho" w:hAnsi="Yu Mincho" w:eastAsia="Yu Mincho"/>
          <w:b w:val="0"/>
          <w:i w:val="0"/>
          <w:color w:val="1A1A1A"/>
          <w:sz w:val="19"/>
        </w:rPr>
        <w:t>山田健一</w:t>
      </w:r>
    </w:p>
    <w:p>
      <w:pPr>
        <w:spacing w:before="20" w:after="40" w:line="240" w:lineRule="exact"/>
        <w:ind w:left="227"/>
      </w:pPr>
      <w:r>
        <w:rPr>
          <w:rFonts w:ascii="Yu Gothic" w:hAnsi="Yu Gothic" w:eastAsia="Yu Gothic"/>
          <w:b w:val="0"/>
          <w:i w:val="0"/>
          <w:color w:val="66707A"/>
          <w:sz w:val="16"/>
        </w:rPr>
        <w:t>注: 出す時期は松の内明け（関東など1月7日までの地域は1月8日以降、関西など15日までの地域は1月16日以降。1月10日までの地域もあります）から、節分（2月3日ごろ）までに届くように出します。立春（2月4日ごろ）までとする案内もあります（日本郵便）。松の内の間（元日から）なら、年賀状にお礼の一文を添える形でもかまいません。こちらや相手が喪中のときは、年賀状ではなく寒中見舞いにします。</w:t>
      </w:r>
    </w:p>
    <w:p>
      <w:pPr>
        <w:spacing w:before="60" w:after="40"/>
        <w:pBdr>
          <w:top w:val="double" w:sz="8" w:space="1" w:color="1B3A5C"/>
        </w:pBdr>
      </w:pPr>
      <w:r>
        <w:rPr>
          <w:rFonts w:ascii="Yu Gothic" w:hAnsi="Yu Gothic" w:eastAsia="Yu Gothic"/>
          <w:b/>
          <w:i w:val="0"/>
          <w:color w:val="1B3A5C"/>
          <w:sz w:val="22"/>
        </w:rPr>
        <w:t>I. お歳暮の送り状・添え状（文例29〜30）</w:t>
      </w:r>
    </w:p>
    <w:p>
      <w:pPr>
        <w:keepNext/>
        <w:spacing w:before="100" w:after="40"/>
      </w:pPr>
      <w:r>
        <w:rPr>
          <w:rFonts w:ascii="Yu Gothic" w:hAnsi="Yu Gothic" w:eastAsia="Yu Gothic"/>
          <w:b/>
          <w:i w:val="0"/>
          <w:color w:val="1B3A5C"/>
          <w:sz w:val="19"/>
        </w:rPr>
        <w:t>文例29　送り状（取引先・品物より先に封書で郵送）</w:t>
      </w:r>
    </w:p>
    <w:p>
      <w:pPr>
        <w:keepNext/>
        <w:spacing w:before="0" w:after="40" w:line="280" w:lineRule="exact"/>
        <w:ind w:left="227"/>
      </w:pPr>
      <w:r>
        <w:rPr>
          <w:rFonts w:ascii="Yu Mincho" w:hAnsi="Yu Mincho" w:eastAsia="Yu Mincho"/>
          <w:b w:val="0"/>
          <w:i w:val="0"/>
          <w:color w:val="1A1A1A"/>
          <w:sz w:val="19"/>
        </w:rPr>
        <w:t>拝啓　師走の候、貴社ますますご清栄のこととお慶び申し上げます。平素は格別のご高配を賜り、厚く御礼申し上げます。</w:t>
      </w:r>
    </w:p>
    <w:p>
      <w:pPr>
        <w:keepNext/>
        <w:spacing w:before="0" w:after="40" w:line="280" w:lineRule="exact"/>
        <w:ind w:left="227"/>
      </w:pPr>
      <w:r>
        <w:rPr>
          <w:rFonts w:ascii="Yu Mincho" w:hAnsi="Yu Mincho" w:eastAsia="Yu Mincho"/>
          <w:b w:val="0"/>
          <w:i w:val="0"/>
          <w:color w:val="1A1A1A"/>
          <w:sz w:val="19"/>
        </w:rPr>
        <w:t>さて、本年中の感謝のしるしとして、別便にて心ばかりの品をお送りいたしました。〇月〇日ごろお手元に届く予定でございます。ご笑納いただければ幸いです。</w:t>
      </w:r>
    </w:p>
    <w:p>
      <w:pPr>
        <w:keepNext/>
        <w:spacing w:before="0" w:after="40" w:line="280" w:lineRule="exact"/>
        <w:ind w:left="227"/>
      </w:pPr>
      <w:r>
        <w:rPr>
          <w:rFonts w:ascii="Yu Mincho" w:hAnsi="Yu Mincho" w:eastAsia="Yu Mincho"/>
          <w:b w:val="0"/>
          <w:i w:val="0"/>
          <w:color w:val="1A1A1A"/>
          <w:sz w:val="19"/>
        </w:rPr>
        <w:t>来年も変わらぬお引き立てを賜りますようお願い申し上げます。</w:t>
      </w:r>
    </w:p>
    <w:p>
      <w:pPr>
        <w:keepNext/>
        <w:spacing w:before="0" w:after="40" w:line="280" w:lineRule="exact"/>
        <w:ind w:left="227"/>
      </w:pPr>
      <w:r>
        <w:rPr>
          <w:rFonts w:ascii="Yu Mincho" w:hAnsi="Yu Mincho" w:eastAsia="Yu Mincho"/>
          <w:b w:val="0"/>
          <w:i w:val="0"/>
          <w:color w:val="1A1A1A"/>
          <w:sz w:val="19"/>
        </w:rPr>
        <w:t>末筆ながら、貴社のますますのご発展と皆様のご健勝をお祈り申し上げます。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令和八年十二月〇日</w:t>
      </w:r>
    </w:p>
    <w:p>
      <w:pPr>
        <w:keepNext/>
        <w:spacing w:before="0" w:after="40" w:line="280" w:lineRule="exact"/>
        <w:ind w:left="227"/>
      </w:pPr>
      <w:r>
        <w:rPr>
          <w:rFonts w:ascii="Yu Mincho" w:hAnsi="Yu Mincho" w:eastAsia="Yu Mincho"/>
          <w:b w:val="0"/>
          <w:i w:val="0"/>
          <w:color w:val="1A1A1A"/>
          <w:sz w:val="19"/>
        </w:rPr>
        <w:t>株式会社〇〇　山田健一</w:t>
      </w:r>
    </w:p>
    <w:p>
      <w:pPr>
        <w:spacing w:before="0" w:after="40" w:line="280" w:lineRule="exact"/>
        <w:ind w:left="227"/>
      </w:pPr>
      <w:r>
        <w:rPr>
          <w:rFonts w:ascii="Yu Mincho" w:hAnsi="Yu Mincho" w:eastAsia="Yu Mincho"/>
          <w:b w:val="0"/>
          <w:i w:val="0"/>
          <w:color w:val="1A1A1A"/>
          <w:sz w:val="19"/>
        </w:rPr>
        <w:t>〇〇株式会社　〇〇部長　佐藤次郎様</w:t>
      </w:r>
    </w:p>
    <w:p>
      <w:pPr>
        <w:keepNext/>
        <w:spacing w:before="100" w:after="40"/>
      </w:pPr>
      <w:r>
        <w:rPr>
          <w:rFonts w:ascii="Yu Gothic" w:hAnsi="Yu Gothic" w:eastAsia="Yu Gothic"/>
          <w:b/>
          <w:i w:val="0"/>
          <w:color w:val="1B3A5C"/>
          <w:sz w:val="19"/>
        </w:rPr>
        <w:t>文例30　添え状（品物に同封する一筆箋・カード）</w:t>
      </w:r>
    </w:p>
    <w:p>
      <w:pPr>
        <w:keepNext/>
        <w:spacing w:before="0" w:after="40" w:line="280" w:lineRule="exact"/>
        <w:ind w:left="227"/>
      </w:pPr>
      <w:r>
        <w:rPr>
          <w:rFonts w:ascii="Yu Gothic" w:hAnsi="Yu Gothic" w:eastAsia="Yu Gothic"/>
          <w:b w:val="0"/>
          <w:i w:val="0"/>
          <w:color w:val="1A1A1A"/>
          <w:sz w:val="19"/>
        </w:rPr>
        <w:t>〇〇様</w:t>
      </w:r>
    </w:p>
    <w:p>
      <w:pPr>
        <w:keepNext/>
        <w:spacing w:before="0" w:after="40" w:line="280" w:lineRule="exact"/>
        <w:ind w:left="227"/>
      </w:pPr>
      <w:r>
        <w:rPr>
          <w:rFonts w:ascii="Yu Gothic" w:hAnsi="Yu Gothic" w:eastAsia="Yu Gothic"/>
          <w:b w:val="0"/>
          <w:i w:val="0"/>
          <w:color w:val="1A1A1A"/>
          <w:sz w:val="19"/>
        </w:rPr>
        <w:t>今年も大変お世話になりました。ささやかですが、〇〇をお届けします。ご家族の皆様で召し上がっていただければうれしいです。寒さが厳しくなりますので、どうぞお体を大切に、良いお年をお迎えください。</w:t>
      </w:r>
    </w:p>
    <w:p>
      <w:pPr>
        <w:spacing w:before="0" w:after="40" w:line="280" w:lineRule="exact"/>
        <w:ind w:left="227"/>
      </w:pPr>
      <w:r>
        <w:rPr>
          <w:rFonts w:ascii="Yu Gothic" w:hAnsi="Yu Gothic" w:eastAsia="Yu Gothic"/>
          <w:b w:val="0"/>
          <w:i w:val="0"/>
          <w:color w:val="1A1A1A"/>
          <w:sz w:val="19"/>
        </w:rPr>
        <w:t>山田健一</w:t>
      </w:r>
    </w:p>
    <w:p>
      <w:pPr>
        <w:spacing w:before="20" w:after="40" w:line="240" w:lineRule="exact"/>
        <w:ind w:left="227"/>
      </w:pPr>
      <w:r>
        <w:rPr>
          <w:rFonts w:ascii="Yu Gothic" w:hAnsi="Yu Gothic" w:eastAsia="Yu Gothic"/>
          <w:b w:val="0"/>
          <w:i w:val="0"/>
          <w:color w:val="66707A"/>
          <w:sz w:val="16"/>
        </w:rPr>
        <w:t>注: 一筆箋1枚に収まる長さです。宅配便に入れるときは封をしません。目上の方には、これとは別に文例29の形の送り状を郵送すると丁寧です。</w:t>
      </w:r>
    </w:p>
    <w:p>
      <w:pPr>
        <w:spacing w:before="60" w:after="40"/>
        <w:pBdr>
          <w:top w:val="double" w:sz="8" w:space="1" w:color="1B3A5C"/>
        </w:pBdr>
      </w:pPr>
      <w:r>
        <w:rPr>
          <w:rFonts w:ascii="Yu Gothic" w:hAnsi="Yu Gothic" w:eastAsia="Yu Gothic"/>
          <w:b/>
          <w:i w:val="0"/>
          <w:color w:val="1B3A5C"/>
          <w:sz w:val="22"/>
        </w:rPr>
        <w:t>J. お中元のお礼状（文例31〜33）</w:t>
      </w:r>
    </w:p>
    <w:p>
      <w:pPr>
        <w:keepNext/>
        <w:spacing w:before="100" w:after="40"/>
      </w:pPr>
      <w:r>
        <w:rPr>
          <w:rFonts w:ascii="Yu Gothic" w:hAnsi="Yu Gothic" w:eastAsia="Yu Gothic"/>
          <w:b/>
          <w:i w:val="0"/>
          <w:color w:val="1B3A5C"/>
          <w:sz w:val="19"/>
        </w:rPr>
        <w:t>文例31　取引先へ（お中元のお礼状・封書）</w:t>
      </w:r>
    </w:p>
    <w:p>
      <w:pPr>
        <w:keepNext/>
        <w:spacing w:before="0" w:after="40" w:line="280" w:lineRule="exact"/>
        <w:ind w:left="227"/>
      </w:pPr>
      <w:r>
        <w:rPr>
          <w:rFonts w:ascii="Yu Mincho" w:hAnsi="Yu Mincho" w:eastAsia="Yu Mincho"/>
          <w:b w:val="0"/>
          <w:i w:val="0"/>
          <w:color w:val="1A1A1A"/>
          <w:sz w:val="19"/>
        </w:rPr>
        <w:t>拝啓　盛夏の候、貴社ますますご清栄のこととお慶び申し上げます。平素は格別のお引き立てを賜り、厚く御礼申し上げます。</w:t>
      </w:r>
    </w:p>
    <w:p>
      <w:pPr>
        <w:keepNext/>
        <w:spacing w:before="0" w:after="40" w:line="280" w:lineRule="exact"/>
        <w:ind w:left="227"/>
      </w:pPr>
      <w:r>
        <w:rPr>
          <w:rFonts w:ascii="Yu Mincho" w:hAnsi="Yu Mincho" w:eastAsia="Yu Mincho"/>
          <w:b w:val="0"/>
          <w:i w:val="0"/>
          <w:color w:val="1A1A1A"/>
          <w:sz w:val="19"/>
        </w:rPr>
        <w:t>さて、このたびはご丁寧なお中元の品を頂戴し、誠にありがとうございました。社員一同、ありがたく頂戴いたしました。</w:t>
      </w:r>
    </w:p>
    <w:p>
      <w:pPr>
        <w:keepNext/>
        <w:spacing w:before="0" w:after="40" w:line="280" w:lineRule="exact"/>
        <w:ind w:left="227"/>
      </w:pPr>
      <w:r>
        <w:rPr>
          <w:rFonts w:ascii="Yu Mincho" w:hAnsi="Yu Mincho" w:eastAsia="Yu Mincho"/>
          <w:b w:val="0"/>
          <w:i w:val="0"/>
          <w:color w:val="1A1A1A"/>
          <w:sz w:val="19"/>
        </w:rPr>
        <w:t>暑さ厳しき折、皆様のご健勝をお祈り申し上げます。今後とも変わらぬご支援のほど、お願い申し上げます。</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令和九年七月〇日</w:t>
      </w:r>
    </w:p>
    <w:p>
      <w:pPr>
        <w:spacing w:before="0" w:after="40" w:line="280" w:lineRule="exact"/>
        <w:ind w:left="227"/>
      </w:pPr>
      <w:r>
        <w:rPr>
          <w:rFonts w:ascii="Yu Mincho" w:hAnsi="Yu Mincho" w:eastAsia="Yu Mincho"/>
          <w:b w:val="0"/>
          <w:i w:val="0"/>
          <w:color w:val="1A1A1A"/>
          <w:sz w:val="19"/>
        </w:rPr>
        <w:t>株式会社〇〇　山田健一</w:t>
      </w:r>
    </w:p>
    <w:p>
      <w:pPr>
        <w:spacing w:before="20" w:after="40" w:line="240" w:lineRule="exact"/>
        <w:ind w:left="227"/>
      </w:pPr>
      <w:r>
        <w:rPr>
          <w:rFonts w:ascii="Yu Gothic" w:hAnsi="Yu Gothic" w:eastAsia="Yu Gothic"/>
          <w:b w:val="0"/>
          <w:i w:val="0"/>
          <w:color w:val="66707A"/>
          <w:sz w:val="16"/>
        </w:rPr>
        <w:t>注: 立秋（8月7日頃）を過ぎて届いた場合（関西など8月にお中元を贈る地域）は、時候を「残暑の候」に替えます。</w:t>
      </w:r>
    </w:p>
    <w:p>
      <w:pPr>
        <w:keepNext/>
        <w:spacing w:before="100" w:after="40"/>
      </w:pPr>
      <w:r>
        <w:rPr>
          <w:rFonts w:ascii="Yu Gothic" w:hAnsi="Yu Gothic" w:eastAsia="Yu Gothic"/>
          <w:b/>
          <w:i w:val="0"/>
          <w:color w:val="1B3A5C"/>
          <w:sz w:val="19"/>
        </w:rPr>
        <w:t>文例32　お中元のお礼メール（取引先）</w:t>
      </w:r>
    </w:p>
    <w:p>
      <w:pPr>
        <w:keepNext/>
        <w:spacing w:before="0" w:after="40" w:line="280" w:lineRule="exact"/>
        <w:ind w:left="227"/>
      </w:pPr>
      <w:r>
        <w:rPr>
          <w:rFonts w:ascii="Yu Gothic" w:hAnsi="Yu Gothic" w:eastAsia="Yu Gothic"/>
          <w:b w:val="0"/>
          <w:i w:val="0"/>
          <w:color w:val="1A1A1A"/>
          <w:sz w:val="19"/>
        </w:rPr>
        <w:t>件名: お中元のお礼（〇〇株式会社　山田）</w:t>
      </w:r>
    </w:p>
    <w:p>
      <w:pPr>
        <w:keepNext/>
        <w:spacing w:before="0" w:after="40" w:line="280" w:lineRule="exact"/>
        <w:ind w:left="227"/>
      </w:pPr>
      <w:r>
        <w:rPr>
          <w:rFonts w:ascii="Yu Gothic" w:hAnsi="Yu Gothic" w:eastAsia="Yu Gothic"/>
          <w:b w:val="0"/>
          <w:i w:val="0"/>
          <w:color w:val="1A1A1A"/>
          <w:sz w:val="19"/>
        </w:rPr>
        <w:t>〇〇株式会社　佐藤次郎様</w:t>
      </w:r>
    </w:p>
    <w:p>
      <w:pPr>
        <w:keepNext/>
        <w:spacing w:before="0" w:after="40" w:line="280" w:lineRule="exact"/>
        <w:ind w:left="227"/>
      </w:pPr>
      <w:r>
        <w:rPr>
          <w:rFonts w:ascii="Yu Gothic" w:hAnsi="Yu Gothic" w:eastAsia="Yu Gothic"/>
          <w:b w:val="0"/>
          <w:i w:val="0"/>
          <w:color w:val="1A1A1A"/>
          <w:sz w:val="19"/>
        </w:rPr>
        <w:t>いつも大変お世話になっております。株式会社〇〇の山田です。</w:t>
      </w:r>
    </w:p>
    <w:p>
      <w:pPr>
        <w:keepNext/>
        <w:spacing w:before="0" w:after="40" w:line="280" w:lineRule="exact"/>
        <w:ind w:left="227"/>
      </w:pPr>
      <w:r>
        <w:rPr>
          <w:rFonts w:ascii="Yu Gothic" w:hAnsi="Yu Gothic" w:eastAsia="Yu Gothic"/>
          <w:b w:val="0"/>
          <w:i w:val="0"/>
          <w:color w:val="1A1A1A"/>
          <w:sz w:val="19"/>
        </w:rPr>
        <w:t>本日、お中元の品が届きました。ご丁寧なお心遣いをいただき、誠にありがとうございます。</w:t>
      </w:r>
    </w:p>
    <w:p>
      <w:pPr>
        <w:keepNext/>
        <w:spacing w:before="0" w:after="40" w:line="280" w:lineRule="exact"/>
        <w:ind w:left="227"/>
      </w:pPr>
      <w:r>
        <w:rPr>
          <w:rFonts w:ascii="Yu Gothic" w:hAnsi="Yu Gothic" w:eastAsia="Yu Gothic"/>
          <w:b w:val="0"/>
          <w:i w:val="0"/>
          <w:color w:val="1A1A1A"/>
          <w:sz w:val="19"/>
        </w:rPr>
        <w:t>暑い日が続きます。お体にお気をつけください。引き続きよろしくお願い申し上げます。</w:t>
      </w:r>
    </w:p>
    <w:p>
      <w:pPr>
        <w:spacing w:before="0" w:after="40" w:line="280" w:lineRule="exact"/>
        <w:ind w:left="227"/>
      </w:pPr>
      <w:r>
        <w:rPr>
          <w:rFonts w:ascii="Yu Gothic" w:hAnsi="Yu Gothic" w:eastAsia="Yu Gothic"/>
          <w:b w:val="0"/>
          <w:i w:val="0"/>
          <w:color w:val="1A1A1A"/>
          <w:sz w:val="19"/>
        </w:rPr>
        <w:t>株式会社〇〇　山田健一</w:t>
      </w:r>
    </w:p>
    <w:p>
      <w:pPr>
        <w:keepNext/>
        <w:spacing w:before="100" w:after="40"/>
      </w:pPr>
      <w:r>
        <w:rPr>
          <w:rFonts w:ascii="Yu Gothic" w:hAnsi="Yu Gothic" w:eastAsia="Yu Gothic"/>
          <w:b/>
          <w:i w:val="0"/>
          <w:color w:val="1B3A5C"/>
          <w:sz w:val="19"/>
        </w:rPr>
        <w:t>文例33　お中元・親戚へ（はがき）</w:t>
      </w:r>
    </w:p>
    <w:p>
      <w:pPr>
        <w:keepNext/>
        <w:spacing w:before="0" w:after="40" w:line="280" w:lineRule="exact"/>
        <w:ind w:left="227"/>
      </w:pPr>
      <w:r>
        <w:rPr>
          <w:rFonts w:ascii="Yu Mincho" w:hAnsi="Yu Mincho" w:eastAsia="Yu Mincho"/>
          <w:b w:val="0"/>
          <w:i w:val="0"/>
          <w:color w:val="1A1A1A"/>
          <w:sz w:val="19"/>
        </w:rPr>
        <w:t>拝啓　暑さ厳しき折、叔父様、叔母様にはお変わりなくお過ごしでしょうか。</w:t>
      </w:r>
    </w:p>
    <w:p>
      <w:pPr>
        <w:keepNext/>
        <w:spacing w:before="0" w:after="40" w:line="280" w:lineRule="exact"/>
        <w:ind w:left="227"/>
      </w:pPr>
      <w:r>
        <w:rPr>
          <w:rFonts w:ascii="Yu Mincho" w:hAnsi="Yu Mincho" w:eastAsia="Yu Mincho"/>
          <w:b w:val="0"/>
          <w:i w:val="0"/>
          <w:color w:val="1A1A1A"/>
          <w:sz w:val="19"/>
        </w:rPr>
        <w:t>このたびはお中元をお送りいただき、ありがとうございました。子どもたちも喜んで頂いております。暑さが続きますので、どうぞお体を大事になさってください。</w:t>
      </w:r>
    </w:p>
    <w:p>
      <w:pPr>
        <w:keepNext/>
        <w:spacing w:before="0" w:after="40" w:line="280" w:lineRule="exact"/>
        <w:ind w:left="227"/>
      </w:pPr>
      <w:r>
        <w:rPr>
          <w:rFonts w:ascii="Yu Mincho" w:hAnsi="Yu Mincho" w:eastAsia="Yu Mincho"/>
          <w:b w:val="0"/>
          <w:i w:val="0"/>
          <w:color w:val="1A1A1A"/>
          <w:sz w:val="19"/>
        </w:rPr>
        <w:t>敬具</w:t>
      </w:r>
    </w:p>
    <w:p>
      <w:pPr>
        <w:keepNext/>
        <w:spacing w:before="0" w:after="40" w:line="280" w:lineRule="exact"/>
        <w:ind w:left="227"/>
      </w:pPr>
      <w:r>
        <w:rPr>
          <w:rFonts w:ascii="Yu Mincho" w:hAnsi="Yu Mincho" w:eastAsia="Yu Mincho"/>
          <w:b w:val="0"/>
          <w:i w:val="0"/>
          <w:color w:val="1A1A1A"/>
          <w:sz w:val="19"/>
        </w:rPr>
        <w:t>令和九年七月〇日</w:t>
      </w:r>
    </w:p>
    <w:p>
      <w:pPr>
        <w:spacing w:before="0" w:after="40" w:line="280" w:lineRule="exact"/>
        <w:ind w:left="227"/>
      </w:pPr>
      <w:r>
        <w:rPr>
          <w:rFonts w:ascii="Yu Mincho" w:hAnsi="Yu Mincho" w:eastAsia="Yu Mincho"/>
          <w:b w:val="0"/>
          <w:i w:val="0"/>
          <w:color w:val="1A1A1A"/>
          <w:sz w:val="19"/>
        </w:rPr>
        <w:t>山田健一</w:t>
      </w:r>
    </w:p>
    <w:p>
      <w:pPr>
        <w:spacing w:before="0" w:after="0" w:line="113" w:lineRule="exact"/>
      </w:pPr>
    </w:p>
    <w:p>
      <w:pPr>
        <w:spacing w:before="0" w:after="20" w:line="210" w:lineRule="exact"/>
      </w:pPr>
      <w:r>
        <w:rPr>
          <w:rFonts w:ascii="Yu Gothic" w:hAnsi="Yu Gothic" w:eastAsia="Yu Gothic"/>
          <w:b w:val="0"/>
          <w:i w:val="0"/>
          <w:color w:val="66707A"/>
          <w:sz w:val="15"/>
        </w:rPr>
        <w:t>※ 文例は自作で、監修者はいません。作法の根拠と出典は、ページ本文の「書き方のきまり」「出典」にまとめています。</w:t>
      </w:r>
    </w:p>
    <w:p>
      <w:pPr>
        <w:spacing w:before="0" w:after="20" w:line="210" w:lineRule="exact"/>
      </w:pPr>
      <w:r>
        <w:rPr>
          <w:rFonts w:ascii="Yu Gothic" w:hAnsi="Yu Gothic" w:eastAsia="Yu Gothic"/>
          <w:b w:val="0"/>
          <w:i w:val="0"/>
          <w:color w:val="66707A"/>
          <w:sz w:val="15"/>
        </w:rPr>
        <w:t>※ 喪中のとき（文例25・26）は、「お慶び」「ご清栄」「ご健勝」「ご繁栄」「ご発展」「ますます」「良いお年を」「新年」を使いません。</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