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42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本年も格別のご厚情を賜り、心より御礼申し上げます。</w:t>
      </w:r>
    </w:p>
    <w:p>
      <w:pPr>
        <w:spacing w:before="0" w:after="0" w:line="42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来年も変わらぬお付き合いのほど、お願い申し上げます。</w:t>
      </w:r>
    </w:p>
    <w:p>
      <w:pPr>
        <w:spacing w:before="0" w:after="0" w:line="42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どうぞよいお年をお迎えください。</w:t>
      </w:r>
    </w:p>
    <w:p>
      <w:pPr>
        <w:spacing w:before="0" w:after="0" w:line="42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なお、年末年始の休業は12月29日（火）〜1月3日（日）です。</w:t>
      </w:r>
    </w:p>
    <w:p>
      <w:pPr>
        <w:spacing w:before="120" w:after="0" w:line="42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令和8年12月　株式会社〇〇</w:t>
      </w:r>
    </w:p>
    <w:sectPr w:rsidR="00FC693F" w:rsidRPr="0006063C" w:rsidSect="00034616">
      <w:pgSz w:w="5669" w:h="8391"/>
      <w:pgMar w:top="680" w:right="567" w:bottom="680" w:left="567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