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営業日のお知らせ（店頭掲示・メール本文用）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年末年始休業のお知らせ</w:t>
      </w:r>
    </w:p>
    <w:p>
      <w:pPr>
        <w:spacing w:before="0" w:after="0" w:line="283" w:lineRule="exact"/>
      </w:pPr>
    </w:p>
    <w:p>
      <w:pPr>
        <w:spacing w:before="40" w:after="80" w:line="520" w:lineRule="exact"/>
        <w:jc w:val="center"/>
      </w:pPr>
      <w:r>
        <w:rPr>
          <w:rFonts w:ascii="Yu Mincho" w:hAnsi="Yu Mincho" w:eastAsia="Yu Mincho"/>
          <w:b/>
          <w:i w:val="0"/>
          <w:color w:val="1B3A5C"/>
          <w:sz w:val="30"/>
        </w:rPr>
        <w:t>12月29日（火）〜1月3日（日）は休業いたします。</w:t>
      </w:r>
    </w:p>
    <w:p>
      <w:pPr>
        <w:spacing w:before="40" w:after="80" w:line="520" w:lineRule="exact"/>
        <w:jc w:val="center"/>
      </w:pPr>
      <w:r>
        <w:rPr>
          <w:rFonts w:ascii="Yu Mincho" w:hAnsi="Yu Mincho" w:eastAsia="Yu Mincho"/>
          <w:b/>
          <w:i w:val="0"/>
          <w:color w:val="1B3A5C"/>
          <w:sz w:val="30"/>
        </w:rPr>
        <w:t>1月4日（月）9:00より通常営業いたします。</w:t>
      </w:r>
    </w:p>
    <w:p>
      <w:pPr>
        <w:spacing w:before="0" w:after="0" w:line="283" w:lineRule="exact"/>
      </w:pPr>
    </w:p>
    <w:p>
      <w:pPr>
        <w:spacing w:before="0" w:after="120" w:line="360" w:lineRule="exact"/>
      </w:pPr>
      <w:r>
        <w:rPr>
          <w:rFonts w:ascii="Yu Gothic" w:hAnsi="Yu Gothic" w:eastAsia="Yu Gothic"/>
          <w:b w:val="0"/>
          <w:i w:val="0"/>
          <w:color w:val="1A1A1A"/>
          <w:sz w:val="22"/>
        </w:rPr>
        <w:t>休業中の緊急のご連絡は、下記までお願いいたします。</w:t>
      </w:r>
    </w:p>
    <w:tbl>
      <w:tblPr>
        <w:tblW w:type="dxa" w:w="9865"/>
        <w:tblInd w:w="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1"/>
              </w:rPr>
              <w:t>受注・出荷の最終受付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6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6"/>
              </w:rPr>
              <w:t>12月25日（金）15:00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1"/>
              </w:rPr>
              <w:t>最終営業日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6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6"/>
              </w:rPr>
              <w:t>12月28日（月）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1"/>
              </w:rPr>
              <w:t>休業期間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6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6"/>
              </w:rPr>
              <w:t>12月29日（火）〜1月3日（日）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1"/>
              </w:rPr>
              <w:t>営業開始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6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6"/>
              </w:rPr>
              <w:t>1月4日（月）9:00より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1"/>
              </w:rPr>
              <w:t>休業中の緊急連絡先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6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6"/>
              </w:rPr>
              <w:t>担当：山田　090-0000-0000（12月29日〜1月3日・9:00〜18:00）</w:t>
            </w:r>
          </w:p>
        </w:tc>
      </w:tr>
    </w:tbl>
    <w:p>
      <w:pPr>
        <w:spacing w:before="0" w:after="0" w:line="170" w:lineRule="exact"/>
      </w:pPr>
    </w:p>
    <w:p>
      <w:pPr>
        <w:spacing w:before="120" w:after="60" w:line="360" w:lineRule="exact"/>
      </w:pPr>
      <w:r>
        <w:rPr>
          <w:rFonts w:ascii="Yu Gothic" w:hAnsi="Yu Gothic" w:eastAsia="Yu Gothic"/>
          <w:b w:val="0"/>
          <w:i w:val="0"/>
          <w:color w:val="1A1A1A"/>
          <w:sz w:val="22"/>
        </w:rPr>
        <w:t>その他のお問い合わせは、1月4日以降に順次お返事いたします。</w:t>
      </w:r>
    </w:p>
    <w:p>
      <w:pPr>
        <w:spacing w:before="120" w:after="280" w:line="360" w:lineRule="exact"/>
      </w:pPr>
      <w:r>
        <w:rPr>
          <w:rFonts w:ascii="Yu Gothic" w:hAnsi="Yu Gothic" w:eastAsia="Yu Gothic"/>
          <w:b w:val="0"/>
          <w:i w:val="0"/>
          <w:color w:val="1A1A1A"/>
          <w:sz w:val="22"/>
        </w:rPr>
        <w:t>来年も変わらぬご愛顧のほど、よろしくお願い申し上げます。</w:t>
      </w:r>
    </w:p>
    <w:p>
      <w:pPr>
        <w:spacing w:before="0" w:after="0" w:line="360" w:lineRule="exact"/>
        <w:jc w:val="right"/>
      </w:pPr>
      <w:r>
        <w:rPr>
          <w:rFonts w:ascii="Yu Gothic" w:hAnsi="Yu Gothic" w:eastAsia="Yu Gothic"/>
          <w:b/>
          <w:i w:val="0"/>
          <w:color w:val="1A1A1A"/>
          <w:sz w:val="24"/>
        </w:rPr>
        <w:t>株式会社〇〇</w:t>
      </w:r>
    </w:p>
    <w:p>
      <w:pPr>
        <w:spacing w:before="0" w:after="0" w:line="340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表の赤字は例です。自社の日付・時刻・連絡先に書き換えてください（日付と曜日は2026年末〜2027年始の暦）。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電話番号は架空です。店頭に掲示するときは、本紙をそのまま印刷するか、表と文面を使ってください。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