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　年末の挨拶　全文例集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年末の挨拶　文例30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年末の挨拶の文例30本です。メール・挨拶状・訪問と電話の一言・営業日のお知らせ・年始の挨拶回りの日程うかがいを、相手と場面ごとに並べています。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赤字の【 】と〇〇・△△は、自社の内容に差し替える箇所です。日付と曜日は2026年末〜2027年始の暦で確認した例なので、年が変わったら書き直してください。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社外・目上あては「本年」、社内の砕けた文（文例9・14）は「今年」を使っています。電話番号は架空です（090-0000-0000）。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年始の営業開始のお知らせ・仕事始めの挨拶は、template-free.jp の「新年の挨拶（ビジネス）」の文例にあります。</w:t>
      </w: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目次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メールの文例（取引先・顧客・上司・同僚・協力会社）　（文例1〜14）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挨拶状（書状・はがき）の文例　（文例15〜18）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訪問・電話の挨拶（口頭の一言）　（文例19〜24）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年末年始の営業日のお知らせ（取引先・顧客・店頭掲示）　（文例25〜29）</w:t>
      </w:r>
    </w:p>
    <w:p>
      <w:pPr>
        <w:spacing w:before="0" w:after="3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年始の挨拶回りの日程を年内にうかがう　（文例30）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メールの文例（取引先・顧客・上司・同僚・協力会社）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　取引先（標準）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年末のご挨拶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【株式会社〇〇】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いつも大変お世話になっております。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本年も格別のご厚情を賜り、誠にありがとうございました。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おかげさまで、貴社と多くの仕事をご一緒させていただくことができました。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来年も、貴社のお役に立てるよう努めてまいります。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寒さが厳しくなってまいりました。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どうぞご自愛のうえ、よいお年をお迎えください。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　取引先（営業日つき）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年末のご挨拶と年末年始の営業日のお知らせ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いつも大変お世話になっております。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本年も格別のご高配を賜り、誠にありがとうございました。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来年も変わらぬお付き合いのほど、よろしくお願い申し上げます。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さて、弊社の年末年始の営業は下記のとおりです。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最終営業日　12月28日（月）17:30まで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休業期間　　12月29日（火）〜1月3日（日）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営業開始　　1月4日（月）9:00より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休業中にいただいたご連絡は、1月4日以降に順次対応いたします。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緊急の場合は、下記の担当携帯までご連絡ください。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山田：090-0000-0000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　取引先（長いお付き合いの担当者・個人的なお礼）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本年のお礼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様にたくさんのお力添えをいただきました。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とくに春の新商品の件では、急なお願いにも快くご対応いただき、心より感謝しております。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来年もどうぞよろしくお願いいたします。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年末のお忙しい時期かと存じますが、どうぞお体に気をつけてお過ごしください。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文例4　取引先（今年、納期や対応でご迷惑をかけた）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本年のお礼とお詫び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本年は、6月の納期の件でご迷惑をおかけしましたこと、改めてお詫び申し上げます。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ご寛容にお付き合いくださいましたこと、深く感謝しております。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来年は体制を見直し、安定した品質でお応えしてまいります。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本年のご厚情に心より御礼申し上げます。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文例5　顧客（契約中の法人）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平素より弊社サービスをご利用いただき、誠にありがとうございます。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本年も多くのご支援をいただき、心より感謝申し上げます。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来年も、貴社の業務のお役に立てるよう、サポートに努めてまいります。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年末年始の対応は下記のとおりです。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サポート窓口　12月28日（月）17:30まで／1月4日（月）9:00から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システムの障害については、休業中も下記の緊急窓口で受け付けます。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緊急窓口：090-0000-0000（12月29日〜1月3日・9:00〜18:00）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カスタマーサポート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文例6　お客様一斉配信（BCCではなく配信システムで個別に送る）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年末年始のご案内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お客様各位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本年も弊社をご利用いただき、誠にありがとうございました。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年末年始の営業日をご案内します。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最終営業日　12月28日（月）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休業期間　　12月29日（火）〜1月3日（日）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営業開始　　1月4日（月）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休業中のお問い合わせは、1月4日以降に順次お返事いたします。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来年も変わらぬご愛顧のほど、よろしくお願い申し上げます。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文例7　上司（直属の部長・課長）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部長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お疲れ様です。山田です。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本年は、ご指導をいただき、ありがとうございました。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とくに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の案件では、至らない点を丁寧にご指摘いただき、大きな学びになりました。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来年は、教えていただいたことを生かして、より成果を出せるよう努めます。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年末のお忙しいところ、お体にお気をつけてお過ごしください。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文例8　役員・社長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社長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お疲れ様です。山田です。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本年は、会社の成長にたずさわる機会をいただき、深く感謝しております。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来年も、会社のために力を尽くしてまいります。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ご多忙のなか、どうぞご自愛ください。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文例9　社内全員（総務・代表から）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年末のご挨拶と年末年始の休業日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社員の皆さん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本年もお疲れ様でした。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皆さんのおかげで、今年も多くのお客様に支えていただきました。ありがとうございました。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年末年始の休業は、12月29日（火）〜1月3日（日）です。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仕事始めは1月4日（月）です。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休業中の緊急連絡は、総務の山田（090-0000-0000）まで。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来年もよろしくお願いします。よい年末年始をお過ごしください。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総務部　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文例10　協力会社・外注先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本年のお礼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本年は、急なお願いにも柔軟にご対応いただき、ありがとうございました。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貴社のお力添えのおかげで、多くのお客様のご要望に応えることができました。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来年もよきパートナーとして、よろしくお願いいたします。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年末年始の弊社の営業日は、12月28日（月）までと、1月4日（月）からです。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文例11　担当が替わる・後任の紹介を兼ねる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本年のお礼と担当変更のご連絡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本年は大変お世話になり、ありがとうございました。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さて、私は来年1月より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部へ異動することになり、貴社の担当を後任の佐藤に引き継ぎます。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年明けに佐藤よりあらためてご挨拶にうかがいます。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長いあいだのご厚情に、心より感謝申し上げます。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文例12　取引先からいただいた年末の挨拶への返信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Re: 年末のご挨拶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ご丁寧に年末のご挨拶をいただき、ありがとうございます。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こちらこそ、本年は大変お世話になりました。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来年もどうぞよろしくお願い申し上げます。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文例13　上司からのご挨拶への返信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部長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温かいお言葉をありがとうございます。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本年はたくさん学ばせていただきました。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来年もご指導のほど、よろしくお願いいたします。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部長もどうぞよいお年をお迎えください。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文例14　同僚・チーム（カジュアル・社内チャット／メール）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さん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今年もお疲れさまでした。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の件、いつも助けてもらって感謝しています。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来年もよろしくお願いします。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年末年始はゆっくり休んでください。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山田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挨拶状（書状・はがき）の文例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文例15　取引先（書状・拝啓／敬具）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拝啓　師走の候、貴社ますますご清栄のこととお慶び申し上げます。平素は格別のご高配を賜り、厚く御礼申し上げます。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本年も皆様のお力添えをいただき、無事に年の瀬を迎えることができました。ここに謹んで感謝申し上げます。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来年も、社員一同、より一層のサービス向上に努めてまいります。何卒変わらぬご指導を賜りますようお願い申し上げます。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末筆ながら、貴社のご発展と皆様のご健勝をお祈り申し上げます。どうぞよいお年をお迎えください。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敬具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令和8年12月　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代表取締役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文例16　取引先（はがき・横書き・短く）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本年も格別のご厚情を賜り、心より御礼申し上げます。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来年も変わらぬお付き合いのほど、お願い申し上げます。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なお、年末年始の休業は12月29日（火）〜1月3日（日）です。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令和8年12月　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文例17　お歳暮に添える挨拶状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拝啓　歳末の候、貴社ますますご清栄のこととお慶び申し上げます。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本年も格別のご高配を賜り、厚く御礼申し上げます。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ささやかではございますが、感謝のしるしにお歳暮の品をお送りいたしました。ご笑納いただければ幸いです。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来年も変わらぬお付き合いをお願い申し上げますとともに、貴社のご発展を心よりお祈り申し上げます。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敬具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令和8年12月　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代表取締役　山田　太郎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文例18　顧客（個人のお客様・店舗）の年末感謝状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本年も多くのお客様にご来店いただき、スタッフ一同、心より感謝しております。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来年も皆様にご満足いただけるよう、努めてまいります。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年末年始は12月31日（木）〜1月3日（日）を休ませていただきます。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令和8年12月　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店　スタッフ一同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訪問・電話の挨拶（口頭の一言）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文例19　取引先の訪問（受付・担当者の席で）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年末のご挨拶にうかがいました。本年は大変お世話になりました。来年もどうぞよろしくお願いいたします。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文例20　手土産を渡すとき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本年は大変お世話になりました。心ばかりの品ですが、皆様でお召し上がりください。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文例21　不在のとき（名刺に書き添えるメモ）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年末のご挨拶にうかがいました。本年のご厚情に感謝申し上げます。どうぞよいお年をお迎えください。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文例22　電話での年末挨拶（取引先）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お忙しいところ恐れ入ります。年末のご挨拶でお電話いたしました。本年は大変お世話になり、ありがとうございました。来年もよろしくお願いいたします。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文例23　社内（最終営業日の帰り際）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本年もお疲れさまでした。お世話になりました。来年もよろしくお願いいたします。よいお年をお迎えください。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文例24　取引先との帰り際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弊社は本日が年内の最終営業日です。本年は大変お世話になりました。来年もよろしくお願いいたします。どうぞよいお年をお迎えください。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年末年始の営業日のお知らせ（取引先・顧客・店頭掲示）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文例25　取引先メール（出荷・受注の締切つき）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年末年始休業のお知らせ（12月29日〜1月3日）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お取引先各位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平素は格別のご高配を賜り、誠にありがとうございます。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年末年始の営業について、下記のとおりお知らせいたします。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受注・出荷の最終受付　12月25日（金）15:00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最終営業日　　　　　　12月28日（月）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休業期間　　　　　　　12月29日（火）〜1月3日（日）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営業開始　　　　　　　1月4日（月）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休業期間中のご注文は、1月4日より順次対応いたします。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ご不便をおかけしますが、ご理解のほどお願い申し上げます。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文例26　顧客メール（サービス・サポート）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年末年始のサポート窓口について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お客様各位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平素より弊社サービスをご利用いただき、ありがとうございます。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年末年始のサポート窓口は、12月29日（火）〜1月3日（日）をお休みいたします。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お問い合わせは1月4日（月）より順次お返事いたします。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システム障害などの緊急時は、サービス内の「緊急のお問い合わせ」からご連絡ください。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来年も変わらぬご愛顧のほど、よろしくお願い申し上げます。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カスタマーサポート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文例27　店頭・Web 掲示（短い）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年末年始休業のお知らせ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12月29日（火）〜1月3日（日）は休業いたします。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1月4日（月）9:00より通常営業いたします。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文例28　休業中の緊急連絡先つき（取引先）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年末年始休業は12月29日（火）〜1月3日（日）です。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休業中の緊急のご連絡は、下記までお願いいたします。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担当：山田　090-0000-0000（12月29日〜1月3日・9:00〜18:00）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その他のお問い合わせは、1月4日以降に順次お返事いたします。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文例29　休業中の自動返信メール（問い合わせフォーム）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お問い合わせありがとうございます。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弊社は12月29日（火）〜1月3日（日）を休業しております。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いただいたご連絡は、1月4日（月）以降に順次お返事いたします。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お急ぎの場合は、下記までお電話ください（休業期間中は受付時間が異なります）。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090-0000-0000（9:00〜18:00）</w:t>
      </w:r>
    </w:p>
    <w:p>
      <w:pPr>
        <w:spacing w:before="0" w:after="0" w:line="170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年始の挨拶回りの日程を年内にうかがう</w:t>
      </w:r>
    </w:p>
    <w:p>
      <w:pPr>
        <w:keepNext/>
        <w:spacing w:before="180" w:after="40" w:line="280" w:lineRule="exact"/>
        <w:ind w:left="0"/>
      </w:pPr>
      <w:r>
        <w:rPr>
          <w:rFonts w:ascii="Yu Gothic" w:hAnsi="Yu Gothic" w:eastAsia="Yu Gothic"/>
          <w:b/>
          <w:i w:val="0"/>
          <w:color w:val="1B3A5C"/>
          <w:sz w:val="20"/>
        </w:rPr>
        <w:t>文例30　取引先へ（新年のご挨拶にうかがう日程のお願い・年内に送る）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66707A"/>
          <w:sz w:val="19"/>
        </w:rPr>
        <w:t>件名: 新年のご挨拶におうかがいしたく（株式会社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66707A"/>
          <w:sz w:val="19"/>
        </w:rPr>
        <w:t xml:space="preserve">　山田）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△△</w:t>
      </w:r>
    </w:p>
    <w:p>
      <w:pPr>
        <w:keepNext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様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>の山田です。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本年も大変お世話になりました。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年明けに、新年のご挨拶にうかがいたいと考えております。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1月6日（水）から1月8日（金）のあいだで、15分ほどお時間をいただけるご都合はございますでしょうか。</w:t>
      </w: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ご多忙の折、ご都合が合わなければご遠慮なくお申し付けください。</w:t>
      </w:r>
    </w:p>
    <w:p>
      <w:pPr>
        <w:keepNext w:val="0"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どうぞよいお年をお迎えください。</w:t>
      </w:r>
    </w:p>
    <w:p>
      <w:pPr>
        <w:keepNext/>
        <w:spacing w:before="0" w:after="0" w:line="120" w:lineRule="exact"/>
        <w:ind w:left="198"/>
      </w:pPr>
    </w:p>
    <w:p>
      <w:pPr>
        <w:keepNext w:val="0"/>
        <w:spacing w:before="0" w:after="0" w:line="290" w:lineRule="exact"/>
        <w:ind w:left="198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</w:t>
      </w:r>
      <w:r>
        <w:rPr>
          <w:rFonts w:ascii="Yu Gothic" w:hAnsi="Yu Gothic" w:eastAsia="Yu Gothic"/>
          <w:b w:val="0"/>
          <w:i w:val="0"/>
          <w:color w:val="B3261E"/>
          <w:sz w:val="19"/>
        </w:rPr>
        <w:t>〇〇</w:t>
      </w:r>
      <w:r>
        <w:rPr>
          <w:rFonts w:ascii="Yu Gothic" w:hAnsi="Yu Gothic" w:eastAsia="Yu Gothic"/>
          <w:b w:val="0"/>
          <w:i w:val="0"/>
          <w:color w:val="1A1A1A"/>
          <w:sz w:val="19"/>
        </w:rPr>
        <w:t xml:space="preserve">　営業部　山田　太郎</w:t>
      </w:r>
    </w:p>
    <w:p>
      <w:pPr>
        <w:spacing w:before="0" w:after="0" w:line="170" w:lineRule="exact"/>
      </w:pP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