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年賀状じまい　文例集（全18文例）</w:t>
      </w:r>
    </w:p>
    <w:p>
      <w:pPr>
        <w:spacing w:before="4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年賀状じまいの文例18本です（個人9・会社・仕事6・受け取った側の返事3）。氏名・社名はすべて架空です。</w:t>
      </w:r>
    </w:p>
    <w:p>
      <w:pPr>
        <w:spacing w:before="4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はがきの文例は句読点なしで、行の区切りは改行で表しています。LINE・メールの文例は句読点を使っています。</w:t>
      </w:r>
    </w:p>
    <w:p>
      <w:pPr>
        <w:spacing w:before="4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年賀状に添える文例の日付は「令和九年　元旦」、11月のお知らせは「令和八年十一月」、寒中見舞いは「令和九年一月」です。</w:t>
      </w:r>
    </w:p>
    <w:p>
      <w:pPr>
        <w:spacing w:before="4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「メモ」の行は使い方の補足で、送る文面には入れません。</w:t>
      </w:r>
    </w:p>
    <w:p>
      <w:pPr>
        <w:spacing w:before="0" w:after="0" w:line="57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個人（文例1〜9）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　最後の年賀状に添える（目上にも使える基本形）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旧年中は大変お世話になりました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誠に勝手ながら　今回をもちまして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年賀状でのご挨拶は失礼させていただきます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今後は折にふれてお便りやお電話で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ご挨拶できれば幸いです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変わらぬお付き合いのほど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よろしくお願い申し上げます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文例2　年齢を理由に（年賀状に添える）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旧年中は温かいお心遣いをいただき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ありがとうございました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年齢を重ね　年賀状の準備も難しくなってまいりましたので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誠に勝手ながら　今回をもちまして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年始のご挨拶状は控えさせていただきます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これからもお電話などで近況をお伝えできれば幸いです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皆様のご健康をお祈り申し上げます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文例3　仕事・暮らしの変化を理由に（30〜50代・年賀状に添える）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あけましておめでとうございます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昨年も大変お世話になりました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近ごろはメールやSNSでやり取りすることが増えたため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年賀状でのご挨拶は今年から控えさせていただきます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これからはLINEやメールで近況をお知らせできればうれしいです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今年もどうぞよろしくお願いします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文例4　友人へ（年賀状に添える・くだけた形）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あけましておめでとう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いつも年賀状をありがとう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突然だけど　年賀状は今年でお休みすることにしました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これからはLINEで連絡させてね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近いうちに会えたらうれしいです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今年もよろしくね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文例5　親戚へ（年賀状に添える）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謹んで新年のお慶びを申し上げます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旧年中は何かとお世話になりました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誠に勝手ながら　年賀状でのご挨拶は今回で失礼させていただきます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今後は電話や帰省の折に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近況をお伝えできればと思います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皆様のご健康とご多幸をお祈りしております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文例6　恩師・お世話になった目上の方へ（年賀状に添える）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先生にはいつも温かい年賀状をいただき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心より感謝しております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私事で恐縮ですが　年賀状でのご挨拶は今回をもちまして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控えさせていただくことにいたしました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今後はお手紙で　折にふれてご報告させていただければ幸いです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先生のご健康を心よりお祈り申し上げます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文例7　年賀状を出す前に知らせる（11月のはがき）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師走を前に　いかがお過ごしでしょうか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さて　誠に勝手ながら　私どもは次のお正月から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年賀状でのご挨拶を控えさせていただくことにいたしました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長年にわたり年始のご挨拶をいただき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ありがとうございました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今後はお電話やメールで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近況をお伝えできれば幸いです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変わらぬお付き合いを　よろしくお願いいたします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令和八年十一月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文例8　年賀状をいただいた方へ寒中見舞いで伝える（1月・松の内が明けてから）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寒中お見舞い申し上げます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ご丁寧な年賀状をいただき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ありがとうございました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誠に勝手ながら　本年より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年始のご挨拶状は控えさせていただくことにいたしました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お知らせが行き届かず失礼いたしました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今後はメールなどで近況をお伝えできればと思います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寒さ厳しき折　どうぞご自愛ください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令和九年一月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7"/>
        </w:rPr>
        <w:t>メモ: 松の内は一般に1月7日まで、関西など一部は1月15日までとされています。寒中見舞いは節分ごろまでに出します。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文例9　LINE・メールで伝える（友人）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あけましておめでとう！今年もよろしくね。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実は今年から、年賀状はお休みすることにしました。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これからはLINEで近況を送らせてね。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寒い日が続くので、体に気をつけて。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会社・仕事（文例10〜15）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文例10　取引先へ（11月に送る挨拶状・会社名義・書状形式）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拝啓　晩秋の候　貴社ますますご清栄のこととお慶び申し上げます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平素は格別のご高配を賜り　厚く御礼申し上げます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さて　弊社では誠に勝手ながら　令和九年の年始より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年賀状によるご挨拶を控えさせていただくことといたしました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新年のご挨拶は　メールにて申し上げます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これまで賜りましたご厚情に深く感謝申し上げますとともに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今後とも変わらぬお引き立てを賜りますよう　お願い申し上げます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敬具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令和八年十一月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株式会社〇〇　代表取締役　山田　太郎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文例11　最後の年賀状に添える（会社名義・業務の電子化を理由に）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旧年中は格別のご高配を賜り　厚く御礼申し上げます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さて　弊社では業務の電子化と環境への配慮から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本年の年賀状をもちまして　年賀状によるご挨拶を控えさせていただくことといたしました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来年からはメールにて新年のご挨拶を申し上げます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本年も変わらぬお引き立てのほど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よろしくお願い申し上げます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文例12　個人事業主（年齢を理由に・11月）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平素は大変お世話になっております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私事で恐縮ですが　年齢を重ね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年賀状の準備が難しくなってまいりましたため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次の年始より　年賀状でのご挨拶を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控えさせていただくことにいたしました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仕事はこれまでどおり続けてまいりますので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今後ともよろしくお願い申し上げます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これまでのご厚誼に心より感謝申し上げます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令和八年十一月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〇〇事務所　山田　太郎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文例13　定年退職を機に（個人から取引先・お世話になった方へ・11月）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長年にわたり温かいご厚情を賜り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心より感謝申し上げます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私こと　本年十二月末日をもちまして定年退職いたします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これを機に　年賀状でのご挨拶を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控えさせていただきたく存じます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後任は佐藤が務めますので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変わらぬご指導をお願い申し上げます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貴社のご発展と皆様のご健勝を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お祈り申し上げます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令和八年十一月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文例14　取引先へのメール（11月）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件名: 年賀状によるご挨拶についてのお知らせ（株式会社〇〇）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株式会社△△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〇〇様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いつもお世話になっております。株式会社〇〇の山田です。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誠に勝手ながら、弊社では2027年の年始より、年賀状によるご挨拶を控えさせていただくことといたしました。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新年のご挨拶は、メールにて申し上げます。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これまでいただきましたご厚情に深く感謝申し上げますとともに、今後とも変わらぬお付き合いのほど、よろしくお願い申し上げます。</w:t>
      </w:r>
    </w:p>
    <w:p>
      <w:pPr>
        <w:keepNext/>
        <w:spacing w:before="0" w:after="0" w:line="120" w:lineRule="exact"/>
      </w:pP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株式会社〇〇　営業部　山田　太郎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文例15　社内（社員どうしの年賀状のやり取りを控える案内）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件名: 社内での年賀状のやり取りについて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社員各位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総務部です。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2027年の年始から、社員どうし・上司あての年賀状のやり取りは、会社として控えることといたしました。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年賀状を出さないことで失礼にあたることはありません。新年のご挨拶は、仕事始めの朝礼やメールでお願いします。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これに合わせ、年賀状のための社員住所録の作成・配布はいたしません。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個人として出すことを妨げるものではありません。ご理解のほど、よろしくお願いします。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総務部　山田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7"/>
        </w:rPr>
        <w:t>メモ: 会社が私的な年賀状を禁じる形にはしていません。「虚礼廃止」の語を使うかどうかは会社の判断です。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受け取った側の返事（文例16〜18）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文例16　友人から年賀状じまいの年賀状が届いた（LINE）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年賀状ありがとう！年賀状をお休みする件、了解です。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これからはLINEでよろしくね。今年もどうぞよろしく。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文例17　目上・親戚から年賀状じまいの知らせが届いた（はがき・寒中見舞い）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寒中お見舞い申し上げます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ご丁寧なお知らせをいただき　ありがとうございました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長年にわたり年始のご挨拶をいただき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心より感謝しております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これからも折にふれて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近況をお知らせできればうれしく存じます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どうぞお体を大切にお過ごしください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令和九年一月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文例18　取引先から年賀状じまいの連絡が届いた（メール返信）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件名: Re: 年賀状によるご挨拶についてのお知らせ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〇〇様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いつもお世話になっております。株式会社△△の佐藤です。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ご丁寧にお知らせをいただき、ありがとうございます。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承知いたしました。弊社からの年始のご挨拶も、今後はメールにてお送りいたします。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今後とも変わらぬお付き合いのほど、よろしくお願い申し上げます。</w:t>
      </w:r>
    </w:p>
    <w:p>
      <w:pPr>
        <w:keepNext/>
        <w:spacing w:before="0" w:after="0" w:line="120" w:lineRule="exact"/>
      </w:pP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株式会社△△　佐藤　花子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 ／ 年賀状じまい 文例集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