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4932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11"/>
        <w:gridCol w:w="2982"/>
        <w:gridCol w:w="839"/>
      </w:tblGrid>
      <w:tr>
        <w:trPr>
          <w:cantSplit/>
          <w:trHeight w:val="6917" w:hRule="exact"/>
        </w:trPr>
        <w:tc>
          <w:tcPr>
            <w:tcW w:type="dxa" w:w="1111"/>
            <w:tcMar>
              <w:top w:w="142" w:type="dxa"/>
              <w:bottom w:w="113" w:type="dxa"/>
              <w:left w:w="68" w:type="dxa"/>
              <w:right w:w="68" w:type="dxa"/>
            </w:tcMar>
            <w:textDirection w:val="tbRl"/>
          </w:tcPr>
          <w:p>
            <w:pPr>
              <w:spacing w:before="0" w:after="0" w:line="31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0"/>
              </w:rPr>
              <w:t>〇〇県〇〇市〇〇町一丁目二番三号</w:t>
            </w:r>
          </w:p>
          <w:p>
            <w:pPr>
              <w:spacing w:before="0" w:after="0" w:line="31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0"/>
              </w:rPr>
              <w:t>株式会社〇〇</w:t>
            </w:r>
          </w:p>
          <w:p>
            <w:pPr>
              <w:spacing w:before="0" w:after="0" w:line="31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0"/>
              </w:rPr>
              <w:t>営業部　山田　太郎</w:t>
            </w:r>
          </w:p>
        </w:tc>
        <w:tc>
          <w:tcPr>
            <w:tcW w:type="dxa" w:w="2982"/>
            <w:tcMar>
              <w:top w:w="142" w:type="dxa"/>
              <w:bottom w:w="113" w:type="dxa"/>
              <w:left w:w="68" w:type="dxa"/>
              <w:right w:w="68" w:type="dxa"/>
            </w:tcMar>
            <w:textDirection w:val="tbRl"/>
          </w:tcPr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旧年中は格別のご高配を賜り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誠にありがとうございました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本年も社員一同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より一層のサービス向上に努めてまいります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変わらぬご指導ご鞭撻のほど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よろしくお願い申し上げます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令和九年　元旦</w:t>
            </w:r>
          </w:p>
        </w:tc>
        <w:tc>
          <w:tcPr>
            <w:tcW w:type="dxa" w:w="839"/>
            <w:tcMar>
              <w:top w:w="142" w:type="dxa"/>
              <w:bottom w:w="113" w:type="dxa"/>
              <w:left w:w="68" w:type="dxa"/>
              <w:right w:w="68" w:type="dxa"/>
            </w:tcMar>
            <w:textDirection w:val="tbRl"/>
          </w:tcPr>
          <w:p>
            <w:pPr>
              <w:spacing w:before="0" w:after="0" w:line="660" w:lineRule="exact"/>
            </w:pPr>
            <w:r>
              <w:rPr>
                <w:rFonts w:ascii="Yu Mincho" w:hAnsi="Yu Mincho" w:eastAsia="Yu Mincho"/>
                <w:b/>
                <w:i w:val="0"/>
                <w:color w:val="1A1A1A"/>
                <w:sz w:val="44"/>
              </w:rPr>
              <w:t>謹賀新年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5669" w:h="8391"/>
      <w:pgMar w:top="567" w:right="369" w:bottom="567" w:left="369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