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ビジネス年賀状　文例集（全44文例）</w:t>
      </w:r>
    </w:p>
    <w:p>
      <w:pPr>
        <w:spacing w:before="4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ビジネス年賀状の文例44本です（はがき・添え書き・年賀メール・喪中の相手・返礼）。氏名・社名はすべて架空です。</w:t>
      </w:r>
    </w:p>
    <w:p>
      <w:pPr>
        <w:spacing w:before="4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はがきと添え書きの文例は句読点なしで、行の区切りは改行で表しています。年は令和9年（2027年）元日です。</w:t>
      </w:r>
    </w:p>
    <w:p>
      <w:pPr>
        <w:spacing w:before="40" w:after="40" w:line="27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メールの文例は句読点を使っています。「メモ」の行は使い方の補足で、送る文面には入れません。</w:t>
      </w:r>
    </w:p>
    <w:p>
      <w:pPr>
        <w:spacing w:before="0" w:after="0" w:line="57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取引先（文例1〜5）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　取引先（標準）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旧年中は格別のご高配を賜り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誠にありがとうございました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本年も社員一同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より一層のサービス向上に努めてまいります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変わらぬご指導ご鞭撻のほど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よろしくお願い申し上げます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文例2　取引先（昨年から取引が始まった）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恭賀新年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昨年は新たにお取引の機会を賜り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心より御礼申し上げます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本年はさらにご期待にお応えできるよう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精進してまいります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何卒よろしくお願い申し上げます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文例3　取引先（担当者あて・長いお付き合い）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長年にわたるご厚誼に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深く感謝申し上げます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〇〇様には細やかなお心配りを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いただき　いつも助けられております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本年もどうぞよろしくお願い申し上げます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貴社のますますのご発展を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お祈り申し上げます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文例4　取引先（昨年に納期や対応でご迷惑をかけた）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謹んで新年のお慶びを申し上げます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昨年は納期の件でご迷惑をおかけしながら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変わらぬお引き立てを賜り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深く感謝申し上げます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本年は体制を整え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確かな品質でお応えしてまいります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何卒よろしくお願い申し上げます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7"/>
        </w:rPr>
        <w:t>メモ: 年賀状はお祝いの挨拶なので、お詫びは短く1回にとどめ、感謝と本年の決意で結ぶ形にしています。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文例5　取引先（仕事始めの日を知らせる）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恭賀新年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旧年中は大変お世話になりました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本年も変わらぬお引き立てのほど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お願い申し上げます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なお　弊社の仕事始めは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一月四日（月）でございます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顧客・協力会社・顧問先（文例6〜9）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文例6　顧客（個人のお客様・店舗）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昨年は多くのお客様に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ご来店いただきまして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誠にありがとうございました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本年も皆様に喜んでいただけるよう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スタッフ一同　心を込めて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お迎えいたします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本年も変わらぬご愛顧を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お願い申し上げます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7"/>
        </w:rPr>
        <w:t>メモ: 年始の営業日は、添え書き（文例33）で入れます。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文例7　顧客（法人・継続契約のお客様）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恭賀新年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昨年は弊社サービスを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ご利用いただき　誠にありがとうございました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本年も貴社の業務に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お役立ていただけますよう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サポート体制の充実に努めてまいります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引き続きご愛顧を賜りますよう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お願い申し上げます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文例8　協力会社・仕入先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旧年中は無理なお願いにも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快くご対応いただき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心より感謝申し上げます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本年もよきパートナーとして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共に歩んでまいりたく存じます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変わらぬご支援のほど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お願い申し上げます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文例9　顧問先へ（士業・外部の専門家から）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謹んで新年のお慶びを申し上げます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昨年は貴社の経営に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関わらせていただき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ありがとうございました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本年もタイムリーな情報提供と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丁寧な対応に努めてまいります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お気づきの点はいつでも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ご相談くださいませ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上司・役員・同僚・部下（文例10〜14）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文例10　直属の上司（部長・課長）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昨年は温かいご指導を賜り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ありがとうございました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ご教示いただいたことを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本年の仕事に生かしてまいります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至らぬ点も多いかと存じますが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引き続きご指導のほど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よろしくお願い申し上げます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文例11　役員・社長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謹んで新年のお慶びを申し上げます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昨年は多大なるご配慮を賜り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厚く御礼申し上げます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本年も会社の発展のために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力を尽くす所存でございます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〇〇様のご健勝を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心よりお祈り申し上げます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文例12　異動前にお世話になった元の上司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恭賀新年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　異動の際には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温かくお見送りいただき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ありがとうございました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新しい部署でも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教えていただいたことを胸に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努めております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お近くにお越しの折には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お声がけいただければ幸いです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文例13　同僚・先輩（社内・少し砕けた形）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昨年は同じチームで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たくさん助けていただきました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ありがとうございました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本年もよいチームでありたいと思います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どうぞよろしくお願いします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文例14　部下・後輩へ（社内）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昨年はよく頑張ってくれました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チームの成果は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一人ひとりの努力のおかげです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本年も力を合わせて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一つずつ形にしていきましょう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困ったことがあれば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遠慮なく相談してください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年賀状に添える一言（文例15〜34）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取引先に添える一言</w:t>
      </w:r>
    </w:p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文例15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昨年は大変お世話になりました　本年もよろしくお願いいたします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文例16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先日の打ち合わせでの貴重なご助言に　改めて感謝申し上げます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文例17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本年は貴社のお役に立てるよう　新しい提案をご用意しております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文例18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お忙しい毎日と存じます　どうぞご自愛ください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文例19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春になりましたら　あらためてご挨拶に伺います</w:t>
            </w:r>
          </w:p>
        </w:tc>
      </w:tr>
    </w:tbl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上司に添える一言</w:t>
      </w:r>
    </w:p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文例20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昨年は丁寧にご指導いただき　ありがとうございました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文例21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本年は一つ上の仕事に挑戦してまいります　ご指導をお願いいたします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文例22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寒い日が続きます　どうぞお体を大切にお過ごしください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文例23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昨年のプロジェクトでは　大きな学びをいただきました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文例24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本年も変わらぬご指導を賜りますようお願い申し上げます</w:t>
            </w:r>
          </w:p>
        </w:tc>
      </w:tr>
    </w:tbl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同僚・後輩に添える一言</w:t>
      </w:r>
    </w:p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文例25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昨年は何度も助けてもらいました　今年もよろしく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文例26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また一緒に仕事ができることを楽しみにしています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文例27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今年は新しい仕事でも力を合わせましょう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文例28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寒さが厳しくなります　体調に気をつけて過ごしてください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文例29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落ち着いたら　ゆっくり食事に行きましょう</w:t>
            </w:r>
          </w:p>
        </w:tc>
      </w:tr>
    </w:tbl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顧客・お客様に添える一言</w:t>
      </w:r>
    </w:p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文例30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昨年は多くのご来店を賜り　心より感謝申し上げます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文例31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皆様のお役に立てるよう　本年も努めてまいります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文例32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お近くにお越しの際は　ぜひお立ち寄りください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文例33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本年は一月四日より営業いたします</w:t>
            </w:r>
          </w:p>
        </w:tc>
      </w:tr>
    </w:tbl>
    <w:tbl>
      <w:tblPr>
        <w:tblW w:type="dxa" w:w="9865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8731"/>
      </w:tblGrid>
      <w:tr>
        <w:trPr>
          <w:cantSplit/>
        </w:trPr>
        <w:tc>
          <w:tcPr>
            <w:tcW w:type="dxa" w:w="1134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文例34</w:t>
            </w:r>
          </w:p>
        </w:tc>
        <w:tc>
          <w:tcPr>
            <w:tcW w:type="dxa" w:w="8731"/>
            <w:tcMar>
              <w:top w:w="28" w:type="dxa"/>
              <w:bottom w:w="28" w:type="dxa"/>
              <w:left w:w="57" w:type="dxa"/>
              <w:right w:w="57" w:type="dxa"/>
            </w:tcMar>
          </w:tcPr>
          <w:p>
            <w:pPr>
              <w:spacing w:before="0" w:after="0" w:line="29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お寒い折　どうぞお体を大切になさってください</w:t>
            </w:r>
          </w:p>
        </w:tc>
      </w:tr>
    </w:tbl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年賀メール（取引先・社内）（文例35〜38）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文例35　取引先へ（元日に届くよう予約送信）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件名: 新年のご挨拶【株式会社〇〇】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株式会社△△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〇〇様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謹んで新年のお慶びを申し上げます。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株式会社〇〇の山田です。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昨年は格別のご厚情を賜り、誠にありがとうございました。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本年も、貴社のお役に立てるよう社員一同努めてまいります。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変わらぬご指導のほど、よろしくお願い申し上げます。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なお、弊社は1月4日（月）より通常営業いたします。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貴社のますますのご発展をお祈り申し上げます。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株式会社〇〇　営業部　山田　太郎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（署名）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文例36　取引先へ（仕事始めの朝に送る・お礼と本年の依頼）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件名: 本年もよろしくお願い申し上げます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株式会社△△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〇〇様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株式会社〇〇の山田です。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昨年中は大変お世話になりました。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本日より業務を開始いたしました。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本年も変わらぬお付き合いのほど、よろしくお願い申し上げます。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まずは、メールにて新年のご挨拶を申し上げます。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株式会社〇〇　営業部　山田　太郎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7"/>
        </w:rPr>
        <w:t>メモ: 冒頭は「明けましておめでとうございます」にしています。「新年」と「明けまして」が重なる形は避けるのが無難とされます（理由は「賀詞と書き出しの選び方」に書きました）。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文例37　社内（全社員あて・代表から）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件名: 新年のご挨拶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社員の皆さん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明けましておめでとうございます。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昨年は、一人ひとりの努力のおかげで、多くのお客様に支えていただくことができました。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ありがとうございました。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本年も、お客様に選ばれる会社であるために、力を合わせて取り組みましょう。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皆さんとご家族のご健康をお祈りしています。</w:t>
      </w:r>
    </w:p>
    <w:p>
      <w:pPr>
        <w:keepNext/>
        <w:spacing w:before="0" w:after="0" w:line="120" w:lineRule="exact"/>
      </w:pP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代表取締役　山田　太郎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文例38　お客様へ（一斉配信メール・営業開始日つき）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件名: 新年のご挨拶と営業開始日のお知らせ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お客様各位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謹んで新年のお慶びを申し上げます。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旧年中は格別のご愛顧を賜り、誠にありがとうございました。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本年も、より一層のサービス向上に努めてまいります。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■ 年始の営業開始日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1月4日（月）9:00より通常営業いたします。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本年も変わらぬご愛顧のほど、よろしくお願い申し上げます。</w:t>
      </w:r>
    </w:p>
    <w:p>
      <w:pPr>
        <w:keepNext/>
        <w:spacing w:before="0" w:after="0" w:line="120" w:lineRule="exact"/>
      </w:pP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株式会社〇〇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喪中の相手への対応（文例39〜40）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文例39　取引先の担当者から喪中はがきが届いた・年内に返すメール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件名: 喪中のお知らせをいただきました（株式会社〇〇　山田）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〇〇様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いつもお世話になっております。株式会社〇〇の山田です。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このたびはご丁寧に喪中のお知らせをいただき、ありがとうございました。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心よりお悔やみ申し上げます。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年始のご挨拶は控えさせていただきます。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寒さに向かう折、どうぞお体を大切にお過ごしください。</w:t>
      </w:r>
    </w:p>
    <w:p>
      <w:pPr>
        <w:keepNext/>
        <w:spacing w:before="0" w:after="0" w:line="120" w:lineRule="exact"/>
      </w:pP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株式会社〇〇　営業部　山田　太郎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文例40　寒中見舞い（取引先の担当者が喪中・松の内明けに）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寒中お見舞い申し上げます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ご服喪中と伺い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年始のご挨拶を控えさせていただきました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旧年中は格別のご高配を賜り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厚く御礼申し上げます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本年も変わらぬお付き合いのほど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お願い申し上げます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寒さ厳しき折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どうぞご自愛くださいませ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令和九年一月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返礼・遅れたとき・異動の報告（文例41〜44）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文例41　取引先からメールで年始の挨拶が届いた・返信（相手が年賀状を出さない会社）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8"/>
        </w:rPr>
        <w:t>件名: Re: 新年のご挨拶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〇〇様</w:t>
      </w:r>
    </w:p>
    <w:p>
      <w:pPr>
        <w:keepNext/>
        <w:spacing w:before="0" w:after="0" w:line="120" w:lineRule="exact"/>
      </w:pP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いつもお世話になっております。株式会社〇〇の山田です。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ご丁寧に新年のご挨拶をいただき、ありがとうございます。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昨年は大変お世話になりました。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本年も変わらぬご指導のほど、よろしくお願い申し上げます。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なお、弊社は1月4日（月）より通常営業しております。</w:t>
      </w:r>
    </w:p>
    <w:p>
      <w:pPr>
        <w:keepNext/>
        <w:spacing w:before="0" w:after="0" w:line="120" w:lineRule="exact"/>
      </w:pP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株式会社〇〇　山田　太郎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文例42　取引先から年賀状が届いたが出していなかった・松の内のうちに出す返礼はがき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早々にご丁寧な年賀状をいただき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誠にありがとうございました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旧年中はひとかたならぬお世話になり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厚く御礼申し上げます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本年も変わらぬお引き立てのほど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よろしくお願い申し上げます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令和九年一月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66707A"/>
          <w:sz w:val="17"/>
        </w:rPr>
        <w:t>メモ: 元日の朝ではないので、日付は「元旦」でなく「一月」にしています。松の内（一般に1月7日まで、関西など一部は1月15日まで）を過ぎたら文例43を使います。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文例43　返礼が松の内を過ぎた（寒中見舞い・取引先）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寒中お見舞い申し上げます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ご丁寧な年始のご挨拶を頂戴しながら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お返事が遅れましたこと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お詫び申し上げます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旧年中は大変お世話になりました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本年も変わらぬお付き合いのほど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お願い申し上げます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令和九年一月</w:t>
      </w:r>
    </w:p>
    <w:p>
      <w:pPr>
        <w:keepNext/>
        <w:spacing w:before="140" w:after="4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文例44　異動・担当交代の報告を兼ねる（取引先・担当者個人から）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謹賀新年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旧年中は格別のご厚情を賜り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厚く御礼申し上げます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私こと　昨年十月より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〇〇支店に勤務しております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貴社のご担当は佐藤が引き継いでおります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新しい職場でも精進してまいります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今後とも変わらぬご指導のほど</w:t>
      </w:r>
    </w:p>
    <w:p>
      <w:pPr>
        <w:keepNext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お願い申し上げます</w:t>
      </w:r>
    </w:p>
    <w:p>
      <w:pPr>
        <w:keepNext w:val="0"/>
        <w:spacing w:before="0" w:after="0" w:line="290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令和九年　元旦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 ／ ビジネス年賀状 文例集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