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内 定 通 知 書</w:t>
      </w:r>
    </w:p>
    <w:p/>
    <w:p>
      <w:pPr>
        <w:jc w:val="right"/>
      </w:pPr>
      <w:r>
        <w:rPr>
          <w:rFonts w:ascii="ＭＳ 明朝" w:hAnsi="ＭＳ 明朝" w:eastAsia="ＭＳ 明朝"/>
          <w:b w:val="0"/>
          <w:sz w:val="22"/>
        </w:rPr>
        <w:t>令和　年　月　日</w:t>
      </w:r>
    </w:p>
    <w:p>
      <w:r>
        <w:rPr>
          <w:rFonts w:ascii="ＭＳ 明朝" w:hAnsi="ＭＳ 明朝" w:eastAsia="ＭＳ 明朝"/>
          <w:b w:val="0"/>
          <w:sz w:val="23"/>
        </w:rPr>
        <w:t xml:space="preserve">　　　　　　　　　　様</w:t>
      </w:r>
    </w:p>
    <w:p/>
    <w:p>
      <w:pPr>
        <w:jc w:val="right"/>
      </w:pPr>
      <w:r>
        <w:rPr>
          <w:rFonts w:ascii="ＭＳ 明朝" w:hAnsi="ＭＳ 明朝" w:eastAsia="ＭＳ 明朝"/>
          <w:b w:val="0"/>
          <w:sz w:val="22"/>
        </w:rPr>
        <w:t xml:space="preserve">会社名：　　　　　　　　　　　　</w:t>
        <w:br/>
        <w:t xml:space="preserve">所在地：　　　　　　　　　　　　</w:t>
        <w:br/>
        <w:t>代表取締役　　　　　　　　　　㊞</w:t>
      </w:r>
    </w:p>
    <w:p/>
    <w:p>
      <w:r>
        <w:rPr>
          <w:rFonts w:ascii="ＭＳ 明朝" w:hAnsi="ＭＳ 明朝" w:eastAsia="ＭＳ 明朝"/>
          <w:b w:val="0"/>
          <w:sz w:val="21"/>
        </w:rPr>
        <w:t>拝啓　時下ますますご清栄のこととお慶び申し上げます。この度は、弊社の採用選考にご応募いただき誠にありがとうございました。慎重に選考を進めさせていただいた結果、貴殿を下記の条件で採用内定とさせていただくことになりましたので、ご通知申し上げます。</w:t>
      </w:r>
    </w:p>
    <w:p/>
    <w:p>
      <w:r>
        <w:rPr>
          <w:rFonts w:ascii="游ゴシック" w:hAnsi="游ゴシック" w:eastAsia="游ゴシック"/>
          <w:b/>
          <w:color w:val="1A3A6B"/>
          <w:sz w:val="24"/>
        </w:rPr>
        <w:t>記</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配属予定部署</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職種・役割</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雇用形態</w:t>
            </w:r>
          </w:p>
        </w:tc>
        <w:tc>
          <w:tcPr>
            <w:tcW w:type="dxa" w:w="4819"/>
          </w:tcPr>
          <w:p>
            <w:r/>
            <w:r>
              <w:rPr>
                <w:rFonts w:ascii="ＭＳ 明朝" w:hAnsi="ＭＳ 明朝" w:eastAsia="ＭＳ 明朝"/>
                <w:b w:val="0"/>
                <w:sz w:val="19"/>
              </w:rPr>
              <w:t>□ 正社員　□ 契約社員　□ その他（　　　）</w:t>
            </w:r>
          </w:p>
        </w:tc>
      </w:tr>
      <w:tr>
        <w:tc>
          <w:tcPr>
            <w:tcW w:type="dxa" w:w="4819"/>
          </w:tcPr>
          <w:p>
            <w:r/>
            <w:r>
              <w:rPr>
                <w:rFonts w:ascii="ＭＳ 明朝" w:hAnsi="ＭＳ 明朝" w:eastAsia="ＭＳ 明朝"/>
                <w:b/>
                <w:sz w:val="19"/>
              </w:rPr>
              <w:t>入社予定日</w:t>
            </w:r>
          </w:p>
        </w:tc>
        <w:tc>
          <w:tcPr>
            <w:tcW w:type="dxa" w:w="4819"/>
          </w:tcPr>
          <w:p>
            <w:r/>
            <w:r>
              <w:rPr>
                <w:rFonts w:ascii="ＭＳ 明朝" w:hAnsi="ＭＳ 明朝" w:eastAsia="ＭＳ 明朝"/>
                <w:b w:val="0"/>
                <w:sz w:val="19"/>
              </w:rPr>
              <w:t>令和　年　月　日</w:t>
            </w:r>
          </w:p>
        </w:tc>
      </w:tr>
      <w:tr>
        <w:tc>
          <w:tcPr>
            <w:tcW w:type="dxa" w:w="4819"/>
          </w:tcPr>
          <w:p>
            <w:r/>
            <w:r>
              <w:rPr>
                <w:rFonts w:ascii="ＭＳ 明朝" w:hAnsi="ＭＳ 明朝" w:eastAsia="ＭＳ 明朝"/>
                <w:b/>
                <w:sz w:val="19"/>
              </w:rPr>
              <w:t>就業場所</w:t>
            </w:r>
          </w:p>
        </w:tc>
        <w:tc>
          <w:tcPr>
            <w:tcW w:type="dxa" w:w="4819"/>
          </w:tcPr>
          <w:p>
            <w:r/>
            <w:r>
              <w:rPr>
                <w:rFonts w:ascii="ＭＳ 明朝" w:hAnsi="ＭＳ 明朝" w:eastAsia="ＭＳ 明朝"/>
                <w:b w:val="0"/>
                <w:sz w:val="19"/>
              </w:rPr>
              <w:t xml:space="preserve">　　　　　　　　　　　　　</w:t>
            </w:r>
          </w:p>
        </w:tc>
      </w:tr>
      <w:tr>
        <w:tc>
          <w:tcPr>
            <w:tcW w:type="dxa" w:w="4819"/>
          </w:tcPr>
          <w:p>
            <w:r/>
            <w:r>
              <w:rPr>
                <w:rFonts w:ascii="ＭＳ 明朝" w:hAnsi="ＭＳ 明朝" w:eastAsia="ＭＳ 明朝"/>
                <w:b/>
                <w:sz w:val="19"/>
              </w:rPr>
              <w:t>想定給与（税込・月額目安）</w:t>
            </w:r>
          </w:p>
        </w:tc>
        <w:tc>
          <w:tcPr>
            <w:tcW w:type="dxa" w:w="4819"/>
          </w:tcPr>
          <w:p>
            <w:r/>
            <w:r>
              <w:rPr>
                <w:rFonts w:ascii="ＭＳ 明朝" w:hAnsi="ＭＳ 明朝" w:eastAsia="ＭＳ 明朝"/>
                <w:b w:val="0"/>
                <w:sz w:val="19"/>
              </w:rPr>
              <w:t>月給　　　　円（詳細は労働条件通知書にて別途明示）</w:t>
            </w:r>
          </w:p>
        </w:tc>
      </w:tr>
      <w:tr>
        <w:tc>
          <w:tcPr>
            <w:tcW w:type="dxa" w:w="4819"/>
          </w:tcPr>
          <w:p>
            <w:r/>
            <w:r>
              <w:rPr>
                <w:rFonts w:ascii="ＭＳ 明朝" w:hAnsi="ＭＳ 明朝" w:eastAsia="ＭＳ 明朝"/>
                <w:b/>
                <w:sz w:val="19"/>
              </w:rPr>
              <w:t>内定者説明会・提出書類締切</w:t>
            </w:r>
          </w:p>
        </w:tc>
        <w:tc>
          <w:tcPr>
            <w:tcW w:type="dxa" w:w="4819"/>
          </w:tcPr>
          <w:p>
            <w:r/>
            <w:r>
              <w:rPr>
                <w:rFonts w:ascii="ＭＳ 明朝" w:hAnsi="ＭＳ 明朝" w:eastAsia="ＭＳ 明朝"/>
                <w:b w:val="0"/>
                <w:sz w:val="19"/>
              </w:rPr>
              <w:t>令和　年　月　日（別途案内）</w:t>
            </w:r>
          </w:p>
        </w:tc>
      </w:tr>
      <w:tr>
        <w:tc>
          <w:tcPr>
            <w:tcW w:type="dxa" w:w="4819"/>
          </w:tcPr>
          <w:p>
            <w:r/>
            <w:r>
              <w:rPr>
                <w:rFonts w:ascii="ＭＳ 明朝" w:hAnsi="ＭＳ 明朝" w:eastAsia="ＭＳ 明朝"/>
                <w:b/>
                <w:sz w:val="19"/>
              </w:rPr>
              <w:t>内定承諾書 提出期限</w:t>
            </w:r>
          </w:p>
        </w:tc>
        <w:tc>
          <w:tcPr>
            <w:tcW w:type="dxa" w:w="4819"/>
          </w:tcPr>
          <w:p>
            <w:r/>
            <w:r>
              <w:rPr>
                <w:rFonts w:ascii="ＭＳ 明朝" w:hAnsi="ＭＳ 明朝" w:eastAsia="ＭＳ 明朝"/>
                <w:b w:val="0"/>
                <w:sz w:val="19"/>
              </w:rPr>
              <w:t>令和　年　月　日</w:t>
            </w:r>
          </w:p>
        </w:tc>
      </w:tr>
      <w:tr>
        <w:tc>
          <w:tcPr>
            <w:tcW w:type="dxa" w:w="4819"/>
          </w:tcPr>
          <w:p>
            <w:r/>
            <w:r>
              <w:rPr>
                <w:rFonts w:ascii="ＭＳ 明朝" w:hAnsi="ＭＳ 明朝" w:eastAsia="ＭＳ 明朝"/>
                <w:b/>
                <w:sz w:val="19"/>
              </w:rPr>
              <w:t>本内定の留保事項</w:t>
            </w:r>
          </w:p>
        </w:tc>
        <w:tc>
          <w:tcPr>
            <w:tcW w:type="dxa" w:w="4819"/>
          </w:tcPr>
          <w:p>
            <w:r/>
            <w:r>
              <w:rPr>
                <w:rFonts w:ascii="ＭＳ 明朝" w:hAnsi="ＭＳ 明朝" w:eastAsia="ＭＳ 明朝"/>
                <w:b w:val="0"/>
                <w:sz w:val="19"/>
              </w:rPr>
              <w:t>□ 卒業（見込）の確認　□ 健康診断結果の確認　□ 必要書類の提出　□ 資格・免許の取得確認</w:t>
              <w:br/>
              <w:t>□ その他（　　　　　　　　　　　　　）</w:t>
            </w:r>
          </w:p>
        </w:tc>
      </w:tr>
    </w:tbl>
    <w:p/>
    <w:p>
      <w:r>
        <w:rPr>
          <w:rFonts w:ascii="ＭＳ 明朝" w:hAnsi="ＭＳ 明朝" w:eastAsia="ＭＳ 明朝"/>
          <w:b w:val="0"/>
          <w:sz w:val="18"/>
        </w:rPr>
        <w:t>※ 本通知書は採用内定の事実および主要条件の概要をお知らせするものです。賃金・労働時間等の詳細な労働条件は、労働基準法第15条に基づき、入社日までに別途「労働条件通知書」を書面（またはご本人が希望する方法）で交付いたします。</w:t>
      </w:r>
    </w:p>
    <w:p/>
    <w:p>
      <w:r>
        <w:rPr>
          <w:rFonts w:ascii="ＭＳ 明朝" w:hAnsi="ＭＳ 明朝" w:eastAsia="ＭＳ 明朝"/>
          <w:b w:val="0"/>
          <w:sz w:val="21"/>
        </w:rPr>
        <w:t>つきましては、同封（添付）の内定承諾書に署名のうえ、上記提出期限までにご返送くださいますようお願い申し上げます。</w:t>
      </w:r>
    </w:p>
    <w:p/>
    <w:p>
      <w:pPr>
        <w:jc w:val="right"/>
      </w:pPr>
      <w:r>
        <w:rPr>
          <w:rFonts w:ascii="ＭＳ 明朝" w:hAnsi="ＭＳ 明朝" w:eastAsia="ＭＳ 明朝"/>
          <w:b w:val="0"/>
          <w:sz w:val="22"/>
        </w:rPr>
        <w:t>敬具</w:t>
      </w:r>
    </w:p>
    <w:p>
      <w:r>
        <w:br w:type="page"/>
      </w:r>
    </w:p>
    <w:p>
      <w:pPr>
        <w:jc w:val="center"/>
      </w:pPr>
      <w:r>
        <w:rPr>
          <w:rFonts w:ascii="游ゴシック" w:hAnsi="游ゴシック" w:eastAsia="游ゴシック"/>
          <w:b/>
          <w:sz w:val="36"/>
        </w:rPr>
        <w:t>内 定 承 諾 書</w:t>
      </w:r>
    </w:p>
    <w:p/>
    <w:p>
      <w:pPr>
        <w:jc w:val="right"/>
      </w:pPr>
      <w:r>
        <w:rPr>
          <w:rFonts w:ascii="ＭＳ 明朝" w:hAnsi="ＭＳ 明朝" w:eastAsia="ＭＳ 明朝"/>
          <w:b w:val="0"/>
          <w:sz w:val="22"/>
        </w:rPr>
        <w:t xml:space="preserve">　　　　　　　　　　　　　　御中</w:t>
      </w:r>
    </w:p>
    <w:p/>
    <w:p>
      <w:r>
        <w:rPr>
          <w:rFonts w:ascii="ＭＳ 明朝" w:hAnsi="ＭＳ 明朝" w:eastAsia="ＭＳ 明朝"/>
          <w:b w:val="0"/>
          <w:sz w:val="21"/>
        </w:rPr>
        <w:t>私は、貴社より令和　年　月　日付「内定通知書」による内定通知を受けましたので、記載内容を確認のうえ、これを承諾いたします。</w:t>
      </w:r>
    </w:p>
    <w:p/>
    <w:p>
      <w:r>
        <w:rPr>
          <w:rFonts w:ascii="游ゴシック" w:hAnsi="游ゴシック" w:eastAsia="游ゴシック"/>
          <w:b/>
          <w:color w:val="2C3E50"/>
          <w:sz w:val="22"/>
        </w:rPr>
        <w:t>【確認・誓約事項】</w:t>
      </w:r>
    </w:p>
    <w:p>
      <w:r>
        <w:rPr>
          <w:rFonts w:ascii="ＭＳ 明朝" w:hAnsi="ＭＳ 明朝" w:eastAsia="ＭＳ 明朝"/>
          <w:b w:val="0"/>
          <w:sz w:val="19"/>
        </w:rPr>
        <w:t>1. 入社予定日までに、卒業（見込）証明書・成績証明書等、貴社が求める書類を提出します。</w:t>
      </w:r>
    </w:p>
    <w:p>
      <w:r>
        <w:rPr>
          <w:rFonts w:ascii="ＭＳ 明朝" w:hAnsi="ＭＳ 明朝" w:eastAsia="ＭＳ 明朝"/>
          <w:b w:val="0"/>
          <w:sz w:val="19"/>
        </w:rPr>
        <w:t>2. 内定通知書記載の入社予定日に、心身ともに健康な状態で入社できるよう努めます。</w:t>
      </w:r>
    </w:p>
    <w:p>
      <w:r>
        <w:rPr>
          <w:rFonts w:ascii="ＭＳ 明朝" w:hAnsi="ＭＳ 明朝" w:eastAsia="ＭＳ 明朝"/>
          <w:b w:val="0"/>
          <w:sz w:val="19"/>
        </w:rPr>
        <w:t>3. やむを得ず内定を辞退する場合は、可能な限り速やかに書面または口頭で貴社にご連絡いたします。</w:t>
      </w:r>
    </w:p>
    <w:p>
      <w:r>
        <w:rPr>
          <w:rFonts w:ascii="ＭＳ 明朝" w:hAnsi="ＭＳ 明朝" w:eastAsia="ＭＳ 明朝"/>
          <w:b w:val="0"/>
          <w:sz w:val="19"/>
        </w:rPr>
        <w:t>4. 卒業できなかった場合、健康状態に重大な問題が生じた場合、提出書類に虚偽があった場合等、内定通知書に記載の留保事項に該当する事実が生じたときは、本内定が取り消されることがあることを理解しています。</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氏名</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生年月日</w:t>
            </w:r>
          </w:p>
        </w:tc>
        <w:tc>
          <w:tcPr>
            <w:tcW w:type="dxa" w:w="4819"/>
          </w:tcPr>
          <w:p>
            <w:r/>
            <w:r>
              <w:rPr>
                <w:rFonts w:ascii="ＭＳ 明朝" w:hAnsi="ＭＳ 明朝" w:eastAsia="ＭＳ 明朝"/>
                <w:b w:val="0"/>
                <w:sz w:val="19"/>
              </w:rPr>
              <w:t xml:space="preserve">　　　年　　月　　日生</w:t>
            </w:r>
          </w:p>
        </w:tc>
      </w:tr>
      <w:tr>
        <w:tc>
          <w:tcPr>
            <w:tcW w:type="dxa" w:w="4819"/>
          </w:tcPr>
          <w:p>
            <w:r/>
            <w:r>
              <w:rPr>
                <w:rFonts w:ascii="ＭＳ 明朝" w:hAnsi="ＭＳ 明朝" w:eastAsia="ＭＳ 明朝"/>
                <w:b/>
                <w:sz w:val="19"/>
              </w:rPr>
              <w:t>住所</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連絡先電話番号</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緊急連絡先（保護者等）</w:t>
            </w:r>
          </w:p>
        </w:tc>
        <w:tc>
          <w:tcPr>
            <w:tcW w:type="dxa" w:w="4819"/>
          </w:tcPr>
          <w:p>
            <w:r/>
            <w:r>
              <w:rPr>
                <w:rFonts w:ascii="ＭＳ 明朝" w:hAnsi="ＭＳ 明朝" w:eastAsia="ＭＳ 明朝"/>
                <w:b w:val="0"/>
                <w:sz w:val="19"/>
              </w:rPr>
            </w:r>
          </w:p>
        </w:tc>
      </w:tr>
    </w:tbl>
    <w:p/>
    <w:p>
      <w:pPr>
        <w:jc w:val="right"/>
      </w:pPr>
      <w:r>
        <w:rPr>
          <w:rFonts w:ascii="ＭＳ 明朝" w:hAnsi="ＭＳ 明朝" w:eastAsia="ＭＳ 明朝"/>
          <w:b w:val="0"/>
          <w:sz w:val="22"/>
        </w:rPr>
        <w:t>令和　年　月　日</w:t>
      </w:r>
    </w:p>
    <w:p>
      <w:pPr>
        <w:jc w:val="right"/>
      </w:pPr>
      <w:r>
        <w:rPr>
          <w:rFonts w:ascii="ＭＳ 明朝" w:hAnsi="ＭＳ 明朝" w:eastAsia="ＭＳ 明朝"/>
          <w:b w:val="0"/>
          <w:sz w:val="22"/>
        </w:rPr>
        <w:t>署名：　　　　　　　　　　　　㊞</w:t>
      </w:r>
    </w:p>
    <w:p>
      <w:r>
        <w:br w:type="page"/>
      </w:r>
    </w:p>
    <w:p>
      <w:pPr>
        <w:jc w:val="center"/>
      </w:pPr>
      <w:r>
        <w:rPr>
          <w:rFonts w:ascii="游ゴシック" w:hAnsi="游ゴシック" w:eastAsia="游ゴシック"/>
          <w:b/>
          <w:sz w:val="32"/>
        </w:rPr>
        <w:t>別紙：内定通知書についてのガイド</w:t>
      </w:r>
    </w:p>
    <w:p>
      <w:r>
        <w:rPr>
          <w:rFonts w:ascii="游ゴシック" w:hAnsi="游ゴシック" w:eastAsia="游ゴシック"/>
          <w:b/>
          <w:color w:val="2C3E50"/>
          <w:sz w:val="22"/>
        </w:rPr>
        <w:t>1. 内定通知書とは（法的性質）</w:t>
      </w:r>
    </w:p>
    <w:p>
      <w:r>
        <w:rPr>
          <w:rFonts w:ascii="ＭＳ 明朝" w:hAnsi="ＭＳ 明朝" w:eastAsia="ＭＳ 明朝"/>
          <w:b w:val="0"/>
          <w:sz w:val="19"/>
        </w:rPr>
        <w:t>採用内定は、最高裁判決 昭和54年7月20日（大日本印刷事件）が示した考え方によれば、「始期付解約権留保付労働契約」の成立にあたるとされています。つまり、内定通知書を交付し、内定者が承諾（内定承諾書の提出等）をした時点で、労働契約法第6条にいう労働契約が既に成立していると解されます。内定を出した後の一方的な取消し（内定取消し）は、法的には「解約権の行使」にあたり、無制限に認められるものではありません。</w:t>
      </w:r>
    </w:p>
    <w:p>
      <w:r>
        <w:rPr>
          <w:rFonts w:ascii="游ゴシック" w:hAnsi="游ゴシック" w:eastAsia="游ゴシック"/>
          <w:b/>
          <w:color w:val="2C3E50"/>
          <w:sz w:val="22"/>
        </w:rPr>
        <w:t>2. 内定通知書と労働条件通知書の違い</w:t>
      </w:r>
    </w:p>
    <w:p>
      <w:r>
        <w:rPr>
          <w:rFonts w:ascii="ＭＳ 明朝" w:hAnsi="ＭＳ 明朝" w:eastAsia="ＭＳ 明朝"/>
          <w:b w:val="0"/>
          <w:sz w:val="19"/>
        </w:rPr>
        <w:t>内定通知書は、内定という事実と主要条件の概要を伝える書面です。これに対し、賃金・労働時間・休日等の詳細な労働条件を書面で明示する義務は、労働基準法第15条・職業安定法第5条の3に定められており、通常は入社日までに別途「労働条件通知書」を交付することで対応します。内定通知書だけで労働基準法第15条の明示義務を満たしたことにはなりません。</w:t>
      </w:r>
    </w:p>
    <w:p>
      <w:r>
        <w:rPr>
          <w:rFonts w:ascii="游ゴシック" w:hAnsi="游ゴシック" w:eastAsia="游ゴシック"/>
          <w:b/>
          <w:color w:val="2C3E50"/>
          <w:sz w:val="22"/>
        </w:rPr>
        <w:t>3. 内定取消しに関する注意</w:t>
      </w:r>
    </w:p>
    <w:p>
      <w:r>
        <w:rPr>
          <w:rFonts w:ascii="ＭＳ 明朝" w:hAnsi="ＭＳ 明朝" w:eastAsia="ＭＳ 明朝"/>
          <w:b w:val="0"/>
          <w:sz w:val="19"/>
        </w:rPr>
        <w:t>内定取消しは法的には解雇に準じるものと考えられており、留保された解約権の行使であっても、客観的に合理的な理由を欠き、社会通念上相当と認められない場合には無効とされる可能性があります（労働契約法第16条の解雇権濫用法理に準じた考え方）。内定通知書に「留保事項」（卒業できなかった場合・重大な虚偽申告があった場合等）を明記しておくことが、後日のトラブルを防ぐうえで重要です。</w:t>
      </w:r>
    </w:p>
    <w:p>
      <w:r>
        <w:rPr>
          <w:rFonts w:ascii="游ゴシック" w:hAnsi="游ゴシック" w:eastAsia="游ゴシック"/>
          <w:b/>
          <w:color w:val="2C3E50"/>
          <w:sz w:val="22"/>
        </w:rPr>
        <w:t>4. 送付方法（メール・郵送・内定式）</w:t>
      </w:r>
    </w:p>
    <w:p>
      <w:r>
        <w:rPr>
          <w:rFonts w:ascii="ＭＳ 明朝" w:hAnsi="ＭＳ 明朝" w:eastAsia="ＭＳ 明朝"/>
          <w:b w:val="0"/>
          <w:sz w:val="19"/>
        </w:rPr>
        <w:t>・メール送付：PDF化した内定通知書を添付し、開封確認・返信依頼の一文を添える</w:t>
      </w:r>
    </w:p>
    <w:p>
      <w:r>
        <w:rPr>
          <w:rFonts w:ascii="ＭＳ 明朝" w:hAnsi="ＭＳ 明朝" w:eastAsia="ＭＳ 明朝"/>
          <w:b w:val="0"/>
          <w:sz w:val="19"/>
        </w:rPr>
        <w:t>・郵送：内定承諾書の返送用封筒（切手貼付・宛先記入済み）を同封する</w:t>
      </w:r>
    </w:p>
    <w:p>
      <w:r>
        <w:rPr>
          <w:rFonts w:ascii="ＭＳ 明朝" w:hAnsi="ＭＳ 明朝" w:eastAsia="ＭＳ 明朝"/>
          <w:b w:val="0"/>
          <w:sz w:val="19"/>
        </w:rPr>
        <w:t>・内定式：新卒一括採用の場合、内定式当日に手渡しし、内定承諾書をその場または後日回収する</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内定通知書は労働契約法第6条の合意により労働契約が成立した事実を示す書面であり、労働基準法第15条・職業安定法第5条の3に基づく労働条件の明示義務を代替するものではありません。入社日までに別途「労働条件通知書」を交付してください。</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