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游ゴシック" w:hAnsi="游ゴシック"/>
          <w:b/>
          <w:sz w:val="36"/>
        </w:rPr>
        <w:t>マイカー通勤許可申請書</w:t>
      </w:r>
    </w:p>
    <w:p/>
    <w:p>
      <w:pPr>
        <w:jc w:val="right"/>
      </w:pPr>
      <w:r>
        <w:rPr>
          <w:rFonts w:ascii="ＭＳ 明朝" w:hAnsi="ＭＳ 明朝"/>
          <w:b w:val="0"/>
          <w:sz w:val="20"/>
        </w:rPr>
        <w:t>提出日：　　　年　　月　　日</w:t>
      </w:r>
    </w:p>
    <w:p/>
    <w:p>
      <w:r>
        <w:rPr>
          <w:rFonts w:ascii="ＭＳ 明朝" w:hAnsi="ＭＳ 明朝"/>
          <w:b w:val="0"/>
          <w:sz w:val="20"/>
        </w:rPr>
        <w:t>下記のとおり、自家用自動車による通勤を許可いただきたく申請します。</w:t>
      </w:r>
    </w:p>
    <w:p/>
    <w:p>
      <w:r>
        <w:rPr>
          <w:rFonts w:ascii="游ゴシック" w:hAnsi="游ゴシック"/>
          <w:b/>
          <w:color w:val="1A3A6B"/>
          <w:sz w:val="24"/>
        </w:rPr>
        <w:t>■ 申請者情報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3118"/>
          </w:tcPr>
          <w:p>
            <w:r>
              <w:rPr>
                <w:rFonts w:ascii="ＭＳ 明朝" w:hAnsi="ＭＳ 明朝"/>
                <w:b/>
                <w:sz w:val="19"/>
              </w:rPr>
              <w:t>所属部署</w:t>
            </w:r>
          </w:p>
        </w:tc>
        <w:tc>
          <w:tcPr>
            <w:tcW w:type="dxa" w:w="5953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  <w:tr>
        <w:tc>
          <w:tcPr>
            <w:tcW w:type="dxa" w:w="3118"/>
          </w:tcPr>
          <w:p>
            <w:r>
              <w:rPr>
                <w:rFonts w:ascii="ＭＳ 明朝" w:hAnsi="ＭＳ 明朝"/>
                <w:b/>
                <w:sz w:val="19"/>
              </w:rPr>
              <w:t>氏名</w:t>
            </w:r>
          </w:p>
        </w:tc>
        <w:tc>
          <w:tcPr>
            <w:tcW w:type="dxa" w:w="5953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  <w:tr>
        <w:tc>
          <w:tcPr>
            <w:tcW w:type="dxa" w:w="3118"/>
          </w:tcPr>
          <w:p>
            <w:r>
              <w:rPr>
                <w:rFonts w:ascii="ＭＳ 明朝" w:hAnsi="ＭＳ 明朝"/>
                <w:b/>
                <w:sz w:val="19"/>
              </w:rPr>
              <w:t>社員番号</w:t>
            </w:r>
          </w:p>
        </w:tc>
        <w:tc>
          <w:tcPr>
            <w:tcW w:type="dxa" w:w="5953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  <w:tr>
        <w:tc>
          <w:tcPr>
            <w:tcW w:type="dxa" w:w="3118"/>
          </w:tcPr>
          <w:p>
            <w:r>
              <w:rPr>
                <w:rFonts w:ascii="ＭＳ 明朝" w:hAnsi="ＭＳ 明朝"/>
                <w:b/>
                <w:sz w:val="19"/>
              </w:rPr>
              <w:t>自宅住所</w:t>
            </w:r>
          </w:p>
        </w:tc>
        <w:tc>
          <w:tcPr>
            <w:tcW w:type="dxa" w:w="5953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  <w:tr>
        <w:tc>
          <w:tcPr>
            <w:tcW w:type="dxa" w:w="3118"/>
          </w:tcPr>
          <w:p>
            <w:r>
              <w:rPr>
                <w:rFonts w:ascii="ＭＳ 明朝" w:hAnsi="ＭＳ 明朝"/>
                <w:b/>
                <w:sz w:val="19"/>
              </w:rPr>
              <w:t>自宅から会社までの通勤距離</w:t>
            </w:r>
          </w:p>
        </w:tc>
        <w:tc>
          <w:tcPr>
            <w:tcW w:type="dxa" w:w="5953"/>
          </w:tcPr>
          <w:p>
            <w:r>
              <w:rPr>
                <w:rFonts w:ascii="ＭＳ 明朝" w:hAnsi="ＭＳ 明朝"/>
                <w:sz w:val="19"/>
              </w:rPr>
              <w:t xml:space="preserve">　　　　km（片道）</w:t>
            </w:r>
          </w:p>
        </w:tc>
      </w:tr>
      <w:tr>
        <w:tc>
          <w:tcPr>
            <w:tcW w:type="dxa" w:w="3118"/>
          </w:tcPr>
          <w:p>
            <w:r>
              <w:rPr>
                <w:rFonts w:ascii="ＭＳ 明朝" w:hAnsi="ＭＳ 明朝"/>
                <w:b/>
                <w:sz w:val="19"/>
              </w:rPr>
              <w:t>主な通勤経路</w:t>
            </w:r>
          </w:p>
        </w:tc>
        <w:tc>
          <w:tcPr>
            <w:tcW w:type="dxa" w:w="5953"/>
          </w:tcPr>
          <w:p>
            <w:r>
              <w:rPr>
                <w:rFonts w:ascii="ＭＳ 明朝" w:hAnsi="ＭＳ 明朝"/>
                <w:sz w:val="19"/>
              </w:rPr>
              <w:t>（起点：　　　　　　　　　　　　→　経由：　　　　　　　　　　→　終点：会社）</w:t>
            </w:r>
          </w:p>
        </w:tc>
      </w:tr>
    </w:tbl>
    <w:p/>
    <w:p>
      <w:r>
        <w:rPr>
          <w:rFonts w:ascii="游ゴシック" w:hAnsi="游ゴシック"/>
          <w:b/>
          <w:color w:val="1A3A6B"/>
          <w:sz w:val="24"/>
        </w:rPr>
        <w:t>■ 車両情報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3118"/>
          </w:tcPr>
          <w:p>
            <w:r>
              <w:rPr>
                <w:rFonts w:ascii="ＭＳ 明朝" w:hAnsi="ＭＳ 明朝"/>
                <w:b/>
                <w:sz w:val="19"/>
              </w:rPr>
              <w:t>自動車登録番号（ナンバー）</w:t>
            </w:r>
          </w:p>
        </w:tc>
        <w:tc>
          <w:tcPr>
            <w:tcW w:type="dxa" w:w="5953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  <w:tr>
        <w:tc>
          <w:tcPr>
            <w:tcW w:type="dxa" w:w="3118"/>
          </w:tcPr>
          <w:p>
            <w:r>
              <w:rPr>
                <w:rFonts w:ascii="ＭＳ 明朝" w:hAnsi="ＭＳ 明朝"/>
                <w:b/>
                <w:sz w:val="19"/>
              </w:rPr>
              <w:t>車名・型式</w:t>
            </w:r>
          </w:p>
        </w:tc>
        <w:tc>
          <w:tcPr>
            <w:tcW w:type="dxa" w:w="5953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  <w:tr>
        <w:tc>
          <w:tcPr>
            <w:tcW w:type="dxa" w:w="3118"/>
          </w:tcPr>
          <w:p>
            <w:r>
              <w:rPr>
                <w:rFonts w:ascii="ＭＳ 明朝" w:hAnsi="ＭＳ 明朝"/>
                <w:b/>
                <w:sz w:val="19"/>
              </w:rPr>
              <w:t>車体の色</w:t>
            </w:r>
          </w:p>
        </w:tc>
        <w:tc>
          <w:tcPr>
            <w:tcW w:type="dxa" w:w="5953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  <w:tr>
        <w:tc>
          <w:tcPr>
            <w:tcW w:type="dxa" w:w="3118"/>
          </w:tcPr>
          <w:p>
            <w:r>
              <w:rPr>
                <w:rFonts w:ascii="ＭＳ 明朝" w:hAnsi="ＭＳ 明朝"/>
                <w:b/>
                <w:sz w:val="19"/>
              </w:rPr>
              <w:t>車検証記載の使用者</w:t>
            </w:r>
          </w:p>
        </w:tc>
        <w:tc>
          <w:tcPr>
            <w:tcW w:type="dxa" w:w="5953"/>
          </w:tcPr>
          <w:p>
            <w:r>
              <w:rPr>
                <w:rFonts w:ascii="ＭＳ 明朝" w:hAnsi="ＭＳ 明朝"/>
                <w:sz w:val="19"/>
              </w:rPr>
              <w:t>本人 ／ 家族（続柄：　　　　） ／ その他（　　　　）</w:t>
            </w:r>
          </w:p>
        </w:tc>
      </w:tr>
      <w:tr>
        <w:tc>
          <w:tcPr>
            <w:tcW w:type="dxa" w:w="3118"/>
          </w:tcPr>
          <w:p>
            <w:r>
              <w:rPr>
                <w:rFonts w:ascii="ＭＳ 明朝" w:hAnsi="ＭＳ 明朝"/>
                <w:b/>
                <w:sz w:val="19"/>
              </w:rPr>
              <w:t>車検有効期限</w:t>
            </w:r>
          </w:p>
        </w:tc>
        <w:tc>
          <w:tcPr>
            <w:tcW w:type="dxa" w:w="5953"/>
          </w:tcPr>
          <w:p>
            <w:r>
              <w:rPr>
                <w:rFonts w:ascii="ＭＳ 明朝" w:hAnsi="ＭＳ 明朝"/>
                <w:sz w:val="19"/>
              </w:rPr>
              <w:t xml:space="preserve">　　　　年　　月　　日まで</w:t>
            </w:r>
          </w:p>
        </w:tc>
      </w:tr>
      <w:tr>
        <w:tc>
          <w:tcPr>
            <w:tcW w:type="dxa" w:w="3118"/>
          </w:tcPr>
          <w:p>
            <w:r>
              <w:rPr>
                <w:rFonts w:ascii="ＭＳ 明朝" w:hAnsi="ＭＳ 明朝"/>
                <w:b/>
                <w:sz w:val="19"/>
              </w:rPr>
              <w:t>会社敷地内駐車の要否</w:t>
            </w:r>
          </w:p>
        </w:tc>
        <w:tc>
          <w:tcPr>
            <w:tcW w:type="dxa" w:w="5953"/>
          </w:tcPr>
          <w:p>
            <w:r>
              <w:rPr>
                <w:rFonts w:ascii="ＭＳ 明朝" w:hAnsi="ＭＳ 明朝"/>
                <w:sz w:val="19"/>
              </w:rPr>
              <w:t>要（駐車場番号：　　　） ／ 不要（自宅・近隣で保管）</w:t>
            </w:r>
          </w:p>
        </w:tc>
      </w:tr>
    </w:tbl>
    <w:p/>
    <w:p>
      <w:r>
        <w:rPr>
          <w:rFonts w:ascii="游ゴシック" w:hAnsi="游ゴシック"/>
          <w:b/>
          <w:color w:val="1A3A6B"/>
          <w:sz w:val="24"/>
        </w:rPr>
        <w:t>■ 運転免許情報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3118"/>
          </w:tcPr>
          <w:p>
            <w:r>
              <w:rPr>
                <w:rFonts w:ascii="ＭＳ 明朝" w:hAnsi="ＭＳ 明朝"/>
                <w:b/>
                <w:sz w:val="19"/>
              </w:rPr>
              <w:t>運転免許証番号</w:t>
            </w:r>
          </w:p>
        </w:tc>
        <w:tc>
          <w:tcPr>
            <w:tcW w:type="dxa" w:w="5953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  <w:tr>
        <w:tc>
          <w:tcPr>
            <w:tcW w:type="dxa" w:w="3118"/>
          </w:tcPr>
          <w:p>
            <w:r>
              <w:rPr>
                <w:rFonts w:ascii="ＭＳ 明朝" w:hAnsi="ＭＳ 明朝"/>
                <w:b/>
                <w:sz w:val="19"/>
              </w:rPr>
              <w:t>免許の色</w:t>
            </w:r>
          </w:p>
        </w:tc>
        <w:tc>
          <w:tcPr>
            <w:tcW w:type="dxa" w:w="5953"/>
          </w:tcPr>
          <w:p>
            <w:r>
              <w:rPr>
                <w:rFonts w:ascii="ＭＳ 明朝" w:hAnsi="ＭＳ 明朝"/>
                <w:sz w:val="19"/>
              </w:rPr>
              <w:t>ゴールド ／ ブルー ／ グリーン</w:t>
            </w:r>
          </w:p>
        </w:tc>
      </w:tr>
      <w:tr>
        <w:tc>
          <w:tcPr>
            <w:tcW w:type="dxa" w:w="3118"/>
          </w:tcPr>
          <w:p>
            <w:r>
              <w:rPr>
                <w:rFonts w:ascii="ＭＳ 明朝" w:hAnsi="ＭＳ 明朝"/>
                <w:b/>
                <w:sz w:val="19"/>
              </w:rPr>
              <w:t>有効期限</w:t>
            </w:r>
          </w:p>
        </w:tc>
        <w:tc>
          <w:tcPr>
            <w:tcW w:type="dxa" w:w="5953"/>
          </w:tcPr>
          <w:p>
            <w:r>
              <w:rPr>
                <w:rFonts w:ascii="ＭＳ 明朝" w:hAnsi="ＭＳ 明朝"/>
                <w:sz w:val="19"/>
              </w:rPr>
              <w:t xml:space="preserve">　　　　年　　月　　日まで</w:t>
            </w:r>
          </w:p>
        </w:tc>
      </w:tr>
    </w:tbl>
    <w:p/>
    <w:p>
      <w:r>
        <w:rPr>
          <w:rFonts w:ascii="游ゴシック" w:hAnsi="游ゴシック"/>
          <w:b/>
          <w:color w:val="1A3A6B"/>
          <w:sz w:val="24"/>
        </w:rPr>
        <w:t>■ 保険加入情報（必須）</w:t>
      </w:r>
    </w:p>
    <w:p>
      <w:r>
        <w:rPr>
          <w:rFonts w:ascii="ＭＳ 明朝" w:hAnsi="ＭＳ 明朝"/>
          <w:b w:val="0"/>
          <w:sz w:val="17"/>
        </w:rPr>
        <w:t>自動車損害賠償保障法第5条により、自賠責保険（共済）の締結は法律上の義務です。あわせて対人・対物賠償の任意保険加入状況を記入してください。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3402"/>
          </w:tcPr>
          <w:p>
            <w:r>
              <w:rPr>
                <w:rFonts w:ascii="ＭＳ 明朝" w:hAnsi="ＭＳ 明朝"/>
                <w:b/>
                <w:sz w:val="19"/>
              </w:rPr>
              <w:t>自賠責保険 証明書番号</w:t>
            </w:r>
          </w:p>
        </w:tc>
        <w:tc>
          <w:tcPr>
            <w:tcW w:type="dxa" w:w="5669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  <w:tr>
        <w:tc>
          <w:tcPr>
            <w:tcW w:type="dxa" w:w="3402"/>
          </w:tcPr>
          <w:p>
            <w:r>
              <w:rPr>
                <w:rFonts w:ascii="ＭＳ 明朝" w:hAnsi="ＭＳ 明朝"/>
                <w:b/>
                <w:sz w:val="19"/>
              </w:rPr>
              <w:t>自賠責保険 有効期限</w:t>
            </w:r>
          </w:p>
        </w:tc>
        <w:tc>
          <w:tcPr>
            <w:tcW w:type="dxa" w:w="5669"/>
          </w:tcPr>
          <w:p>
            <w:r>
              <w:rPr>
                <w:rFonts w:ascii="ＭＳ 明朝" w:hAnsi="ＭＳ 明朝"/>
                <w:sz w:val="19"/>
              </w:rPr>
              <w:t xml:space="preserve">　　　　年　　月　　日まで</w:t>
            </w:r>
          </w:p>
        </w:tc>
      </w:tr>
      <w:tr>
        <w:tc>
          <w:tcPr>
            <w:tcW w:type="dxa" w:w="3402"/>
          </w:tcPr>
          <w:p>
            <w:r>
              <w:rPr>
                <w:rFonts w:ascii="ＭＳ 明朝" w:hAnsi="ＭＳ 明朝"/>
                <w:b/>
                <w:sz w:val="19"/>
              </w:rPr>
              <w:t>任意保険 保険会社名</w:t>
            </w:r>
          </w:p>
        </w:tc>
        <w:tc>
          <w:tcPr>
            <w:tcW w:type="dxa" w:w="5669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  <w:tr>
        <w:tc>
          <w:tcPr>
            <w:tcW w:type="dxa" w:w="3402"/>
          </w:tcPr>
          <w:p>
            <w:r>
              <w:rPr>
                <w:rFonts w:ascii="ＭＳ 明朝" w:hAnsi="ＭＳ 明朝"/>
                <w:b/>
                <w:sz w:val="19"/>
              </w:rPr>
              <w:t>任意保険 証券番号</w:t>
            </w:r>
          </w:p>
        </w:tc>
        <w:tc>
          <w:tcPr>
            <w:tcW w:type="dxa" w:w="5669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  <w:tr>
        <w:tc>
          <w:tcPr>
            <w:tcW w:type="dxa" w:w="3402"/>
          </w:tcPr>
          <w:p>
            <w:r>
              <w:rPr>
                <w:rFonts w:ascii="ＭＳ 明朝" w:hAnsi="ＭＳ 明朝"/>
                <w:b/>
                <w:sz w:val="19"/>
              </w:rPr>
              <w:t>対人賠償　保険金額</w:t>
            </w:r>
          </w:p>
        </w:tc>
        <w:tc>
          <w:tcPr>
            <w:tcW w:type="dxa" w:w="5669"/>
          </w:tcPr>
          <w:p>
            <w:r>
              <w:rPr>
                <w:rFonts w:ascii="ＭＳ 明朝" w:hAnsi="ＭＳ 明朝"/>
                <w:sz w:val="19"/>
              </w:rPr>
              <w:t>無制限 ／ 　　　　　　円</w:t>
            </w:r>
          </w:p>
        </w:tc>
      </w:tr>
      <w:tr>
        <w:tc>
          <w:tcPr>
            <w:tcW w:type="dxa" w:w="3402"/>
          </w:tcPr>
          <w:p>
            <w:r>
              <w:rPr>
                <w:rFonts w:ascii="ＭＳ 明朝" w:hAnsi="ＭＳ 明朝"/>
                <w:b/>
                <w:sz w:val="19"/>
              </w:rPr>
              <w:t>対物賠償　保険金額</w:t>
            </w:r>
          </w:p>
        </w:tc>
        <w:tc>
          <w:tcPr>
            <w:tcW w:type="dxa" w:w="5669"/>
          </w:tcPr>
          <w:p>
            <w:r>
              <w:rPr>
                <w:rFonts w:ascii="ＭＳ 明朝" w:hAnsi="ＭＳ 明朝"/>
                <w:sz w:val="19"/>
              </w:rPr>
              <w:t>無制限 ／ 　　　　　　円</w:t>
            </w:r>
          </w:p>
        </w:tc>
      </w:tr>
      <w:tr>
        <w:tc>
          <w:tcPr>
            <w:tcW w:type="dxa" w:w="3402"/>
          </w:tcPr>
          <w:p>
            <w:r>
              <w:rPr>
                <w:rFonts w:ascii="ＭＳ 明朝" w:hAnsi="ＭＳ 明朝"/>
                <w:b/>
                <w:sz w:val="19"/>
              </w:rPr>
              <w:t>任意保険 保険期間</w:t>
            </w:r>
          </w:p>
        </w:tc>
        <w:tc>
          <w:tcPr>
            <w:tcW w:type="dxa" w:w="5669"/>
          </w:tcPr>
          <w:p>
            <w:r>
              <w:rPr>
                <w:rFonts w:ascii="ＭＳ 明朝" w:hAnsi="ＭＳ 明朝"/>
                <w:sz w:val="19"/>
              </w:rPr>
              <w:t xml:space="preserve">　　　　年　　月　　日 ～ 　　　　年　　月　　日</w:t>
            </w:r>
          </w:p>
        </w:tc>
      </w:tr>
      <w:tr>
        <w:tc>
          <w:tcPr>
            <w:tcW w:type="dxa" w:w="3402"/>
          </w:tcPr>
          <w:p>
            <w:r>
              <w:rPr>
                <w:rFonts w:ascii="ＭＳ 明朝" w:hAnsi="ＭＳ 明朝"/>
                <w:b/>
                <w:sz w:val="19"/>
              </w:rPr>
              <w:t>業務使用（役職・営業等）の有無</w:t>
            </w:r>
          </w:p>
        </w:tc>
        <w:tc>
          <w:tcPr>
            <w:tcW w:type="dxa" w:w="5669"/>
          </w:tcPr>
          <w:p>
            <w:r>
              <w:rPr>
                <w:rFonts w:ascii="ＭＳ 明朝" w:hAnsi="ＭＳ 明朝"/>
                <w:sz w:val="19"/>
              </w:rPr>
              <w:t>あり（別途「業務使用可」の担保確認が必要） ／ なし（通勤のみ）</w:t>
            </w:r>
          </w:p>
        </w:tc>
      </w:tr>
    </w:tbl>
    <w:p/>
    <w:p>
      <w:r>
        <w:rPr>
          <w:rFonts w:ascii="游ゴシック" w:hAnsi="游ゴシック"/>
          <w:b/>
          <w:color w:val="1A3A6B"/>
          <w:sz w:val="24"/>
        </w:rPr>
        <w:t>■ 誓約事項</w:t>
      </w:r>
    </w:p>
    <w:p>
      <w:r>
        <w:rPr>
          <w:rFonts w:ascii="ＭＳ 明朝" w:hAnsi="ＭＳ 明朝"/>
          <w:b w:val="0"/>
          <w:sz w:val="19"/>
        </w:rPr>
        <w:t>1. 会社に届け出た経路以外での通勤（大幅な迂回・私用への流用等）を行いません。</w:t>
      </w:r>
    </w:p>
    <w:p>
      <w:r>
        <w:rPr>
          <w:rFonts w:ascii="ＭＳ 明朝" w:hAnsi="ＭＳ 明朝"/>
          <w:b w:val="0"/>
          <w:sz w:val="19"/>
        </w:rPr>
        <w:t>2. 車検証・運転免許証・自賠責保険・任意保険を常に有効な状態に保ちます。更新時は速やかに会社へ写しを再提出します。</w:t>
      </w:r>
    </w:p>
    <w:p>
      <w:r>
        <w:rPr>
          <w:rFonts w:ascii="ＭＳ 明朝" w:hAnsi="ＭＳ 明朝"/>
          <w:b w:val="0"/>
          <w:sz w:val="19"/>
        </w:rPr>
        <w:t>3. 通勤途上で交通事故・交通違反を起こした場合は、直ちに所属長へ報告します。</w:t>
      </w:r>
    </w:p>
    <w:p>
      <w:r>
        <w:rPr>
          <w:rFonts w:ascii="ＭＳ 明朝" w:hAnsi="ＭＳ 明朝"/>
          <w:b w:val="0"/>
          <w:sz w:val="19"/>
        </w:rPr>
        <w:t>4. 飲酒運転・過労運転・スマートフォン等のながら運転を行いません。</w:t>
      </w:r>
    </w:p>
    <w:p>
      <w:r>
        <w:rPr>
          <w:rFonts w:ascii="ＭＳ 明朝" w:hAnsi="ＭＳ 明朝"/>
          <w:b w:val="0"/>
          <w:sz w:val="19"/>
        </w:rPr>
        <w:t>5. 会社が指定する駐車場所以外に無断駐車しません。</w:t>
      </w:r>
    </w:p>
    <w:p>
      <w:r>
        <w:rPr>
          <w:rFonts w:ascii="ＭＳ 明朝" w:hAnsi="ＭＳ 明朝"/>
          <w:b w:val="0"/>
          <w:sz w:val="19"/>
        </w:rPr>
        <w:t>6. 記載事項に虚偽があった場合、許可の取消しに応じます。</w:t>
      </w:r>
    </w:p>
    <w:p/>
    <w:p>
      <w:r>
        <w:rPr>
          <w:rFonts w:ascii="ＭＳ 明朝" w:hAnsi="ＭＳ 明朝"/>
          <w:b w:val="0"/>
          <w:sz w:val="20"/>
        </w:rPr>
        <w:t>上記のとおり相違ありません。</w:t>
      </w:r>
    </w:p>
    <w:p/>
    <w:p>
      <w:r>
        <w:rPr>
          <w:rFonts w:ascii="ＭＳ 明朝" w:hAnsi="ＭＳ 明朝"/>
          <w:b w:val="0"/>
          <w:sz w:val="21"/>
        </w:rPr>
        <w:t>申請者　署名：　　　　　　　　　　　　　　㊞</w:t>
      </w:r>
    </w:p>
    <w:p/>
    <w:p>
      <w:r>
        <w:rPr>
          <w:rFonts w:ascii="游ゴシック" w:hAnsi="游ゴシック"/>
          <w:b/>
          <w:color w:val="1A3A6B"/>
          <w:sz w:val="24"/>
        </w:rPr>
        <w:t>■ 許可欄（会社記入）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3118"/>
          </w:tcPr>
          <w:p>
            <w:r>
              <w:rPr>
                <w:rFonts w:ascii="ＭＳ 明朝" w:hAnsi="ＭＳ 明朝"/>
                <w:b/>
                <w:sz w:val="19"/>
              </w:rPr>
              <w:t>許可 ／ 不許可</w:t>
            </w:r>
          </w:p>
        </w:tc>
        <w:tc>
          <w:tcPr>
            <w:tcW w:type="dxa" w:w="5953"/>
          </w:tcPr>
          <w:p>
            <w:r>
              <w:rPr>
                <w:rFonts w:ascii="ＭＳ 明朝" w:hAnsi="ＭＳ 明朝"/>
                <w:sz w:val="19"/>
              </w:rPr>
              <w:t>許可 ／ 不許可（理由：　　　　　　　　　　　）</w:t>
            </w:r>
          </w:p>
        </w:tc>
      </w:tr>
      <w:tr>
        <w:tc>
          <w:tcPr>
            <w:tcW w:type="dxa" w:w="3118"/>
          </w:tcPr>
          <w:p>
            <w:r>
              <w:rPr>
                <w:rFonts w:ascii="ＭＳ 明朝" w:hAnsi="ＭＳ 明朝"/>
                <w:b/>
                <w:sz w:val="19"/>
              </w:rPr>
              <w:t>許可期間</w:t>
            </w:r>
          </w:p>
        </w:tc>
        <w:tc>
          <w:tcPr>
            <w:tcW w:type="dxa" w:w="5953"/>
          </w:tcPr>
          <w:p>
            <w:r>
              <w:rPr>
                <w:rFonts w:ascii="ＭＳ 明朝" w:hAnsi="ＭＳ 明朝"/>
                <w:sz w:val="19"/>
              </w:rPr>
              <w:t xml:space="preserve">　　　　年　　月　　日 ～ 　　　　年　　月　　日（原則1年更新）</w:t>
            </w:r>
          </w:p>
        </w:tc>
      </w:tr>
      <w:tr>
        <w:tc>
          <w:tcPr>
            <w:tcW w:type="dxa" w:w="3118"/>
          </w:tcPr>
          <w:p>
            <w:r>
              <w:rPr>
                <w:rFonts w:ascii="ＭＳ 明朝" w:hAnsi="ＭＳ 明朝"/>
                <w:b/>
                <w:sz w:val="19"/>
              </w:rPr>
              <w:t>所属長 承認</w:t>
            </w:r>
          </w:p>
        </w:tc>
        <w:tc>
          <w:tcPr>
            <w:tcW w:type="dxa" w:w="5953"/>
          </w:tcPr>
          <w:p>
            <w:r>
              <w:rPr>
                <w:rFonts w:ascii="ＭＳ 明朝" w:hAnsi="ＭＳ 明朝"/>
                <w:sz w:val="19"/>
              </w:rPr>
              <w:t xml:space="preserve">　　　　　　　　　　　　　　　　　　㊞</w:t>
            </w:r>
          </w:p>
        </w:tc>
      </w:tr>
      <w:tr>
        <w:tc>
          <w:tcPr>
            <w:tcW w:type="dxa" w:w="3118"/>
          </w:tcPr>
          <w:p>
            <w:r>
              <w:rPr>
                <w:rFonts w:ascii="ＭＳ 明朝" w:hAnsi="ＭＳ 明朝"/>
                <w:b/>
                <w:sz w:val="19"/>
              </w:rPr>
              <w:t>人事・総務担当 確認</w:t>
            </w:r>
          </w:p>
        </w:tc>
        <w:tc>
          <w:tcPr>
            <w:tcW w:type="dxa" w:w="5953"/>
          </w:tcPr>
          <w:p>
            <w:r>
              <w:rPr>
                <w:rFonts w:ascii="ＭＳ 明朝" w:hAnsi="ＭＳ 明朝"/>
                <w:sz w:val="19"/>
              </w:rPr>
              <w:t xml:space="preserve">　　　　　　　　　　　　　　　　　　㊞</w:t>
            </w:r>
          </w:p>
        </w:tc>
      </w:tr>
    </w:tbl>
    <w:p/>
    <w:p>
      <w:r>
        <w:rPr>
          <w:rFonts w:ascii="ＭＳ 明朝" w:hAnsi="ＭＳ 明朝"/>
          <w:b w:val="0"/>
          <w:color w:val="606060"/>
          <w:sz w:val="17"/>
        </w:rPr>
        <w:t>【法的根拠】自動車損害賠償保障法第5条（責任保険等の契約締結強制）／ 労働者災害補償保険法第7条（通勤災害の定義：住居と就業の場所との間の合理的な経路及び方法による往復）</w:t>
      </w:r>
    </w:p>
    <w:p>
      <w:r>
        <w:rPr>
          <w:rFonts w:ascii="ＭＳ 明朝" w:hAnsi="ＭＳ 明朝"/>
          <w:b w:val="0"/>
          <w:color w:val="606060"/>
          <w:sz w:val="17"/>
        </w:rPr>
        <w:t>出典: e-Gov法令検索 自動車損害賠償保障法 https://elaws.e-gov.go.jp/document?lawid=330AC0000000097 ／ 労働者災害補償保険法 https://elaws.e-gov.go.jp/document?lawid=322AC0000000050</w:t>
      </w:r>
    </w:p>
    <w:p>
      <w:r>
        <w:rPr>
          <w:rFonts w:ascii="ＭＳ 明朝" w:hAnsi="ＭＳ 明朝"/>
          <w:b w:val="0"/>
          <w:color w:val="606060"/>
          <w:sz w:val="17"/>
        </w:rPr>
        <w:t>本書は一般的な情報提供を目的とするテンプレートです。法的助言を構成するものではありません。</w:t>
      </w:r>
    </w:p>
    <w:p>
      <w:r>
        <w:rPr>
          <w:rFonts w:ascii="ＭＳ 明朝" w:hAnsi="ＭＳ 明朝"/>
          <w:b w:val="0"/>
          <w:color w:val="606060"/>
          <w:sz w:val="17"/>
        </w:rPr>
        <w:t>様式は事業者・自治体・警察署ごとに指定書式がある場合があります。提出前に必ず提出先へご確認ください。</w:t>
      </w:r>
    </w:p>
    <w:sectPr w:rsidR="00FC693F" w:rsidRPr="0006063C" w:rsidSect="00034616">
      <w:pgSz w:w="11906" w:h="16838"/>
      <w:pgMar w:top="1417" w:right="1134" w:bottom="141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