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喪中につき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年末年始のご挨拶を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ご遠慮申し上げます</w:t>
      </w:r>
    </w:p>
    <w:p>
      <w:pPr>
        <w:spacing w:before="0" w:after="0" w:line="187" w:lineRule="exact"/>
        <w:rPr>
          <w:sz w:val="8"/>
          <w:szCs w:val="8"/>
        </w:rPr>
      </w:pP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本年九月に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父　山田一郎が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八十五歳にて永眠いたしました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生前に賜りましたご厚情に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深く感謝申し上げます</w:t>
      </w:r>
    </w:p>
    <w:p>
      <w:pPr>
        <w:spacing w:before="0" w:after="0" w:line="187" w:lineRule="exact"/>
        <w:rPr>
          <w:sz w:val="8"/>
          <w:szCs w:val="8"/>
        </w:rPr>
      </w:pP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寒さに向かう折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皆様のご健勝を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お祈り申し上げます</w:t>
      </w:r>
    </w:p>
    <w:p>
      <w:pPr>
        <w:spacing w:before="0" w:after="0" w:line="187" w:lineRule="exact"/>
        <w:rPr>
          <w:sz w:val="8"/>
          <w:szCs w:val="8"/>
        </w:rPr>
      </w:pP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令和八年十一月</w:t>
      </w:r>
    </w:p>
    <w:p>
      <w:pPr>
        <w:pageBreakBefore/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喪中につき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年末年始のご挨拶を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ご遠慮申し上げます</w:t>
      </w:r>
    </w:p>
    <w:p>
      <w:pPr>
        <w:spacing w:before="0" w:after="0" w:line="187" w:lineRule="exact"/>
        <w:rPr>
          <w:sz w:val="8"/>
          <w:szCs w:val="8"/>
        </w:rPr>
      </w:pP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本年〇月に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（続柄）　〇〇　〇〇が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〇〇歳にて永眠いたしました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生前に賜りましたご厚情に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深く感謝申し上げます</w:t>
      </w:r>
    </w:p>
    <w:p>
      <w:pPr>
        <w:spacing w:before="0" w:after="0" w:line="187" w:lineRule="exact"/>
        <w:rPr>
          <w:sz w:val="8"/>
          <w:szCs w:val="8"/>
        </w:rPr>
      </w:pP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寒さに向かう折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皆様のご健勝を</w:t>
      </w: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お祈り申し上げます</w:t>
      </w:r>
    </w:p>
    <w:p>
      <w:pPr>
        <w:spacing w:before="0" w:after="0" w:line="187" w:lineRule="exact"/>
        <w:rPr>
          <w:sz w:val="8"/>
          <w:szCs w:val="8"/>
        </w:rPr>
      </w:pPr>
    </w:p>
    <w:p>
      <w:pPr>
        <w:spacing w:before="0" w:after="0" w:line="340" w:lineRule="exact"/>
      </w:pPr>
      <w:r>
        <w:rPr>
          <w:rFonts w:ascii="Yu Mincho" w:hAnsi="Yu Mincho" w:eastAsia="Yu Mincho"/>
          <w:b w:val="0"/>
          <w:i w:val="0"/>
          <w:color w:val="1A1A1A"/>
          <w:sz w:val="23"/>
        </w:rPr>
        <w:t>令和〇年十一月</w:t>
      </w:r>
    </w:p>
    <w:sectPr w:rsidR="00FC693F" w:rsidRPr="0006063C" w:rsidSect="00034616">
      <w:pgSz w:w="5669" w:h="8391"/>
      <w:pgMar w:top="737" w:right="454" w:bottom="737" w:left="454" w:header="170" w:footer="170" w:gutter="0"/>
      <w:cols w:space="720"/>
      <w:textDirection w:val="tbRl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