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0" w:after="60"/>
        <w:pBdr>
          <w:bottom w:val="double" w:sz="10" w:space="1" w:color="1B3A5C"/>
        </w:pBdr>
      </w:pPr>
      <w:r>
        <w:rPr>
          <w:rFonts w:ascii="Yu Mincho" w:hAnsi="Yu Mincho" w:eastAsia="Yu Mincho"/>
          <w:b/>
          <w:i w:val="0"/>
          <w:color w:val="1B3A5C"/>
          <w:sz w:val="36"/>
          <w:spacing w:val="36"/>
        </w:rPr>
        <w:t>喪中はがき 文例集（全27文例）</w:t>
      </w:r>
    </w:p>
    <w:p>
      <w:pPr>
        <w:spacing w:before="0" w:after="40" w:line="270" w:lineRule="exact"/>
      </w:pPr>
      <w:r>
        <w:rPr>
          <w:rFonts w:ascii="Yu Gothic" w:hAnsi="Yu Gothic" w:eastAsia="Yu Gothic"/>
          <w:b w:val="0"/>
          <w:i w:val="0"/>
          <w:color w:val="1A1A1A"/>
          <w:sz w:val="18"/>
        </w:rPr>
        <w:t>template-free.jp／喪中はがき文例集。はがきの文例は句読点を付けず、日付・年齢は漢数字で書いています。</w:t>
      </w:r>
    </w:p>
    <w:p>
      <w:pPr>
        <w:spacing w:before="0" w:after="40" w:line="270" w:lineRule="exact"/>
      </w:pPr>
      <w:r>
        <w:rPr>
          <w:rFonts w:ascii="Yu Gothic" w:hAnsi="Yu Gothic" w:eastAsia="Yu Gothic"/>
          <w:b w:val="0"/>
          <w:i w:val="0"/>
          <w:color w:val="1A1A1A"/>
          <w:sz w:val="18"/>
        </w:rPr>
        <w:t>文例21（取引先へのメール）だけ、通常の句読点を使っています。氏名・屋号・年月は架空の例です。ご自身の内容に打ち替えて使ってください。</w:t>
      </w:r>
    </w:p>
    <w:p>
      <w:pPr>
        <w:spacing w:before="0" w:after="40" w:line="270" w:lineRule="exact"/>
      </w:pPr>
      <w:r>
        <w:rPr>
          <w:rFonts w:ascii="Yu Gothic" w:hAnsi="Yu Gothic" w:eastAsia="Yu Gothic"/>
          <w:b w:val="0"/>
          <w:i w:val="0"/>
          <w:color w:val="1A1A1A"/>
          <w:sz w:val="18"/>
        </w:rPr>
        <w:t>ここは横書きの一覧です。はがきサイズの縦書きに打ち込むときは、別ファイル「mochu_hagaki_tategaki.docx」を使ってください。</w:t>
      </w:r>
    </w:p>
    <w:p>
      <w:pPr>
        <w:spacing w:before="0" w:after="0" w:line="113" w:lineRule="exact"/>
      </w:pPr>
    </w:p>
    <w:p>
      <w:pPr>
        <w:keepNext/>
        <w:spacing w:before="160" w:after="40"/>
      </w:pPr>
      <w:r>
        <w:rPr>
          <w:rFonts w:ascii="Yu Gothic" w:hAnsi="Yu Gothic" w:eastAsia="Yu Gothic"/>
          <w:b/>
          <w:i w:val="0"/>
          <w:color w:val="1B3A5C"/>
          <w:sz w:val="21"/>
        </w:rPr>
        <w:t>文例1　父</w:t>
      </w:r>
    </w:p>
    <w:tbl>
      <w:tblPr>
        <w:tblW w:type="dxa" w:w="9865"/>
        <w:tblInd w:w="227" w:type="dxa"/>
        <w:tblBorders>
          <w:top w:val="nil"/>
          <w:left w:val="nil"/>
          <w:bottom w:val="nil"/>
          <w:right w:val="nil"/>
          <w:insideH w:val="nil"/>
          <w:insideV w:val="nil"/>
        </w:tblBorders>
        <w:tblLayout w:type="fixed"/>
      </w:tblPr>
      <w:tblGrid>
        <w:gridCol w:w="9865"/>
      </w:tblGrid>
      <w:tr>
        <w:trPr>
          <w:cantSplit/>
        </w:trPr>
        <w:tc>
          <w:tcPr>
            <w:tcW w:type="dxa" w:w="9865"/>
            <w:tcMar>
              <w:top w:w="113" w:type="dxa"/>
              <w:bottom w:w="113" w:type="dxa"/>
              <w:left w:w="227" w:type="dxa"/>
              <w:right w:w="227" w:type="dxa"/>
            </w:tcMar>
            <w:shd w:val="clear" w:color="auto" w:fill="FFFFFF"/>
            <w:tcBorders>
              <w:top w:val="single" w:sz="3" w:space="0" w:color="B9C4CF"/>
              <w:bottom w:val="single" w:sz="3" w:space="0" w:color="B9C4CF"/>
              <w:left w:val="single" w:sz="10" w:space="0" w:color="1B3A5C"/>
              <w:right w:val="single" w:sz="3" w:space="0" w:color="B9C4CF"/>
            </w:tcBorders>
          </w:tcPr>
          <w:p>
            <w:pPr>
              <w:spacing w:before="0" w:after="0" w:line="290" w:lineRule="exact"/>
            </w:pPr>
            <w:r>
              <w:rPr>
                <w:rFonts w:ascii="Yu Mincho" w:hAnsi="Yu Mincho" w:eastAsia="Yu Mincho"/>
                <w:b w:val="0"/>
                <w:i w:val="0"/>
                <w:color w:val="1A1A1A"/>
                <w:sz w:val="21"/>
              </w:rPr>
              <w:t>喪中につき</w:t>
            </w:r>
          </w:p>
          <w:p>
            <w:pPr>
              <w:spacing w:before="0" w:after="0" w:line="290" w:lineRule="exact"/>
            </w:pPr>
            <w:r>
              <w:rPr>
                <w:rFonts w:ascii="Yu Mincho" w:hAnsi="Yu Mincho" w:eastAsia="Yu Mincho"/>
                <w:b w:val="0"/>
                <w:i w:val="0"/>
                <w:color w:val="1A1A1A"/>
                <w:sz w:val="21"/>
              </w:rPr>
              <w:t>年末年始のご挨拶を</w:t>
            </w:r>
          </w:p>
          <w:p>
            <w:pPr>
              <w:spacing w:before="0" w:after="0" w:line="290" w:lineRule="exact"/>
            </w:pPr>
            <w:r>
              <w:rPr>
                <w:rFonts w:ascii="Yu Mincho" w:hAnsi="Yu Mincho" w:eastAsia="Yu Mincho"/>
                <w:b w:val="0"/>
                <w:i w:val="0"/>
                <w:color w:val="1A1A1A"/>
                <w:sz w:val="21"/>
              </w:rPr>
              <w:t>ご遠慮申し上げます</w:t>
            </w:r>
          </w:p>
          <w:p>
            <w:pPr>
              <w:spacing w:before="0" w:after="0" w:line="140" w:lineRule="exact"/>
              <w:rPr>
                <w:sz w:val="10"/>
                <w:szCs w:val="10"/>
              </w:rPr>
            </w:pPr>
          </w:p>
          <w:p>
            <w:pPr>
              <w:spacing w:before="0" w:after="0" w:line="290" w:lineRule="exact"/>
            </w:pPr>
            <w:r>
              <w:rPr>
                <w:rFonts w:ascii="Yu Mincho" w:hAnsi="Yu Mincho" w:eastAsia="Yu Mincho"/>
                <w:b w:val="0"/>
                <w:i w:val="0"/>
                <w:color w:val="1A1A1A"/>
                <w:sz w:val="21"/>
              </w:rPr>
              <w:t>本年九月に</w:t>
            </w:r>
          </w:p>
          <w:p>
            <w:pPr>
              <w:spacing w:before="0" w:after="0" w:line="290" w:lineRule="exact"/>
            </w:pPr>
            <w:r>
              <w:rPr>
                <w:rFonts w:ascii="Yu Mincho" w:hAnsi="Yu Mincho" w:eastAsia="Yu Mincho"/>
                <w:b w:val="0"/>
                <w:i w:val="0"/>
                <w:color w:val="1A1A1A"/>
                <w:sz w:val="21"/>
              </w:rPr>
              <w:t>父　山田一郎が</w:t>
            </w:r>
          </w:p>
          <w:p>
            <w:pPr>
              <w:spacing w:before="0" w:after="0" w:line="290" w:lineRule="exact"/>
            </w:pPr>
            <w:r>
              <w:rPr>
                <w:rFonts w:ascii="Yu Mincho" w:hAnsi="Yu Mincho" w:eastAsia="Yu Mincho"/>
                <w:b w:val="0"/>
                <w:i w:val="0"/>
                <w:color w:val="1A1A1A"/>
                <w:sz w:val="21"/>
              </w:rPr>
              <w:t>八十五歳にて永眠いたしました</w:t>
            </w:r>
          </w:p>
          <w:p>
            <w:pPr>
              <w:spacing w:before="0" w:after="0" w:line="290" w:lineRule="exact"/>
            </w:pPr>
            <w:r>
              <w:rPr>
                <w:rFonts w:ascii="Yu Mincho" w:hAnsi="Yu Mincho" w:eastAsia="Yu Mincho"/>
                <w:b w:val="0"/>
                <w:i w:val="0"/>
                <w:color w:val="1A1A1A"/>
                <w:sz w:val="21"/>
              </w:rPr>
              <w:t>生前に賜りましたご厚情に</w:t>
            </w:r>
          </w:p>
          <w:p>
            <w:pPr>
              <w:spacing w:before="0" w:after="0" w:line="290" w:lineRule="exact"/>
            </w:pPr>
            <w:r>
              <w:rPr>
                <w:rFonts w:ascii="Yu Mincho" w:hAnsi="Yu Mincho" w:eastAsia="Yu Mincho"/>
                <w:b w:val="0"/>
                <w:i w:val="0"/>
                <w:color w:val="1A1A1A"/>
                <w:sz w:val="21"/>
              </w:rPr>
              <w:t>深く感謝申し上げます</w:t>
            </w:r>
          </w:p>
          <w:p>
            <w:pPr>
              <w:spacing w:before="0" w:after="0" w:line="140" w:lineRule="exact"/>
              <w:rPr>
                <w:sz w:val="10"/>
                <w:szCs w:val="10"/>
              </w:rPr>
            </w:pPr>
          </w:p>
          <w:p>
            <w:pPr>
              <w:spacing w:before="0" w:after="0" w:line="290" w:lineRule="exact"/>
            </w:pPr>
            <w:r>
              <w:rPr>
                <w:rFonts w:ascii="Yu Mincho" w:hAnsi="Yu Mincho" w:eastAsia="Yu Mincho"/>
                <w:b w:val="0"/>
                <w:i w:val="0"/>
                <w:color w:val="1A1A1A"/>
                <w:sz w:val="21"/>
              </w:rPr>
              <w:t>寒さに向かう折</w:t>
            </w:r>
          </w:p>
          <w:p>
            <w:pPr>
              <w:spacing w:before="0" w:after="0" w:line="290" w:lineRule="exact"/>
            </w:pPr>
            <w:r>
              <w:rPr>
                <w:rFonts w:ascii="Yu Mincho" w:hAnsi="Yu Mincho" w:eastAsia="Yu Mincho"/>
                <w:b w:val="0"/>
                <w:i w:val="0"/>
                <w:color w:val="1A1A1A"/>
                <w:sz w:val="21"/>
              </w:rPr>
              <w:t>皆様のご健勝を</w:t>
            </w:r>
          </w:p>
          <w:p>
            <w:pPr>
              <w:spacing w:before="0" w:after="0" w:line="290" w:lineRule="exact"/>
            </w:pPr>
            <w:r>
              <w:rPr>
                <w:rFonts w:ascii="Yu Mincho" w:hAnsi="Yu Mincho" w:eastAsia="Yu Mincho"/>
                <w:b w:val="0"/>
                <w:i w:val="0"/>
                <w:color w:val="1A1A1A"/>
                <w:sz w:val="21"/>
              </w:rPr>
              <w:t>お祈り申し上げます</w:t>
            </w:r>
          </w:p>
          <w:p>
            <w:pPr>
              <w:spacing w:before="0" w:after="0" w:line="140" w:lineRule="exact"/>
              <w:rPr>
                <w:sz w:val="10"/>
                <w:szCs w:val="10"/>
              </w:rPr>
            </w:pPr>
          </w:p>
          <w:p>
            <w:pPr>
              <w:spacing w:before="0" w:after="0" w:line="290" w:lineRule="exact"/>
            </w:pPr>
            <w:r>
              <w:rPr>
                <w:rFonts w:ascii="Yu Mincho" w:hAnsi="Yu Mincho" w:eastAsia="Yu Mincho"/>
                <w:b w:val="0"/>
                <w:i w:val="0"/>
                <w:color w:val="1A1A1A"/>
                <w:sz w:val="21"/>
              </w:rPr>
              <w:t>令和八年十一月</w:t>
            </w:r>
          </w:p>
        </w:tc>
      </w:tr>
    </w:tbl>
    <w:p>
      <w:pPr>
        <w:keepNext/>
        <w:spacing w:before="160" w:after="40"/>
      </w:pPr>
      <w:r>
        <w:rPr>
          <w:rFonts w:ascii="Yu Gothic" w:hAnsi="Yu Gothic" w:eastAsia="Yu Gothic"/>
          <w:b/>
          <w:i w:val="0"/>
          <w:color w:val="1B3A5C"/>
          <w:sz w:val="21"/>
        </w:rPr>
        <w:t>文例2　母</w:t>
      </w:r>
    </w:p>
    <w:tbl>
      <w:tblPr>
        <w:tblW w:type="dxa" w:w="9865"/>
        <w:tblInd w:w="227" w:type="dxa"/>
        <w:tblBorders>
          <w:top w:val="nil"/>
          <w:left w:val="nil"/>
          <w:bottom w:val="nil"/>
          <w:right w:val="nil"/>
          <w:insideH w:val="nil"/>
          <w:insideV w:val="nil"/>
        </w:tblBorders>
        <w:tblLayout w:type="fixed"/>
      </w:tblPr>
      <w:tblGrid>
        <w:gridCol w:w="9865"/>
      </w:tblGrid>
      <w:tr>
        <w:trPr>
          <w:cantSplit/>
        </w:trPr>
        <w:tc>
          <w:tcPr>
            <w:tcW w:type="dxa" w:w="9865"/>
            <w:tcMar>
              <w:top w:w="113" w:type="dxa"/>
              <w:bottom w:w="113" w:type="dxa"/>
              <w:left w:w="227" w:type="dxa"/>
              <w:right w:w="227" w:type="dxa"/>
            </w:tcMar>
            <w:shd w:val="clear" w:color="auto" w:fill="FFFFFF"/>
            <w:tcBorders>
              <w:top w:val="single" w:sz="3" w:space="0" w:color="B9C4CF"/>
              <w:bottom w:val="single" w:sz="3" w:space="0" w:color="B9C4CF"/>
              <w:left w:val="single" w:sz="10" w:space="0" w:color="1B3A5C"/>
              <w:right w:val="single" w:sz="3" w:space="0" w:color="B9C4CF"/>
            </w:tcBorders>
          </w:tcPr>
          <w:p>
            <w:pPr>
              <w:spacing w:before="0" w:after="0" w:line="290" w:lineRule="exact"/>
            </w:pPr>
            <w:r>
              <w:rPr>
                <w:rFonts w:ascii="Yu Mincho" w:hAnsi="Yu Mincho" w:eastAsia="Yu Mincho"/>
                <w:b w:val="0"/>
                <w:i w:val="0"/>
                <w:color w:val="1A1A1A"/>
                <w:sz w:val="21"/>
              </w:rPr>
              <w:t>喪中につき</w:t>
            </w:r>
          </w:p>
          <w:p>
            <w:pPr>
              <w:spacing w:before="0" w:after="0" w:line="290" w:lineRule="exact"/>
            </w:pPr>
            <w:r>
              <w:rPr>
                <w:rFonts w:ascii="Yu Mincho" w:hAnsi="Yu Mincho" w:eastAsia="Yu Mincho"/>
                <w:b w:val="0"/>
                <w:i w:val="0"/>
                <w:color w:val="1A1A1A"/>
                <w:sz w:val="21"/>
              </w:rPr>
              <w:t>年末年始のご挨拶を</w:t>
            </w:r>
          </w:p>
          <w:p>
            <w:pPr>
              <w:spacing w:before="0" w:after="0" w:line="290" w:lineRule="exact"/>
            </w:pPr>
            <w:r>
              <w:rPr>
                <w:rFonts w:ascii="Yu Mincho" w:hAnsi="Yu Mincho" w:eastAsia="Yu Mincho"/>
                <w:b w:val="0"/>
                <w:i w:val="0"/>
                <w:color w:val="1A1A1A"/>
                <w:sz w:val="21"/>
              </w:rPr>
              <w:t>ご遠慮申し上げます</w:t>
            </w:r>
          </w:p>
          <w:p>
            <w:pPr>
              <w:spacing w:before="0" w:after="0" w:line="140" w:lineRule="exact"/>
              <w:rPr>
                <w:sz w:val="10"/>
                <w:szCs w:val="10"/>
              </w:rPr>
            </w:pPr>
          </w:p>
          <w:p>
            <w:pPr>
              <w:spacing w:before="0" w:after="0" w:line="290" w:lineRule="exact"/>
            </w:pPr>
            <w:r>
              <w:rPr>
                <w:rFonts w:ascii="Yu Mincho" w:hAnsi="Yu Mincho" w:eastAsia="Yu Mincho"/>
                <w:b w:val="0"/>
                <w:i w:val="0"/>
                <w:color w:val="1A1A1A"/>
                <w:sz w:val="21"/>
              </w:rPr>
              <w:t>本年七月に</w:t>
            </w:r>
          </w:p>
          <w:p>
            <w:pPr>
              <w:spacing w:before="0" w:after="0" w:line="290" w:lineRule="exact"/>
            </w:pPr>
            <w:r>
              <w:rPr>
                <w:rFonts w:ascii="Yu Mincho" w:hAnsi="Yu Mincho" w:eastAsia="Yu Mincho"/>
                <w:b w:val="0"/>
                <w:i w:val="0"/>
                <w:color w:val="1A1A1A"/>
                <w:sz w:val="21"/>
              </w:rPr>
              <w:t>母　山田花子が</w:t>
            </w:r>
          </w:p>
          <w:p>
            <w:pPr>
              <w:spacing w:before="0" w:after="0" w:line="290" w:lineRule="exact"/>
            </w:pPr>
            <w:r>
              <w:rPr>
                <w:rFonts w:ascii="Yu Mincho" w:hAnsi="Yu Mincho" w:eastAsia="Yu Mincho"/>
                <w:b w:val="0"/>
                <w:i w:val="0"/>
                <w:color w:val="1A1A1A"/>
                <w:sz w:val="21"/>
              </w:rPr>
              <w:t>八十二歳にて永眠いたしました</w:t>
            </w:r>
          </w:p>
          <w:p>
            <w:pPr>
              <w:spacing w:before="0" w:after="0" w:line="290" w:lineRule="exact"/>
            </w:pPr>
            <w:r>
              <w:rPr>
                <w:rFonts w:ascii="Yu Mincho" w:hAnsi="Yu Mincho" w:eastAsia="Yu Mincho"/>
                <w:b w:val="0"/>
                <w:i w:val="0"/>
                <w:color w:val="1A1A1A"/>
                <w:sz w:val="21"/>
              </w:rPr>
              <w:t>生前に賜りましたご厚情に</w:t>
            </w:r>
          </w:p>
          <w:p>
            <w:pPr>
              <w:spacing w:before="0" w:after="0" w:line="290" w:lineRule="exact"/>
            </w:pPr>
            <w:r>
              <w:rPr>
                <w:rFonts w:ascii="Yu Mincho" w:hAnsi="Yu Mincho" w:eastAsia="Yu Mincho"/>
                <w:b w:val="0"/>
                <w:i w:val="0"/>
                <w:color w:val="1A1A1A"/>
                <w:sz w:val="21"/>
              </w:rPr>
              <w:t>厚く御礼申し上げます</w:t>
            </w:r>
          </w:p>
          <w:p>
            <w:pPr>
              <w:spacing w:before="0" w:after="0" w:line="140" w:lineRule="exact"/>
              <w:rPr>
                <w:sz w:val="10"/>
                <w:szCs w:val="10"/>
              </w:rPr>
            </w:pPr>
          </w:p>
          <w:p>
            <w:pPr>
              <w:spacing w:before="0" w:after="0" w:line="290" w:lineRule="exact"/>
            </w:pPr>
            <w:r>
              <w:rPr>
                <w:rFonts w:ascii="Yu Mincho" w:hAnsi="Yu Mincho" w:eastAsia="Yu Mincho"/>
                <w:b w:val="0"/>
                <w:i w:val="0"/>
                <w:color w:val="1A1A1A"/>
                <w:sz w:val="21"/>
              </w:rPr>
              <w:t>皆様が健やかな新年を</w:t>
            </w:r>
          </w:p>
          <w:p>
            <w:pPr>
              <w:spacing w:before="0" w:after="0" w:line="290" w:lineRule="exact"/>
            </w:pPr>
            <w:r>
              <w:rPr>
                <w:rFonts w:ascii="Yu Mincho" w:hAnsi="Yu Mincho" w:eastAsia="Yu Mincho"/>
                <w:b w:val="0"/>
                <w:i w:val="0"/>
                <w:color w:val="1A1A1A"/>
                <w:sz w:val="21"/>
              </w:rPr>
              <w:t>お迎えになりますよう</w:t>
            </w:r>
          </w:p>
          <w:p>
            <w:pPr>
              <w:spacing w:before="0" w:after="0" w:line="290" w:lineRule="exact"/>
            </w:pPr>
            <w:r>
              <w:rPr>
                <w:rFonts w:ascii="Yu Mincho" w:hAnsi="Yu Mincho" w:eastAsia="Yu Mincho"/>
                <w:b w:val="0"/>
                <w:i w:val="0"/>
                <w:color w:val="1A1A1A"/>
                <w:sz w:val="21"/>
              </w:rPr>
              <w:t>お祈り申し上げます</w:t>
            </w:r>
          </w:p>
          <w:p>
            <w:pPr>
              <w:spacing w:before="0" w:after="0" w:line="140" w:lineRule="exact"/>
              <w:rPr>
                <w:sz w:val="10"/>
                <w:szCs w:val="10"/>
              </w:rPr>
            </w:pPr>
          </w:p>
          <w:p>
            <w:pPr>
              <w:spacing w:before="0" w:after="0" w:line="290" w:lineRule="exact"/>
            </w:pPr>
            <w:r>
              <w:rPr>
                <w:rFonts w:ascii="Yu Mincho" w:hAnsi="Yu Mincho" w:eastAsia="Yu Mincho"/>
                <w:b w:val="0"/>
                <w:i w:val="0"/>
                <w:color w:val="1A1A1A"/>
                <w:sz w:val="21"/>
              </w:rPr>
              <w:t>令和八年十一月</w:t>
            </w:r>
          </w:p>
        </w:tc>
      </w:tr>
    </w:tbl>
    <w:p>
      <w:pPr>
        <w:keepNext/>
        <w:spacing w:before="160" w:after="40"/>
      </w:pPr>
      <w:r>
        <w:rPr>
          <w:rFonts w:ascii="Yu Gothic" w:hAnsi="Yu Gothic" w:eastAsia="Yu Gothic"/>
          <w:b/>
          <w:i w:val="0"/>
          <w:color w:val="1B3A5C"/>
          <w:sz w:val="21"/>
        </w:rPr>
        <w:t>文例3　祖父</w:t>
      </w:r>
    </w:p>
    <w:tbl>
      <w:tblPr>
        <w:tblW w:type="dxa" w:w="9865"/>
        <w:tblInd w:w="227" w:type="dxa"/>
        <w:tblBorders>
          <w:top w:val="nil"/>
          <w:left w:val="nil"/>
          <w:bottom w:val="nil"/>
          <w:right w:val="nil"/>
          <w:insideH w:val="nil"/>
          <w:insideV w:val="nil"/>
        </w:tblBorders>
        <w:tblLayout w:type="fixed"/>
      </w:tblPr>
      <w:tblGrid>
        <w:gridCol w:w="9865"/>
      </w:tblGrid>
      <w:tr>
        <w:trPr>
          <w:cantSplit/>
        </w:trPr>
        <w:tc>
          <w:tcPr>
            <w:tcW w:type="dxa" w:w="9865"/>
            <w:tcMar>
              <w:top w:w="113" w:type="dxa"/>
              <w:bottom w:w="113" w:type="dxa"/>
              <w:left w:w="227" w:type="dxa"/>
              <w:right w:w="227" w:type="dxa"/>
            </w:tcMar>
            <w:shd w:val="clear" w:color="auto" w:fill="FFFFFF"/>
            <w:tcBorders>
              <w:top w:val="single" w:sz="3" w:space="0" w:color="B9C4CF"/>
              <w:bottom w:val="single" w:sz="3" w:space="0" w:color="B9C4CF"/>
              <w:left w:val="single" w:sz="10" w:space="0" w:color="1B3A5C"/>
              <w:right w:val="single" w:sz="3" w:space="0" w:color="B9C4CF"/>
            </w:tcBorders>
          </w:tcPr>
          <w:p>
            <w:pPr>
              <w:spacing w:before="0" w:after="0" w:line="290" w:lineRule="exact"/>
            </w:pPr>
            <w:r>
              <w:rPr>
                <w:rFonts w:ascii="Yu Mincho" w:hAnsi="Yu Mincho" w:eastAsia="Yu Mincho"/>
                <w:b w:val="0"/>
                <w:i w:val="0"/>
                <w:color w:val="1A1A1A"/>
                <w:sz w:val="21"/>
              </w:rPr>
              <w:t>喪中につき</w:t>
            </w:r>
          </w:p>
          <w:p>
            <w:pPr>
              <w:spacing w:before="0" w:after="0" w:line="290" w:lineRule="exact"/>
            </w:pPr>
            <w:r>
              <w:rPr>
                <w:rFonts w:ascii="Yu Mincho" w:hAnsi="Yu Mincho" w:eastAsia="Yu Mincho"/>
                <w:b w:val="0"/>
                <w:i w:val="0"/>
                <w:color w:val="1A1A1A"/>
                <w:sz w:val="21"/>
              </w:rPr>
              <w:t>年頭のご挨拶を</w:t>
            </w:r>
          </w:p>
          <w:p>
            <w:pPr>
              <w:spacing w:before="0" w:after="0" w:line="290" w:lineRule="exact"/>
            </w:pPr>
            <w:r>
              <w:rPr>
                <w:rFonts w:ascii="Yu Mincho" w:hAnsi="Yu Mincho" w:eastAsia="Yu Mincho"/>
                <w:b w:val="0"/>
                <w:i w:val="0"/>
                <w:color w:val="1A1A1A"/>
                <w:sz w:val="21"/>
              </w:rPr>
              <w:t>失礼させていただきます</w:t>
            </w:r>
          </w:p>
          <w:p>
            <w:pPr>
              <w:spacing w:before="0" w:after="0" w:line="140" w:lineRule="exact"/>
              <w:rPr>
                <w:sz w:val="10"/>
                <w:szCs w:val="10"/>
              </w:rPr>
            </w:pPr>
          </w:p>
          <w:p>
            <w:pPr>
              <w:spacing w:before="0" w:after="0" w:line="290" w:lineRule="exact"/>
            </w:pPr>
            <w:r>
              <w:rPr>
                <w:rFonts w:ascii="Yu Mincho" w:hAnsi="Yu Mincho" w:eastAsia="Yu Mincho"/>
                <w:b w:val="0"/>
                <w:i w:val="0"/>
                <w:color w:val="1A1A1A"/>
                <w:sz w:val="21"/>
              </w:rPr>
              <w:t>本年六月に</w:t>
            </w:r>
          </w:p>
          <w:p>
            <w:pPr>
              <w:spacing w:before="0" w:after="0" w:line="290" w:lineRule="exact"/>
            </w:pPr>
            <w:r>
              <w:rPr>
                <w:rFonts w:ascii="Yu Mincho" w:hAnsi="Yu Mincho" w:eastAsia="Yu Mincho"/>
                <w:b w:val="0"/>
                <w:i w:val="0"/>
                <w:color w:val="1A1A1A"/>
                <w:sz w:val="21"/>
              </w:rPr>
              <w:t>祖父　山田太郎が</w:t>
            </w:r>
          </w:p>
          <w:p>
            <w:pPr>
              <w:spacing w:before="0" w:after="0" w:line="290" w:lineRule="exact"/>
            </w:pPr>
            <w:r>
              <w:rPr>
                <w:rFonts w:ascii="Yu Mincho" w:hAnsi="Yu Mincho" w:eastAsia="Yu Mincho"/>
                <w:b w:val="0"/>
                <w:i w:val="0"/>
                <w:color w:val="1A1A1A"/>
                <w:sz w:val="21"/>
              </w:rPr>
              <w:t>九十四歳にて永眠いたしました</w:t>
            </w:r>
          </w:p>
          <w:p>
            <w:pPr>
              <w:spacing w:before="0" w:after="0" w:line="290" w:lineRule="exact"/>
            </w:pPr>
            <w:r>
              <w:rPr>
                <w:rFonts w:ascii="Yu Mincho" w:hAnsi="Yu Mincho" w:eastAsia="Yu Mincho"/>
                <w:b w:val="0"/>
                <w:i w:val="0"/>
                <w:color w:val="1A1A1A"/>
                <w:sz w:val="21"/>
              </w:rPr>
              <w:t>ここに生前のご厚誼を深謝し</w:t>
            </w:r>
          </w:p>
          <w:p>
            <w:pPr>
              <w:spacing w:before="0" w:after="0" w:line="290" w:lineRule="exact"/>
            </w:pPr>
            <w:r>
              <w:rPr>
                <w:rFonts w:ascii="Yu Mincho" w:hAnsi="Yu Mincho" w:eastAsia="Yu Mincho"/>
                <w:b w:val="0"/>
                <w:i w:val="0"/>
                <w:color w:val="1A1A1A"/>
                <w:sz w:val="21"/>
              </w:rPr>
              <w:t>謹んでお知らせ申し上げます</w:t>
            </w:r>
          </w:p>
          <w:p>
            <w:pPr>
              <w:spacing w:before="0" w:after="0" w:line="140" w:lineRule="exact"/>
              <w:rPr>
                <w:sz w:val="10"/>
                <w:szCs w:val="10"/>
              </w:rPr>
            </w:pPr>
          </w:p>
          <w:p>
            <w:pPr>
              <w:spacing w:before="0" w:after="0" w:line="290" w:lineRule="exact"/>
            </w:pPr>
            <w:r>
              <w:rPr>
                <w:rFonts w:ascii="Yu Mincho" w:hAnsi="Yu Mincho" w:eastAsia="Yu Mincho"/>
                <w:b w:val="0"/>
                <w:i w:val="0"/>
                <w:color w:val="1A1A1A"/>
                <w:sz w:val="21"/>
              </w:rPr>
              <w:t>皆様のご多幸を</w:t>
            </w:r>
          </w:p>
          <w:p>
            <w:pPr>
              <w:spacing w:before="0" w:after="0" w:line="290" w:lineRule="exact"/>
            </w:pPr>
            <w:r>
              <w:rPr>
                <w:rFonts w:ascii="Yu Mincho" w:hAnsi="Yu Mincho" w:eastAsia="Yu Mincho"/>
                <w:b w:val="0"/>
                <w:i w:val="0"/>
                <w:color w:val="1A1A1A"/>
                <w:sz w:val="21"/>
              </w:rPr>
              <w:t>お祈り申し上げます</w:t>
            </w:r>
          </w:p>
          <w:p>
            <w:pPr>
              <w:spacing w:before="0" w:after="0" w:line="140" w:lineRule="exact"/>
              <w:rPr>
                <w:sz w:val="10"/>
                <w:szCs w:val="10"/>
              </w:rPr>
            </w:pPr>
          </w:p>
          <w:p>
            <w:pPr>
              <w:spacing w:before="0" w:after="0" w:line="290" w:lineRule="exact"/>
            </w:pPr>
            <w:r>
              <w:rPr>
                <w:rFonts w:ascii="Yu Mincho" w:hAnsi="Yu Mincho" w:eastAsia="Yu Mincho"/>
                <w:b w:val="0"/>
                <w:i w:val="0"/>
                <w:color w:val="1A1A1A"/>
                <w:sz w:val="21"/>
              </w:rPr>
              <w:t>令和八年十一月</w:t>
            </w:r>
          </w:p>
        </w:tc>
      </w:tr>
    </w:tbl>
    <w:p>
      <w:pPr>
        <w:keepNext/>
        <w:spacing w:before="160" w:after="40"/>
      </w:pPr>
      <w:r>
        <w:rPr>
          <w:rFonts w:ascii="Yu Gothic" w:hAnsi="Yu Gothic" w:eastAsia="Yu Gothic"/>
          <w:b/>
          <w:i w:val="0"/>
          <w:color w:val="1B3A5C"/>
          <w:sz w:val="21"/>
        </w:rPr>
        <w:t>文例4　祖母</w:t>
      </w:r>
    </w:p>
    <w:tbl>
      <w:tblPr>
        <w:tblW w:type="dxa" w:w="9865"/>
        <w:tblInd w:w="227" w:type="dxa"/>
        <w:tblBorders>
          <w:top w:val="nil"/>
          <w:left w:val="nil"/>
          <w:bottom w:val="nil"/>
          <w:right w:val="nil"/>
          <w:insideH w:val="nil"/>
          <w:insideV w:val="nil"/>
        </w:tblBorders>
        <w:tblLayout w:type="fixed"/>
      </w:tblPr>
      <w:tblGrid>
        <w:gridCol w:w="9865"/>
      </w:tblGrid>
      <w:tr>
        <w:trPr>
          <w:cantSplit/>
        </w:trPr>
        <w:tc>
          <w:tcPr>
            <w:tcW w:type="dxa" w:w="9865"/>
            <w:tcMar>
              <w:top w:w="113" w:type="dxa"/>
              <w:bottom w:w="113" w:type="dxa"/>
              <w:left w:w="227" w:type="dxa"/>
              <w:right w:w="227" w:type="dxa"/>
            </w:tcMar>
            <w:shd w:val="clear" w:color="auto" w:fill="FFFFFF"/>
            <w:tcBorders>
              <w:top w:val="single" w:sz="3" w:space="0" w:color="B9C4CF"/>
              <w:bottom w:val="single" w:sz="3" w:space="0" w:color="B9C4CF"/>
              <w:left w:val="single" w:sz="10" w:space="0" w:color="1B3A5C"/>
              <w:right w:val="single" w:sz="3" w:space="0" w:color="B9C4CF"/>
            </w:tcBorders>
          </w:tcPr>
          <w:p>
            <w:pPr>
              <w:spacing w:before="0" w:after="0" w:line="290" w:lineRule="exact"/>
            </w:pPr>
            <w:r>
              <w:rPr>
                <w:rFonts w:ascii="Yu Mincho" w:hAnsi="Yu Mincho" w:eastAsia="Yu Mincho"/>
                <w:b w:val="0"/>
                <w:i w:val="0"/>
                <w:color w:val="1A1A1A"/>
                <w:sz w:val="21"/>
              </w:rPr>
              <w:t>喪中につき</w:t>
            </w:r>
          </w:p>
          <w:p>
            <w:pPr>
              <w:spacing w:before="0" w:after="0" w:line="290" w:lineRule="exact"/>
            </w:pPr>
            <w:r>
              <w:rPr>
                <w:rFonts w:ascii="Yu Mincho" w:hAnsi="Yu Mincho" w:eastAsia="Yu Mincho"/>
                <w:b w:val="0"/>
                <w:i w:val="0"/>
                <w:color w:val="1A1A1A"/>
                <w:sz w:val="21"/>
              </w:rPr>
              <w:t>年末年始のご挨拶を</w:t>
            </w:r>
          </w:p>
          <w:p>
            <w:pPr>
              <w:spacing w:before="0" w:after="0" w:line="290" w:lineRule="exact"/>
            </w:pPr>
            <w:r>
              <w:rPr>
                <w:rFonts w:ascii="Yu Mincho" w:hAnsi="Yu Mincho" w:eastAsia="Yu Mincho"/>
                <w:b w:val="0"/>
                <w:i w:val="0"/>
                <w:color w:val="1A1A1A"/>
                <w:sz w:val="21"/>
              </w:rPr>
              <w:t>ご遠慮申し上げます</w:t>
            </w:r>
          </w:p>
          <w:p>
            <w:pPr>
              <w:spacing w:before="0" w:after="0" w:line="140" w:lineRule="exact"/>
              <w:rPr>
                <w:sz w:val="10"/>
                <w:szCs w:val="10"/>
              </w:rPr>
            </w:pPr>
          </w:p>
          <w:p>
            <w:pPr>
              <w:spacing w:before="0" w:after="0" w:line="290" w:lineRule="exact"/>
            </w:pPr>
            <w:r>
              <w:rPr>
                <w:rFonts w:ascii="Yu Mincho" w:hAnsi="Yu Mincho" w:eastAsia="Yu Mincho"/>
                <w:b w:val="0"/>
                <w:i w:val="0"/>
                <w:color w:val="1A1A1A"/>
                <w:sz w:val="21"/>
              </w:rPr>
              <w:t>本年三月に</w:t>
            </w:r>
          </w:p>
          <w:p>
            <w:pPr>
              <w:spacing w:before="0" w:after="0" w:line="290" w:lineRule="exact"/>
            </w:pPr>
            <w:r>
              <w:rPr>
                <w:rFonts w:ascii="Yu Mincho" w:hAnsi="Yu Mincho" w:eastAsia="Yu Mincho"/>
                <w:b w:val="0"/>
                <w:i w:val="0"/>
                <w:color w:val="1A1A1A"/>
                <w:sz w:val="21"/>
              </w:rPr>
              <w:t>祖母　山田梅が</w:t>
            </w:r>
          </w:p>
          <w:p>
            <w:pPr>
              <w:spacing w:before="0" w:after="0" w:line="290" w:lineRule="exact"/>
            </w:pPr>
            <w:r>
              <w:rPr>
                <w:rFonts w:ascii="Yu Mincho" w:hAnsi="Yu Mincho" w:eastAsia="Yu Mincho"/>
                <w:b w:val="0"/>
                <w:i w:val="0"/>
                <w:color w:val="1A1A1A"/>
                <w:sz w:val="21"/>
              </w:rPr>
              <w:t>九十一歳にて永眠いたしました</w:t>
            </w:r>
          </w:p>
          <w:p>
            <w:pPr>
              <w:spacing w:before="0" w:after="0" w:line="290" w:lineRule="exact"/>
            </w:pPr>
            <w:r>
              <w:rPr>
                <w:rFonts w:ascii="Yu Mincho" w:hAnsi="Yu Mincho" w:eastAsia="Yu Mincho"/>
                <w:b w:val="0"/>
                <w:i w:val="0"/>
                <w:color w:val="1A1A1A"/>
                <w:sz w:val="21"/>
              </w:rPr>
              <w:t>生前のご厚情に感謝し</w:t>
            </w:r>
          </w:p>
          <w:p>
            <w:pPr>
              <w:spacing w:before="0" w:after="0" w:line="290" w:lineRule="exact"/>
            </w:pPr>
            <w:r>
              <w:rPr>
                <w:rFonts w:ascii="Yu Mincho" w:hAnsi="Yu Mincho" w:eastAsia="Yu Mincho"/>
                <w:b w:val="0"/>
                <w:i w:val="0"/>
                <w:color w:val="1A1A1A"/>
                <w:sz w:val="21"/>
              </w:rPr>
              <w:t>お知らせいたします</w:t>
            </w:r>
          </w:p>
          <w:p>
            <w:pPr>
              <w:spacing w:before="0" w:after="0" w:line="140" w:lineRule="exact"/>
              <w:rPr>
                <w:sz w:val="10"/>
                <w:szCs w:val="10"/>
              </w:rPr>
            </w:pPr>
          </w:p>
          <w:p>
            <w:pPr>
              <w:spacing w:before="0" w:after="0" w:line="290" w:lineRule="exact"/>
            </w:pPr>
            <w:r>
              <w:rPr>
                <w:rFonts w:ascii="Yu Mincho" w:hAnsi="Yu Mincho" w:eastAsia="Yu Mincho"/>
                <w:b w:val="0"/>
                <w:i w:val="0"/>
                <w:color w:val="1A1A1A"/>
                <w:sz w:val="21"/>
              </w:rPr>
              <w:t>季節の変わり目</w:t>
            </w:r>
          </w:p>
          <w:p>
            <w:pPr>
              <w:spacing w:before="0" w:after="0" w:line="290" w:lineRule="exact"/>
            </w:pPr>
            <w:r>
              <w:rPr>
                <w:rFonts w:ascii="Yu Mincho" w:hAnsi="Yu Mincho" w:eastAsia="Yu Mincho"/>
                <w:b w:val="0"/>
                <w:i w:val="0"/>
                <w:color w:val="1A1A1A"/>
                <w:sz w:val="21"/>
              </w:rPr>
              <w:t>どうぞご自愛くださいませ</w:t>
            </w:r>
          </w:p>
          <w:p>
            <w:pPr>
              <w:spacing w:before="0" w:after="0" w:line="140" w:lineRule="exact"/>
              <w:rPr>
                <w:sz w:val="10"/>
                <w:szCs w:val="10"/>
              </w:rPr>
            </w:pPr>
          </w:p>
          <w:p>
            <w:pPr>
              <w:spacing w:before="0" w:after="0" w:line="290" w:lineRule="exact"/>
            </w:pPr>
            <w:r>
              <w:rPr>
                <w:rFonts w:ascii="Yu Mincho" w:hAnsi="Yu Mincho" w:eastAsia="Yu Mincho"/>
                <w:b w:val="0"/>
                <w:i w:val="0"/>
                <w:color w:val="1A1A1A"/>
                <w:sz w:val="21"/>
              </w:rPr>
              <w:t>令和八年十一月</w:t>
            </w:r>
          </w:p>
        </w:tc>
      </w:tr>
    </w:tbl>
    <w:p>
      <w:pPr>
        <w:keepNext/>
        <w:spacing w:before="160" w:after="40"/>
      </w:pPr>
      <w:r>
        <w:rPr>
          <w:rFonts w:ascii="Yu Gothic" w:hAnsi="Yu Gothic" w:eastAsia="Yu Gothic"/>
          <w:b/>
          <w:i w:val="0"/>
          <w:color w:val="1B3A5C"/>
          <w:sz w:val="21"/>
        </w:rPr>
        <w:t>文例5　夫（妻から）</w:t>
      </w:r>
    </w:p>
    <w:tbl>
      <w:tblPr>
        <w:tblW w:type="dxa" w:w="9865"/>
        <w:tblInd w:w="227" w:type="dxa"/>
        <w:tblBorders>
          <w:top w:val="nil"/>
          <w:left w:val="nil"/>
          <w:bottom w:val="nil"/>
          <w:right w:val="nil"/>
          <w:insideH w:val="nil"/>
          <w:insideV w:val="nil"/>
        </w:tblBorders>
        <w:tblLayout w:type="fixed"/>
      </w:tblPr>
      <w:tblGrid>
        <w:gridCol w:w="9865"/>
      </w:tblGrid>
      <w:tr>
        <w:trPr>
          <w:cantSplit/>
        </w:trPr>
        <w:tc>
          <w:tcPr>
            <w:tcW w:type="dxa" w:w="9865"/>
            <w:tcMar>
              <w:top w:w="113" w:type="dxa"/>
              <w:bottom w:w="113" w:type="dxa"/>
              <w:left w:w="227" w:type="dxa"/>
              <w:right w:w="227" w:type="dxa"/>
            </w:tcMar>
            <w:shd w:val="clear" w:color="auto" w:fill="FFFFFF"/>
            <w:tcBorders>
              <w:top w:val="single" w:sz="3" w:space="0" w:color="B9C4CF"/>
              <w:bottom w:val="single" w:sz="3" w:space="0" w:color="B9C4CF"/>
              <w:left w:val="single" w:sz="10" w:space="0" w:color="1B3A5C"/>
              <w:right w:val="single" w:sz="3" w:space="0" w:color="B9C4CF"/>
            </w:tcBorders>
          </w:tcPr>
          <w:p>
            <w:pPr>
              <w:spacing w:before="0" w:after="0" w:line="290" w:lineRule="exact"/>
            </w:pPr>
            <w:r>
              <w:rPr>
                <w:rFonts w:ascii="Yu Mincho" w:hAnsi="Yu Mincho" w:eastAsia="Yu Mincho"/>
                <w:b w:val="0"/>
                <w:i w:val="0"/>
                <w:color w:val="1A1A1A"/>
                <w:sz w:val="21"/>
              </w:rPr>
              <w:t>喪中につき</w:t>
            </w:r>
          </w:p>
          <w:p>
            <w:pPr>
              <w:spacing w:before="0" w:after="0" w:line="290" w:lineRule="exact"/>
            </w:pPr>
            <w:r>
              <w:rPr>
                <w:rFonts w:ascii="Yu Mincho" w:hAnsi="Yu Mincho" w:eastAsia="Yu Mincho"/>
                <w:b w:val="0"/>
                <w:i w:val="0"/>
                <w:color w:val="1A1A1A"/>
                <w:sz w:val="21"/>
              </w:rPr>
              <w:t>年頭のご挨拶を</w:t>
            </w:r>
          </w:p>
          <w:p>
            <w:pPr>
              <w:spacing w:before="0" w:after="0" w:line="290" w:lineRule="exact"/>
            </w:pPr>
            <w:r>
              <w:rPr>
                <w:rFonts w:ascii="Yu Mincho" w:hAnsi="Yu Mincho" w:eastAsia="Yu Mincho"/>
                <w:b w:val="0"/>
                <w:i w:val="0"/>
                <w:color w:val="1A1A1A"/>
                <w:sz w:val="21"/>
              </w:rPr>
              <w:t>ご遠慮申し上げます</w:t>
            </w:r>
          </w:p>
          <w:p>
            <w:pPr>
              <w:spacing w:before="0" w:after="0" w:line="140" w:lineRule="exact"/>
              <w:rPr>
                <w:sz w:val="10"/>
                <w:szCs w:val="10"/>
              </w:rPr>
            </w:pPr>
          </w:p>
          <w:p>
            <w:pPr>
              <w:spacing w:before="0" w:after="0" w:line="290" w:lineRule="exact"/>
            </w:pPr>
            <w:r>
              <w:rPr>
                <w:rFonts w:ascii="Yu Mincho" w:hAnsi="Yu Mincho" w:eastAsia="Yu Mincho"/>
                <w:b w:val="0"/>
                <w:i w:val="0"/>
                <w:color w:val="1A1A1A"/>
                <w:sz w:val="21"/>
              </w:rPr>
              <w:t>本年五月に</w:t>
            </w:r>
          </w:p>
          <w:p>
            <w:pPr>
              <w:spacing w:before="0" w:after="0" w:line="290" w:lineRule="exact"/>
            </w:pPr>
            <w:r>
              <w:rPr>
                <w:rFonts w:ascii="Yu Mincho" w:hAnsi="Yu Mincho" w:eastAsia="Yu Mincho"/>
                <w:b w:val="0"/>
                <w:i w:val="0"/>
                <w:color w:val="1A1A1A"/>
                <w:sz w:val="21"/>
              </w:rPr>
              <w:t>夫　山田健一が</w:t>
            </w:r>
          </w:p>
          <w:p>
            <w:pPr>
              <w:spacing w:before="0" w:after="0" w:line="290" w:lineRule="exact"/>
            </w:pPr>
            <w:r>
              <w:rPr>
                <w:rFonts w:ascii="Yu Mincho" w:hAnsi="Yu Mincho" w:eastAsia="Yu Mincho"/>
                <w:b w:val="0"/>
                <w:i w:val="0"/>
                <w:color w:val="1A1A1A"/>
                <w:sz w:val="21"/>
              </w:rPr>
              <w:t>五十八歳にて永眠いたしました</w:t>
            </w:r>
          </w:p>
          <w:p>
            <w:pPr>
              <w:spacing w:before="0" w:after="0" w:line="290" w:lineRule="exact"/>
            </w:pPr>
            <w:r>
              <w:rPr>
                <w:rFonts w:ascii="Yu Mincho" w:hAnsi="Yu Mincho" w:eastAsia="Yu Mincho"/>
                <w:b w:val="0"/>
                <w:i w:val="0"/>
                <w:color w:val="1A1A1A"/>
                <w:sz w:val="21"/>
              </w:rPr>
              <w:t>生前賜りましたご厚情に</w:t>
            </w:r>
          </w:p>
          <w:p>
            <w:pPr>
              <w:spacing w:before="0" w:after="0" w:line="290" w:lineRule="exact"/>
            </w:pPr>
            <w:r>
              <w:rPr>
                <w:rFonts w:ascii="Yu Mincho" w:hAnsi="Yu Mincho" w:eastAsia="Yu Mincho"/>
                <w:b w:val="0"/>
                <w:i w:val="0"/>
                <w:color w:val="1A1A1A"/>
                <w:sz w:val="21"/>
              </w:rPr>
              <w:t>心より御礼申し上げます</w:t>
            </w:r>
          </w:p>
          <w:p>
            <w:pPr>
              <w:spacing w:before="0" w:after="0" w:line="140" w:lineRule="exact"/>
              <w:rPr>
                <w:sz w:val="10"/>
                <w:szCs w:val="10"/>
              </w:rPr>
            </w:pPr>
          </w:p>
          <w:p>
            <w:pPr>
              <w:spacing w:before="0" w:after="0" w:line="290" w:lineRule="exact"/>
            </w:pPr>
            <w:r>
              <w:rPr>
                <w:rFonts w:ascii="Yu Mincho" w:hAnsi="Yu Mincho" w:eastAsia="Yu Mincho"/>
                <w:b w:val="0"/>
                <w:i w:val="0"/>
                <w:color w:val="1A1A1A"/>
                <w:sz w:val="21"/>
              </w:rPr>
              <w:t>皆様のご健康と</w:t>
            </w:r>
          </w:p>
          <w:p>
            <w:pPr>
              <w:spacing w:before="0" w:after="0" w:line="290" w:lineRule="exact"/>
            </w:pPr>
            <w:r>
              <w:rPr>
                <w:rFonts w:ascii="Yu Mincho" w:hAnsi="Yu Mincho" w:eastAsia="Yu Mincho"/>
                <w:b w:val="0"/>
                <w:i w:val="0"/>
                <w:color w:val="1A1A1A"/>
                <w:sz w:val="21"/>
              </w:rPr>
              <w:t>よき新年をお祈り申し上げます</w:t>
            </w:r>
          </w:p>
          <w:p>
            <w:pPr>
              <w:spacing w:before="0" w:after="0" w:line="140" w:lineRule="exact"/>
              <w:rPr>
                <w:sz w:val="10"/>
                <w:szCs w:val="10"/>
              </w:rPr>
            </w:pPr>
          </w:p>
          <w:p>
            <w:pPr>
              <w:spacing w:before="0" w:after="0" w:line="290" w:lineRule="exact"/>
            </w:pPr>
            <w:r>
              <w:rPr>
                <w:rFonts w:ascii="Yu Mincho" w:hAnsi="Yu Mincho" w:eastAsia="Yu Mincho"/>
                <w:b w:val="0"/>
                <w:i w:val="0"/>
                <w:color w:val="1A1A1A"/>
                <w:sz w:val="21"/>
              </w:rPr>
              <w:t>令和八年十一月</w:t>
            </w:r>
          </w:p>
        </w:tc>
      </w:tr>
    </w:tbl>
    <w:p>
      <w:pPr>
        <w:keepNext/>
        <w:spacing w:before="160" w:after="40"/>
      </w:pPr>
      <w:r>
        <w:rPr>
          <w:rFonts w:ascii="Yu Gothic" w:hAnsi="Yu Gothic" w:eastAsia="Yu Gothic"/>
          <w:b/>
          <w:i w:val="0"/>
          <w:color w:val="1B3A5C"/>
          <w:sz w:val="21"/>
        </w:rPr>
        <w:t>文例6　妻（夫から）</w:t>
      </w:r>
    </w:p>
    <w:tbl>
      <w:tblPr>
        <w:tblW w:type="dxa" w:w="9865"/>
        <w:tblInd w:w="227" w:type="dxa"/>
        <w:tblBorders>
          <w:top w:val="nil"/>
          <w:left w:val="nil"/>
          <w:bottom w:val="nil"/>
          <w:right w:val="nil"/>
          <w:insideH w:val="nil"/>
          <w:insideV w:val="nil"/>
        </w:tblBorders>
        <w:tblLayout w:type="fixed"/>
      </w:tblPr>
      <w:tblGrid>
        <w:gridCol w:w="9865"/>
      </w:tblGrid>
      <w:tr>
        <w:trPr>
          <w:cantSplit/>
        </w:trPr>
        <w:tc>
          <w:tcPr>
            <w:tcW w:type="dxa" w:w="9865"/>
            <w:tcMar>
              <w:top w:w="113" w:type="dxa"/>
              <w:bottom w:w="113" w:type="dxa"/>
              <w:left w:w="227" w:type="dxa"/>
              <w:right w:w="227" w:type="dxa"/>
            </w:tcMar>
            <w:shd w:val="clear" w:color="auto" w:fill="FFFFFF"/>
            <w:tcBorders>
              <w:top w:val="single" w:sz="3" w:space="0" w:color="B9C4CF"/>
              <w:bottom w:val="single" w:sz="3" w:space="0" w:color="B9C4CF"/>
              <w:left w:val="single" w:sz="10" w:space="0" w:color="1B3A5C"/>
              <w:right w:val="single" w:sz="3" w:space="0" w:color="B9C4CF"/>
            </w:tcBorders>
          </w:tcPr>
          <w:p>
            <w:pPr>
              <w:spacing w:before="0" w:after="0" w:line="290" w:lineRule="exact"/>
            </w:pPr>
            <w:r>
              <w:rPr>
                <w:rFonts w:ascii="Yu Mincho" w:hAnsi="Yu Mincho" w:eastAsia="Yu Mincho"/>
                <w:b w:val="0"/>
                <w:i w:val="0"/>
                <w:color w:val="1A1A1A"/>
                <w:sz w:val="21"/>
              </w:rPr>
              <w:t>喪中につき</w:t>
            </w:r>
          </w:p>
          <w:p>
            <w:pPr>
              <w:spacing w:before="0" w:after="0" w:line="290" w:lineRule="exact"/>
            </w:pPr>
            <w:r>
              <w:rPr>
                <w:rFonts w:ascii="Yu Mincho" w:hAnsi="Yu Mincho" w:eastAsia="Yu Mincho"/>
                <w:b w:val="0"/>
                <w:i w:val="0"/>
                <w:color w:val="1A1A1A"/>
                <w:sz w:val="21"/>
              </w:rPr>
              <w:t>年末年始のご挨拶を</w:t>
            </w:r>
          </w:p>
          <w:p>
            <w:pPr>
              <w:spacing w:before="0" w:after="0" w:line="290" w:lineRule="exact"/>
            </w:pPr>
            <w:r>
              <w:rPr>
                <w:rFonts w:ascii="Yu Mincho" w:hAnsi="Yu Mincho" w:eastAsia="Yu Mincho"/>
                <w:b w:val="0"/>
                <w:i w:val="0"/>
                <w:color w:val="1A1A1A"/>
                <w:sz w:val="21"/>
              </w:rPr>
              <w:t>ご遠慮申し上げます</w:t>
            </w:r>
          </w:p>
          <w:p>
            <w:pPr>
              <w:spacing w:before="0" w:after="0" w:line="140" w:lineRule="exact"/>
              <w:rPr>
                <w:sz w:val="10"/>
                <w:szCs w:val="10"/>
              </w:rPr>
            </w:pPr>
          </w:p>
          <w:p>
            <w:pPr>
              <w:spacing w:before="0" w:after="0" w:line="290" w:lineRule="exact"/>
            </w:pPr>
            <w:r>
              <w:rPr>
                <w:rFonts w:ascii="Yu Mincho" w:hAnsi="Yu Mincho" w:eastAsia="Yu Mincho"/>
                <w:b w:val="0"/>
                <w:i w:val="0"/>
                <w:color w:val="1A1A1A"/>
                <w:sz w:val="21"/>
              </w:rPr>
              <w:t>本年二月に</w:t>
            </w:r>
          </w:p>
          <w:p>
            <w:pPr>
              <w:spacing w:before="0" w:after="0" w:line="290" w:lineRule="exact"/>
            </w:pPr>
            <w:r>
              <w:rPr>
                <w:rFonts w:ascii="Yu Mincho" w:hAnsi="Yu Mincho" w:eastAsia="Yu Mincho"/>
                <w:b w:val="0"/>
                <w:i w:val="0"/>
                <w:color w:val="1A1A1A"/>
                <w:sz w:val="21"/>
              </w:rPr>
              <w:t>妻　山田美咲が</w:t>
            </w:r>
          </w:p>
          <w:p>
            <w:pPr>
              <w:spacing w:before="0" w:after="0" w:line="290" w:lineRule="exact"/>
            </w:pPr>
            <w:r>
              <w:rPr>
                <w:rFonts w:ascii="Yu Mincho" w:hAnsi="Yu Mincho" w:eastAsia="Yu Mincho"/>
                <w:b w:val="0"/>
                <w:i w:val="0"/>
                <w:color w:val="1A1A1A"/>
                <w:sz w:val="21"/>
              </w:rPr>
              <w:t>五十四歳にて永眠いたしました</w:t>
            </w:r>
          </w:p>
          <w:p>
            <w:pPr>
              <w:spacing w:before="0" w:after="0" w:line="290" w:lineRule="exact"/>
            </w:pPr>
            <w:r>
              <w:rPr>
                <w:rFonts w:ascii="Yu Mincho" w:hAnsi="Yu Mincho" w:eastAsia="Yu Mincho"/>
                <w:b w:val="0"/>
                <w:i w:val="0"/>
                <w:color w:val="1A1A1A"/>
                <w:sz w:val="21"/>
              </w:rPr>
              <w:t>生前のご厚情に</w:t>
            </w:r>
          </w:p>
          <w:p>
            <w:pPr>
              <w:spacing w:before="0" w:after="0" w:line="290" w:lineRule="exact"/>
            </w:pPr>
            <w:r>
              <w:rPr>
                <w:rFonts w:ascii="Yu Mincho" w:hAnsi="Yu Mincho" w:eastAsia="Yu Mincho"/>
                <w:b w:val="0"/>
                <w:i w:val="0"/>
                <w:color w:val="1A1A1A"/>
                <w:sz w:val="21"/>
              </w:rPr>
              <w:t>深く感謝申し上げます</w:t>
            </w:r>
          </w:p>
          <w:p>
            <w:pPr>
              <w:spacing w:before="0" w:after="0" w:line="140" w:lineRule="exact"/>
              <w:rPr>
                <w:sz w:val="10"/>
                <w:szCs w:val="10"/>
              </w:rPr>
            </w:pPr>
          </w:p>
          <w:p>
            <w:pPr>
              <w:spacing w:before="0" w:after="0" w:line="290" w:lineRule="exact"/>
            </w:pPr>
            <w:r>
              <w:rPr>
                <w:rFonts w:ascii="Yu Mincho" w:hAnsi="Yu Mincho" w:eastAsia="Yu Mincho"/>
                <w:b w:val="0"/>
                <w:i w:val="0"/>
                <w:color w:val="1A1A1A"/>
                <w:sz w:val="21"/>
              </w:rPr>
              <w:t>皆様にとって</w:t>
            </w:r>
          </w:p>
          <w:p>
            <w:pPr>
              <w:spacing w:before="0" w:after="0" w:line="290" w:lineRule="exact"/>
            </w:pPr>
            <w:r>
              <w:rPr>
                <w:rFonts w:ascii="Yu Mincho" w:hAnsi="Yu Mincho" w:eastAsia="Yu Mincho"/>
                <w:b w:val="0"/>
                <w:i w:val="0"/>
                <w:color w:val="1A1A1A"/>
                <w:sz w:val="21"/>
              </w:rPr>
              <w:t>穏やかな新年となりますよう</w:t>
            </w:r>
          </w:p>
          <w:p>
            <w:pPr>
              <w:spacing w:before="0" w:after="0" w:line="290" w:lineRule="exact"/>
            </w:pPr>
            <w:r>
              <w:rPr>
                <w:rFonts w:ascii="Yu Mincho" w:hAnsi="Yu Mincho" w:eastAsia="Yu Mincho"/>
                <w:b w:val="0"/>
                <w:i w:val="0"/>
                <w:color w:val="1A1A1A"/>
                <w:sz w:val="21"/>
              </w:rPr>
              <w:t>お祈り申し上げます</w:t>
            </w:r>
          </w:p>
          <w:p>
            <w:pPr>
              <w:spacing w:before="0" w:after="0" w:line="140" w:lineRule="exact"/>
              <w:rPr>
                <w:sz w:val="10"/>
                <w:szCs w:val="10"/>
              </w:rPr>
            </w:pPr>
          </w:p>
          <w:p>
            <w:pPr>
              <w:spacing w:before="0" w:after="0" w:line="290" w:lineRule="exact"/>
            </w:pPr>
            <w:r>
              <w:rPr>
                <w:rFonts w:ascii="Yu Mincho" w:hAnsi="Yu Mincho" w:eastAsia="Yu Mincho"/>
                <w:b w:val="0"/>
                <w:i w:val="0"/>
                <w:color w:val="1A1A1A"/>
                <w:sz w:val="21"/>
              </w:rPr>
              <w:t>令和八年十一月</w:t>
            </w:r>
          </w:p>
        </w:tc>
      </w:tr>
    </w:tbl>
    <w:p>
      <w:pPr>
        <w:keepNext/>
        <w:spacing w:before="160" w:after="40"/>
      </w:pPr>
      <w:r>
        <w:rPr>
          <w:rFonts w:ascii="Yu Gothic" w:hAnsi="Yu Gothic" w:eastAsia="Yu Gothic"/>
          <w:b/>
          <w:i w:val="0"/>
          <w:color w:val="1B3A5C"/>
          <w:sz w:val="21"/>
        </w:rPr>
        <w:t>文例7　妻の父（夫婦連名・筆頭者の夫から見た続柄）</w:t>
      </w:r>
    </w:p>
    <w:tbl>
      <w:tblPr>
        <w:tblW w:type="dxa" w:w="9865"/>
        <w:tblInd w:w="227" w:type="dxa"/>
        <w:tblBorders>
          <w:top w:val="nil"/>
          <w:left w:val="nil"/>
          <w:bottom w:val="nil"/>
          <w:right w:val="nil"/>
          <w:insideH w:val="nil"/>
          <w:insideV w:val="nil"/>
        </w:tblBorders>
        <w:tblLayout w:type="fixed"/>
      </w:tblPr>
      <w:tblGrid>
        <w:gridCol w:w="9865"/>
      </w:tblGrid>
      <w:tr>
        <w:trPr>
          <w:cantSplit/>
        </w:trPr>
        <w:tc>
          <w:tcPr>
            <w:tcW w:type="dxa" w:w="9865"/>
            <w:tcMar>
              <w:top w:w="113" w:type="dxa"/>
              <w:bottom w:w="113" w:type="dxa"/>
              <w:left w:w="227" w:type="dxa"/>
              <w:right w:w="227" w:type="dxa"/>
            </w:tcMar>
            <w:shd w:val="clear" w:color="auto" w:fill="FFFFFF"/>
            <w:tcBorders>
              <w:top w:val="single" w:sz="3" w:space="0" w:color="B9C4CF"/>
              <w:bottom w:val="single" w:sz="3" w:space="0" w:color="B9C4CF"/>
              <w:left w:val="single" w:sz="10" w:space="0" w:color="1B3A5C"/>
              <w:right w:val="single" w:sz="3" w:space="0" w:color="B9C4CF"/>
            </w:tcBorders>
          </w:tcPr>
          <w:p>
            <w:pPr>
              <w:spacing w:before="0" w:after="0" w:line="290" w:lineRule="exact"/>
            </w:pPr>
            <w:r>
              <w:rPr>
                <w:rFonts w:ascii="Yu Mincho" w:hAnsi="Yu Mincho" w:eastAsia="Yu Mincho"/>
                <w:b w:val="0"/>
                <w:i w:val="0"/>
                <w:color w:val="1A1A1A"/>
                <w:sz w:val="21"/>
              </w:rPr>
              <w:t>喪中につき</w:t>
            </w:r>
          </w:p>
          <w:p>
            <w:pPr>
              <w:spacing w:before="0" w:after="0" w:line="290" w:lineRule="exact"/>
            </w:pPr>
            <w:r>
              <w:rPr>
                <w:rFonts w:ascii="Yu Mincho" w:hAnsi="Yu Mincho" w:eastAsia="Yu Mincho"/>
                <w:b w:val="0"/>
                <w:i w:val="0"/>
                <w:color w:val="1A1A1A"/>
                <w:sz w:val="21"/>
              </w:rPr>
              <w:t>年末年始のご挨拶を</w:t>
            </w:r>
          </w:p>
          <w:p>
            <w:pPr>
              <w:spacing w:before="0" w:after="0" w:line="290" w:lineRule="exact"/>
            </w:pPr>
            <w:r>
              <w:rPr>
                <w:rFonts w:ascii="Yu Mincho" w:hAnsi="Yu Mincho" w:eastAsia="Yu Mincho"/>
                <w:b w:val="0"/>
                <w:i w:val="0"/>
                <w:color w:val="1A1A1A"/>
                <w:sz w:val="21"/>
              </w:rPr>
              <w:t>ご遠慮申し上げます</w:t>
            </w:r>
          </w:p>
          <w:p>
            <w:pPr>
              <w:spacing w:before="0" w:after="0" w:line="140" w:lineRule="exact"/>
              <w:rPr>
                <w:sz w:val="10"/>
                <w:szCs w:val="10"/>
              </w:rPr>
            </w:pPr>
          </w:p>
          <w:p>
            <w:pPr>
              <w:spacing w:before="0" w:after="0" w:line="290" w:lineRule="exact"/>
            </w:pPr>
            <w:r>
              <w:rPr>
                <w:rFonts w:ascii="Yu Mincho" w:hAnsi="Yu Mincho" w:eastAsia="Yu Mincho"/>
                <w:b w:val="0"/>
                <w:i w:val="0"/>
                <w:color w:val="1A1A1A"/>
                <w:sz w:val="21"/>
              </w:rPr>
              <w:t>本年十月に</w:t>
            </w:r>
          </w:p>
          <w:p>
            <w:pPr>
              <w:spacing w:before="0" w:after="0" w:line="290" w:lineRule="exact"/>
            </w:pPr>
            <w:r>
              <w:rPr>
                <w:rFonts w:ascii="Yu Mincho" w:hAnsi="Yu Mincho" w:eastAsia="Yu Mincho"/>
                <w:b w:val="0"/>
                <w:i w:val="0"/>
                <w:color w:val="1A1A1A"/>
                <w:sz w:val="21"/>
              </w:rPr>
              <w:t>義父　佐藤次郎が</w:t>
            </w:r>
          </w:p>
          <w:p>
            <w:pPr>
              <w:spacing w:before="0" w:after="0" w:line="290" w:lineRule="exact"/>
            </w:pPr>
            <w:r>
              <w:rPr>
                <w:rFonts w:ascii="Yu Mincho" w:hAnsi="Yu Mincho" w:eastAsia="Yu Mincho"/>
                <w:b w:val="0"/>
                <w:i w:val="0"/>
                <w:color w:val="1A1A1A"/>
                <w:sz w:val="21"/>
              </w:rPr>
              <w:t>八十八歳にて永眠いたしました</w:t>
            </w:r>
          </w:p>
          <w:p>
            <w:pPr>
              <w:spacing w:before="0" w:after="0" w:line="290" w:lineRule="exact"/>
            </w:pPr>
            <w:r>
              <w:rPr>
                <w:rFonts w:ascii="Yu Mincho" w:hAnsi="Yu Mincho" w:eastAsia="Yu Mincho"/>
                <w:b w:val="0"/>
                <w:i w:val="0"/>
                <w:color w:val="1A1A1A"/>
                <w:sz w:val="21"/>
              </w:rPr>
              <w:t>生前に賜りましたご厚情に</w:t>
            </w:r>
          </w:p>
          <w:p>
            <w:pPr>
              <w:spacing w:before="0" w:after="0" w:line="290" w:lineRule="exact"/>
            </w:pPr>
            <w:r>
              <w:rPr>
                <w:rFonts w:ascii="Yu Mincho" w:hAnsi="Yu Mincho" w:eastAsia="Yu Mincho"/>
                <w:b w:val="0"/>
                <w:i w:val="0"/>
                <w:color w:val="1A1A1A"/>
                <w:sz w:val="21"/>
              </w:rPr>
              <w:t>厚く御礼申し上げます</w:t>
            </w:r>
          </w:p>
          <w:p>
            <w:pPr>
              <w:spacing w:before="0" w:after="0" w:line="140" w:lineRule="exact"/>
              <w:rPr>
                <w:sz w:val="10"/>
                <w:szCs w:val="10"/>
              </w:rPr>
            </w:pPr>
          </w:p>
          <w:p>
            <w:pPr>
              <w:spacing w:before="0" w:after="0" w:line="290" w:lineRule="exact"/>
            </w:pPr>
            <w:r>
              <w:rPr>
                <w:rFonts w:ascii="Yu Mincho" w:hAnsi="Yu Mincho" w:eastAsia="Yu Mincho"/>
                <w:b w:val="0"/>
                <w:i w:val="0"/>
                <w:color w:val="1A1A1A"/>
                <w:sz w:val="21"/>
              </w:rPr>
              <w:t>皆様のご健勝を</w:t>
            </w:r>
          </w:p>
          <w:p>
            <w:pPr>
              <w:spacing w:before="0" w:after="0" w:line="290" w:lineRule="exact"/>
            </w:pPr>
            <w:r>
              <w:rPr>
                <w:rFonts w:ascii="Yu Mincho" w:hAnsi="Yu Mincho" w:eastAsia="Yu Mincho"/>
                <w:b w:val="0"/>
                <w:i w:val="0"/>
                <w:color w:val="1A1A1A"/>
                <w:sz w:val="21"/>
              </w:rPr>
              <w:t>お祈り申し上げます</w:t>
            </w:r>
          </w:p>
          <w:p>
            <w:pPr>
              <w:spacing w:before="0" w:after="0" w:line="140" w:lineRule="exact"/>
              <w:rPr>
                <w:sz w:val="10"/>
                <w:szCs w:val="10"/>
              </w:rPr>
            </w:pPr>
          </w:p>
          <w:p>
            <w:pPr>
              <w:spacing w:before="0" w:after="0" w:line="290" w:lineRule="exact"/>
            </w:pPr>
            <w:r>
              <w:rPr>
                <w:rFonts w:ascii="Yu Mincho" w:hAnsi="Yu Mincho" w:eastAsia="Yu Mincho"/>
                <w:b w:val="0"/>
                <w:i w:val="0"/>
                <w:color w:val="1A1A1A"/>
                <w:sz w:val="21"/>
              </w:rPr>
              <w:t>令和八年十一月</w:t>
            </w:r>
          </w:p>
        </w:tc>
      </w:tr>
    </w:tbl>
    <w:p>
      <w:pPr>
        <w:spacing w:before="40" w:after="0" w:line="240" w:lineRule="exact"/>
      </w:pPr>
      <w:r>
        <w:rPr>
          <w:rFonts w:ascii="Yu Gothic" w:hAnsi="Yu Gothic" w:eastAsia="Yu Gothic"/>
          <w:b w:val="0"/>
          <w:i w:val="0"/>
          <w:color w:val="66707A"/>
          <w:sz w:val="16"/>
        </w:rPr>
        <w:t>注: 「義父」は「岳父」とも書けます（辞書では岳父は妻の父）。夫の父が亡くなり夫婦連名で出すときは「父」と書きます。続柄を書かず「妻の父　佐藤次郎」と書く例もあります。連名のときに誰から見た続柄にするかは決まりがなく、筆頭者（先に名前を書く人）から見た続柄にする例が多いです。</w:t>
      </w:r>
    </w:p>
    <w:p>
      <w:pPr>
        <w:keepNext/>
        <w:spacing w:before="160" w:after="40"/>
      </w:pPr>
      <w:r>
        <w:rPr>
          <w:rFonts w:ascii="Yu Gothic" w:hAnsi="Yu Gothic" w:eastAsia="Yu Gothic"/>
          <w:b/>
          <w:i w:val="0"/>
          <w:color w:val="1B3A5C"/>
          <w:sz w:val="21"/>
        </w:rPr>
        <w:t>文例8　義母（妻の母・妻から見れば「母」と書く場合）</w:t>
      </w:r>
    </w:p>
    <w:tbl>
      <w:tblPr>
        <w:tblW w:type="dxa" w:w="9865"/>
        <w:tblInd w:w="227" w:type="dxa"/>
        <w:tblBorders>
          <w:top w:val="nil"/>
          <w:left w:val="nil"/>
          <w:bottom w:val="nil"/>
          <w:right w:val="nil"/>
          <w:insideH w:val="nil"/>
          <w:insideV w:val="nil"/>
        </w:tblBorders>
        <w:tblLayout w:type="fixed"/>
      </w:tblPr>
      <w:tblGrid>
        <w:gridCol w:w="9865"/>
      </w:tblGrid>
      <w:tr>
        <w:trPr>
          <w:cantSplit/>
        </w:trPr>
        <w:tc>
          <w:tcPr>
            <w:tcW w:type="dxa" w:w="9865"/>
            <w:tcMar>
              <w:top w:w="113" w:type="dxa"/>
              <w:bottom w:w="113" w:type="dxa"/>
              <w:left w:w="227" w:type="dxa"/>
              <w:right w:w="227" w:type="dxa"/>
            </w:tcMar>
            <w:shd w:val="clear" w:color="auto" w:fill="FFFFFF"/>
            <w:tcBorders>
              <w:top w:val="single" w:sz="3" w:space="0" w:color="B9C4CF"/>
              <w:bottom w:val="single" w:sz="3" w:space="0" w:color="B9C4CF"/>
              <w:left w:val="single" w:sz="10" w:space="0" w:color="1B3A5C"/>
              <w:right w:val="single" w:sz="3" w:space="0" w:color="B9C4CF"/>
            </w:tcBorders>
          </w:tcPr>
          <w:p>
            <w:pPr>
              <w:spacing w:before="0" w:after="0" w:line="290" w:lineRule="exact"/>
            </w:pPr>
            <w:r>
              <w:rPr>
                <w:rFonts w:ascii="Yu Mincho" w:hAnsi="Yu Mincho" w:eastAsia="Yu Mincho"/>
                <w:b w:val="0"/>
                <w:i w:val="0"/>
                <w:color w:val="1A1A1A"/>
                <w:sz w:val="21"/>
              </w:rPr>
              <w:t>喪中につき</w:t>
            </w:r>
          </w:p>
          <w:p>
            <w:pPr>
              <w:spacing w:before="0" w:after="0" w:line="290" w:lineRule="exact"/>
            </w:pPr>
            <w:r>
              <w:rPr>
                <w:rFonts w:ascii="Yu Mincho" w:hAnsi="Yu Mincho" w:eastAsia="Yu Mincho"/>
                <w:b w:val="0"/>
                <w:i w:val="0"/>
                <w:color w:val="1A1A1A"/>
                <w:sz w:val="21"/>
              </w:rPr>
              <w:t>年頭のご挨拶を</w:t>
            </w:r>
          </w:p>
          <w:p>
            <w:pPr>
              <w:spacing w:before="0" w:after="0" w:line="290" w:lineRule="exact"/>
            </w:pPr>
            <w:r>
              <w:rPr>
                <w:rFonts w:ascii="Yu Mincho" w:hAnsi="Yu Mincho" w:eastAsia="Yu Mincho"/>
                <w:b w:val="0"/>
                <w:i w:val="0"/>
                <w:color w:val="1A1A1A"/>
                <w:sz w:val="21"/>
              </w:rPr>
              <w:t>失礼いたします</w:t>
            </w:r>
          </w:p>
          <w:p>
            <w:pPr>
              <w:spacing w:before="0" w:after="0" w:line="140" w:lineRule="exact"/>
              <w:rPr>
                <w:sz w:val="10"/>
                <w:szCs w:val="10"/>
              </w:rPr>
            </w:pPr>
          </w:p>
          <w:p>
            <w:pPr>
              <w:spacing w:before="0" w:after="0" w:line="290" w:lineRule="exact"/>
            </w:pPr>
            <w:r>
              <w:rPr>
                <w:rFonts w:ascii="Yu Mincho" w:hAnsi="Yu Mincho" w:eastAsia="Yu Mincho"/>
                <w:b w:val="0"/>
                <w:i w:val="0"/>
                <w:color w:val="1A1A1A"/>
                <w:sz w:val="21"/>
              </w:rPr>
              <w:t>本年八月に</w:t>
            </w:r>
          </w:p>
          <w:p>
            <w:pPr>
              <w:spacing w:before="0" w:after="0" w:line="290" w:lineRule="exact"/>
            </w:pPr>
            <w:r>
              <w:rPr>
                <w:rFonts w:ascii="Yu Mincho" w:hAnsi="Yu Mincho" w:eastAsia="Yu Mincho"/>
                <w:b w:val="0"/>
                <w:i w:val="0"/>
                <w:color w:val="1A1A1A"/>
                <w:sz w:val="21"/>
              </w:rPr>
              <w:t>母　佐藤和子が</w:t>
            </w:r>
          </w:p>
          <w:p>
            <w:pPr>
              <w:spacing w:before="0" w:after="0" w:line="290" w:lineRule="exact"/>
            </w:pPr>
            <w:r>
              <w:rPr>
                <w:rFonts w:ascii="Yu Mincho" w:hAnsi="Yu Mincho" w:eastAsia="Yu Mincho"/>
                <w:b w:val="0"/>
                <w:i w:val="0"/>
                <w:color w:val="1A1A1A"/>
                <w:sz w:val="21"/>
              </w:rPr>
              <w:t>八十六歳にて永眠いたしました</w:t>
            </w:r>
          </w:p>
          <w:p>
            <w:pPr>
              <w:spacing w:before="0" w:after="0" w:line="290" w:lineRule="exact"/>
            </w:pPr>
            <w:r>
              <w:rPr>
                <w:rFonts w:ascii="Yu Mincho" w:hAnsi="Yu Mincho" w:eastAsia="Yu Mincho"/>
                <w:b w:val="0"/>
                <w:i w:val="0"/>
                <w:color w:val="1A1A1A"/>
                <w:sz w:val="21"/>
              </w:rPr>
              <w:t>生前賜りましたご厚情に</w:t>
            </w:r>
          </w:p>
          <w:p>
            <w:pPr>
              <w:spacing w:before="0" w:after="0" w:line="290" w:lineRule="exact"/>
            </w:pPr>
            <w:r>
              <w:rPr>
                <w:rFonts w:ascii="Yu Mincho" w:hAnsi="Yu Mincho" w:eastAsia="Yu Mincho"/>
                <w:b w:val="0"/>
                <w:i w:val="0"/>
                <w:color w:val="1A1A1A"/>
                <w:sz w:val="21"/>
              </w:rPr>
              <w:t>深く感謝申し上げます</w:t>
            </w:r>
          </w:p>
          <w:p>
            <w:pPr>
              <w:spacing w:before="0" w:after="0" w:line="140" w:lineRule="exact"/>
              <w:rPr>
                <w:sz w:val="10"/>
                <w:szCs w:val="10"/>
              </w:rPr>
            </w:pPr>
          </w:p>
          <w:p>
            <w:pPr>
              <w:spacing w:before="0" w:after="0" w:line="290" w:lineRule="exact"/>
            </w:pPr>
            <w:r>
              <w:rPr>
                <w:rFonts w:ascii="Yu Mincho" w:hAnsi="Yu Mincho" w:eastAsia="Yu Mincho"/>
                <w:b w:val="0"/>
                <w:i w:val="0"/>
                <w:color w:val="1A1A1A"/>
                <w:sz w:val="21"/>
              </w:rPr>
              <w:t>皆様にはお健やかに</w:t>
            </w:r>
          </w:p>
          <w:p>
            <w:pPr>
              <w:spacing w:before="0" w:after="0" w:line="290" w:lineRule="exact"/>
            </w:pPr>
            <w:r>
              <w:rPr>
                <w:rFonts w:ascii="Yu Mincho" w:hAnsi="Yu Mincho" w:eastAsia="Yu Mincho"/>
                <w:b w:val="0"/>
                <w:i w:val="0"/>
                <w:color w:val="1A1A1A"/>
                <w:sz w:val="21"/>
              </w:rPr>
              <w:t>新年をお迎えくださいますよう</w:t>
            </w:r>
          </w:p>
          <w:p>
            <w:pPr>
              <w:spacing w:before="0" w:after="0" w:line="290" w:lineRule="exact"/>
            </w:pPr>
            <w:r>
              <w:rPr>
                <w:rFonts w:ascii="Yu Mincho" w:hAnsi="Yu Mincho" w:eastAsia="Yu Mincho"/>
                <w:b w:val="0"/>
                <w:i w:val="0"/>
                <w:color w:val="1A1A1A"/>
                <w:sz w:val="21"/>
              </w:rPr>
              <w:t>お祈り申し上げます</w:t>
            </w:r>
          </w:p>
          <w:p>
            <w:pPr>
              <w:spacing w:before="0" w:after="0" w:line="140" w:lineRule="exact"/>
              <w:rPr>
                <w:sz w:val="10"/>
                <w:szCs w:val="10"/>
              </w:rPr>
            </w:pPr>
          </w:p>
          <w:p>
            <w:pPr>
              <w:spacing w:before="0" w:after="0" w:line="290" w:lineRule="exact"/>
            </w:pPr>
            <w:r>
              <w:rPr>
                <w:rFonts w:ascii="Yu Mincho" w:hAnsi="Yu Mincho" w:eastAsia="Yu Mincho"/>
                <w:b w:val="0"/>
                <w:i w:val="0"/>
                <w:color w:val="1A1A1A"/>
                <w:sz w:val="21"/>
              </w:rPr>
              <w:t>令和八年十一月</w:t>
            </w:r>
          </w:p>
        </w:tc>
      </w:tr>
    </w:tbl>
    <w:p>
      <w:pPr>
        <w:spacing w:before="40" w:after="0" w:line="240" w:lineRule="exact"/>
      </w:pPr>
      <w:r>
        <w:rPr>
          <w:rFonts w:ascii="Yu Gothic" w:hAnsi="Yu Gothic" w:eastAsia="Yu Gothic"/>
          <w:b w:val="0"/>
          <w:i w:val="0"/>
          <w:color w:val="66707A"/>
          <w:sz w:val="16"/>
        </w:rPr>
        <w:t>注: 差出人が妻だけの名義なら「母」と書きます。夫婦連名で筆頭者が夫なら「義母」（「岳母」とも書けます。辞書では岳母は妻の母）。氏名まで書くので、誰のことかは伝わります。</w:t>
      </w:r>
    </w:p>
    <w:p>
      <w:pPr>
        <w:keepNext/>
        <w:spacing w:before="160" w:after="40"/>
      </w:pPr>
      <w:r>
        <w:rPr>
          <w:rFonts w:ascii="Yu Gothic" w:hAnsi="Yu Gothic" w:eastAsia="Yu Gothic"/>
          <w:b/>
          <w:i w:val="0"/>
          <w:color w:val="1B3A5C"/>
          <w:sz w:val="21"/>
        </w:rPr>
        <w:t>文例9　兄（姉・弟・妹も同じ型。続柄の語だけ替える）</w:t>
      </w:r>
    </w:p>
    <w:tbl>
      <w:tblPr>
        <w:tblW w:type="dxa" w:w="9865"/>
        <w:tblInd w:w="227" w:type="dxa"/>
        <w:tblBorders>
          <w:top w:val="nil"/>
          <w:left w:val="nil"/>
          <w:bottom w:val="nil"/>
          <w:right w:val="nil"/>
          <w:insideH w:val="nil"/>
          <w:insideV w:val="nil"/>
        </w:tblBorders>
        <w:tblLayout w:type="fixed"/>
      </w:tblPr>
      <w:tblGrid>
        <w:gridCol w:w="9865"/>
      </w:tblGrid>
      <w:tr>
        <w:trPr>
          <w:cantSplit/>
        </w:trPr>
        <w:tc>
          <w:tcPr>
            <w:tcW w:type="dxa" w:w="9865"/>
            <w:tcMar>
              <w:top w:w="113" w:type="dxa"/>
              <w:bottom w:w="113" w:type="dxa"/>
              <w:left w:w="227" w:type="dxa"/>
              <w:right w:w="227" w:type="dxa"/>
            </w:tcMar>
            <w:shd w:val="clear" w:color="auto" w:fill="FFFFFF"/>
            <w:tcBorders>
              <w:top w:val="single" w:sz="3" w:space="0" w:color="B9C4CF"/>
              <w:bottom w:val="single" w:sz="3" w:space="0" w:color="B9C4CF"/>
              <w:left w:val="single" w:sz="10" w:space="0" w:color="1B3A5C"/>
              <w:right w:val="single" w:sz="3" w:space="0" w:color="B9C4CF"/>
            </w:tcBorders>
          </w:tcPr>
          <w:p>
            <w:pPr>
              <w:spacing w:before="0" w:after="0" w:line="290" w:lineRule="exact"/>
            </w:pPr>
            <w:r>
              <w:rPr>
                <w:rFonts w:ascii="Yu Mincho" w:hAnsi="Yu Mincho" w:eastAsia="Yu Mincho"/>
                <w:b w:val="0"/>
                <w:i w:val="0"/>
                <w:color w:val="1A1A1A"/>
                <w:sz w:val="21"/>
              </w:rPr>
              <w:t>喪中につき</w:t>
            </w:r>
          </w:p>
          <w:p>
            <w:pPr>
              <w:spacing w:before="0" w:after="0" w:line="290" w:lineRule="exact"/>
            </w:pPr>
            <w:r>
              <w:rPr>
                <w:rFonts w:ascii="Yu Mincho" w:hAnsi="Yu Mincho" w:eastAsia="Yu Mincho"/>
                <w:b w:val="0"/>
                <w:i w:val="0"/>
                <w:color w:val="1A1A1A"/>
                <w:sz w:val="21"/>
              </w:rPr>
              <w:t>年末年始のご挨拶を</w:t>
            </w:r>
          </w:p>
          <w:p>
            <w:pPr>
              <w:spacing w:before="0" w:after="0" w:line="290" w:lineRule="exact"/>
            </w:pPr>
            <w:r>
              <w:rPr>
                <w:rFonts w:ascii="Yu Mincho" w:hAnsi="Yu Mincho" w:eastAsia="Yu Mincho"/>
                <w:b w:val="0"/>
                <w:i w:val="0"/>
                <w:color w:val="1A1A1A"/>
                <w:sz w:val="21"/>
              </w:rPr>
              <w:t>ご遠慮申し上げます</w:t>
            </w:r>
          </w:p>
          <w:p>
            <w:pPr>
              <w:spacing w:before="0" w:after="0" w:line="140" w:lineRule="exact"/>
              <w:rPr>
                <w:sz w:val="10"/>
                <w:szCs w:val="10"/>
              </w:rPr>
            </w:pPr>
          </w:p>
          <w:p>
            <w:pPr>
              <w:spacing w:before="0" w:after="0" w:line="290" w:lineRule="exact"/>
            </w:pPr>
            <w:r>
              <w:rPr>
                <w:rFonts w:ascii="Yu Mincho" w:hAnsi="Yu Mincho" w:eastAsia="Yu Mincho"/>
                <w:b w:val="0"/>
                <w:i w:val="0"/>
                <w:color w:val="1A1A1A"/>
                <w:sz w:val="21"/>
              </w:rPr>
              <w:t>本年四月に</w:t>
            </w:r>
          </w:p>
          <w:p>
            <w:pPr>
              <w:spacing w:before="0" w:after="0" w:line="290" w:lineRule="exact"/>
            </w:pPr>
            <w:r>
              <w:rPr>
                <w:rFonts w:ascii="Yu Mincho" w:hAnsi="Yu Mincho" w:eastAsia="Yu Mincho"/>
                <w:b w:val="0"/>
                <w:i w:val="0"/>
                <w:color w:val="1A1A1A"/>
                <w:sz w:val="21"/>
              </w:rPr>
              <w:t>兄　山田次郎が</w:t>
            </w:r>
          </w:p>
          <w:p>
            <w:pPr>
              <w:spacing w:before="0" w:after="0" w:line="290" w:lineRule="exact"/>
            </w:pPr>
            <w:r>
              <w:rPr>
                <w:rFonts w:ascii="Yu Mincho" w:hAnsi="Yu Mincho" w:eastAsia="Yu Mincho"/>
                <w:b w:val="0"/>
                <w:i w:val="0"/>
                <w:color w:val="1A1A1A"/>
                <w:sz w:val="21"/>
              </w:rPr>
              <w:t>五十一歳にて永眠いたしました</w:t>
            </w:r>
          </w:p>
          <w:p>
            <w:pPr>
              <w:spacing w:before="0" w:after="0" w:line="290" w:lineRule="exact"/>
            </w:pPr>
            <w:r>
              <w:rPr>
                <w:rFonts w:ascii="Yu Mincho" w:hAnsi="Yu Mincho" w:eastAsia="Yu Mincho"/>
                <w:b w:val="0"/>
                <w:i w:val="0"/>
                <w:color w:val="1A1A1A"/>
                <w:sz w:val="21"/>
              </w:rPr>
              <w:t>生前のご厚誼に</w:t>
            </w:r>
          </w:p>
          <w:p>
            <w:pPr>
              <w:spacing w:before="0" w:after="0" w:line="290" w:lineRule="exact"/>
            </w:pPr>
            <w:r>
              <w:rPr>
                <w:rFonts w:ascii="Yu Mincho" w:hAnsi="Yu Mincho" w:eastAsia="Yu Mincho"/>
                <w:b w:val="0"/>
                <w:i w:val="0"/>
                <w:color w:val="1A1A1A"/>
                <w:sz w:val="21"/>
              </w:rPr>
              <w:t>深く感謝申し上げます</w:t>
            </w:r>
          </w:p>
          <w:p>
            <w:pPr>
              <w:spacing w:before="0" w:after="0" w:line="140" w:lineRule="exact"/>
              <w:rPr>
                <w:sz w:val="10"/>
                <w:szCs w:val="10"/>
              </w:rPr>
            </w:pPr>
          </w:p>
          <w:p>
            <w:pPr>
              <w:spacing w:before="0" w:after="0" w:line="290" w:lineRule="exact"/>
            </w:pPr>
            <w:r>
              <w:rPr>
                <w:rFonts w:ascii="Yu Mincho" w:hAnsi="Yu Mincho" w:eastAsia="Yu Mincho"/>
                <w:b w:val="0"/>
                <w:i w:val="0"/>
                <w:color w:val="1A1A1A"/>
                <w:sz w:val="21"/>
              </w:rPr>
              <w:t>皆様のご健勝を</w:t>
            </w:r>
          </w:p>
          <w:p>
            <w:pPr>
              <w:spacing w:before="0" w:after="0" w:line="290" w:lineRule="exact"/>
            </w:pPr>
            <w:r>
              <w:rPr>
                <w:rFonts w:ascii="Yu Mincho" w:hAnsi="Yu Mincho" w:eastAsia="Yu Mincho"/>
                <w:b w:val="0"/>
                <w:i w:val="0"/>
                <w:color w:val="1A1A1A"/>
                <w:sz w:val="21"/>
              </w:rPr>
              <w:t>お祈り申し上げます</w:t>
            </w:r>
          </w:p>
          <w:p>
            <w:pPr>
              <w:spacing w:before="0" w:after="0" w:line="140" w:lineRule="exact"/>
              <w:rPr>
                <w:sz w:val="10"/>
                <w:szCs w:val="10"/>
              </w:rPr>
            </w:pPr>
          </w:p>
          <w:p>
            <w:pPr>
              <w:spacing w:before="0" w:after="0" w:line="290" w:lineRule="exact"/>
            </w:pPr>
            <w:r>
              <w:rPr>
                <w:rFonts w:ascii="Yu Mincho" w:hAnsi="Yu Mincho" w:eastAsia="Yu Mincho"/>
                <w:b w:val="0"/>
                <w:i w:val="0"/>
                <w:color w:val="1A1A1A"/>
                <w:sz w:val="21"/>
              </w:rPr>
              <w:t>令和八年十一月</w:t>
            </w:r>
          </w:p>
        </w:tc>
      </w:tr>
    </w:tbl>
    <w:p>
      <w:pPr>
        <w:keepNext/>
        <w:spacing w:before="160" w:after="40"/>
      </w:pPr>
      <w:r>
        <w:rPr>
          <w:rFonts w:ascii="Yu Gothic" w:hAnsi="Yu Gothic" w:eastAsia="Yu Gothic"/>
          <w:b/>
          <w:i w:val="0"/>
          <w:color w:val="1B3A5C"/>
          <w:sz w:val="21"/>
        </w:rPr>
        <w:t>文例10　長男（子）</w:t>
      </w:r>
    </w:p>
    <w:tbl>
      <w:tblPr>
        <w:tblW w:type="dxa" w:w="9865"/>
        <w:tblInd w:w="227" w:type="dxa"/>
        <w:tblBorders>
          <w:top w:val="nil"/>
          <w:left w:val="nil"/>
          <w:bottom w:val="nil"/>
          <w:right w:val="nil"/>
          <w:insideH w:val="nil"/>
          <w:insideV w:val="nil"/>
        </w:tblBorders>
        <w:tblLayout w:type="fixed"/>
      </w:tblPr>
      <w:tblGrid>
        <w:gridCol w:w="9865"/>
      </w:tblGrid>
      <w:tr>
        <w:trPr>
          <w:cantSplit/>
        </w:trPr>
        <w:tc>
          <w:tcPr>
            <w:tcW w:type="dxa" w:w="9865"/>
            <w:tcMar>
              <w:top w:w="113" w:type="dxa"/>
              <w:bottom w:w="113" w:type="dxa"/>
              <w:left w:w="227" w:type="dxa"/>
              <w:right w:w="227" w:type="dxa"/>
            </w:tcMar>
            <w:shd w:val="clear" w:color="auto" w:fill="FFFFFF"/>
            <w:tcBorders>
              <w:top w:val="single" w:sz="3" w:space="0" w:color="B9C4CF"/>
              <w:bottom w:val="single" w:sz="3" w:space="0" w:color="B9C4CF"/>
              <w:left w:val="single" w:sz="10" w:space="0" w:color="1B3A5C"/>
              <w:right w:val="single" w:sz="3" w:space="0" w:color="B9C4CF"/>
            </w:tcBorders>
          </w:tcPr>
          <w:p>
            <w:pPr>
              <w:spacing w:before="0" w:after="0" w:line="290" w:lineRule="exact"/>
            </w:pPr>
            <w:r>
              <w:rPr>
                <w:rFonts w:ascii="Yu Mincho" w:hAnsi="Yu Mincho" w:eastAsia="Yu Mincho"/>
                <w:b w:val="0"/>
                <w:i w:val="0"/>
                <w:color w:val="1A1A1A"/>
                <w:sz w:val="21"/>
              </w:rPr>
              <w:t>喪中につき</w:t>
            </w:r>
          </w:p>
          <w:p>
            <w:pPr>
              <w:spacing w:before="0" w:after="0" w:line="290" w:lineRule="exact"/>
            </w:pPr>
            <w:r>
              <w:rPr>
                <w:rFonts w:ascii="Yu Mincho" w:hAnsi="Yu Mincho" w:eastAsia="Yu Mincho"/>
                <w:b w:val="0"/>
                <w:i w:val="0"/>
                <w:color w:val="1A1A1A"/>
                <w:sz w:val="21"/>
              </w:rPr>
              <w:t>年末年始のご挨拶を</w:t>
            </w:r>
          </w:p>
          <w:p>
            <w:pPr>
              <w:spacing w:before="0" w:after="0" w:line="290" w:lineRule="exact"/>
            </w:pPr>
            <w:r>
              <w:rPr>
                <w:rFonts w:ascii="Yu Mincho" w:hAnsi="Yu Mincho" w:eastAsia="Yu Mincho"/>
                <w:b w:val="0"/>
                <w:i w:val="0"/>
                <w:color w:val="1A1A1A"/>
                <w:sz w:val="21"/>
              </w:rPr>
              <w:t>ご遠慮申し上げます</w:t>
            </w:r>
          </w:p>
          <w:p>
            <w:pPr>
              <w:spacing w:before="0" w:after="0" w:line="140" w:lineRule="exact"/>
              <w:rPr>
                <w:sz w:val="10"/>
                <w:szCs w:val="10"/>
              </w:rPr>
            </w:pPr>
          </w:p>
          <w:p>
            <w:pPr>
              <w:spacing w:before="0" w:after="0" w:line="290" w:lineRule="exact"/>
            </w:pPr>
            <w:r>
              <w:rPr>
                <w:rFonts w:ascii="Yu Mincho" w:hAnsi="Yu Mincho" w:eastAsia="Yu Mincho"/>
                <w:b w:val="0"/>
                <w:i w:val="0"/>
                <w:color w:val="1A1A1A"/>
                <w:sz w:val="21"/>
              </w:rPr>
              <w:t>本年一月に</w:t>
            </w:r>
          </w:p>
          <w:p>
            <w:pPr>
              <w:spacing w:before="0" w:after="0" w:line="290" w:lineRule="exact"/>
            </w:pPr>
            <w:r>
              <w:rPr>
                <w:rFonts w:ascii="Yu Mincho" w:hAnsi="Yu Mincho" w:eastAsia="Yu Mincho"/>
                <w:b w:val="0"/>
                <w:i w:val="0"/>
                <w:color w:val="1A1A1A"/>
                <w:sz w:val="21"/>
              </w:rPr>
              <w:t>長男　山田翔太が</w:t>
            </w:r>
          </w:p>
          <w:p>
            <w:pPr>
              <w:spacing w:before="0" w:after="0" w:line="290" w:lineRule="exact"/>
            </w:pPr>
            <w:r>
              <w:rPr>
                <w:rFonts w:ascii="Yu Mincho" w:hAnsi="Yu Mincho" w:eastAsia="Yu Mincho"/>
                <w:b w:val="0"/>
                <w:i w:val="0"/>
                <w:color w:val="1A1A1A"/>
                <w:sz w:val="21"/>
              </w:rPr>
              <w:t>二十六歳にて永眠いたしました</w:t>
            </w:r>
          </w:p>
          <w:p>
            <w:pPr>
              <w:spacing w:before="0" w:after="0" w:line="290" w:lineRule="exact"/>
            </w:pPr>
            <w:r>
              <w:rPr>
                <w:rFonts w:ascii="Yu Mincho" w:hAnsi="Yu Mincho" w:eastAsia="Yu Mincho"/>
                <w:b w:val="0"/>
                <w:i w:val="0"/>
                <w:color w:val="1A1A1A"/>
                <w:sz w:val="21"/>
              </w:rPr>
              <w:t>生前賜りましたご厚情に</w:t>
            </w:r>
          </w:p>
          <w:p>
            <w:pPr>
              <w:spacing w:before="0" w:after="0" w:line="290" w:lineRule="exact"/>
            </w:pPr>
            <w:r>
              <w:rPr>
                <w:rFonts w:ascii="Yu Mincho" w:hAnsi="Yu Mincho" w:eastAsia="Yu Mincho"/>
                <w:b w:val="0"/>
                <w:i w:val="0"/>
                <w:color w:val="1A1A1A"/>
                <w:sz w:val="21"/>
              </w:rPr>
              <w:t>深く感謝申し上げます</w:t>
            </w:r>
          </w:p>
          <w:p>
            <w:pPr>
              <w:spacing w:before="0" w:after="0" w:line="140" w:lineRule="exact"/>
              <w:rPr>
                <w:sz w:val="10"/>
                <w:szCs w:val="10"/>
              </w:rPr>
            </w:pPr>
          </w:p>
          <w:p>
            <w:pPr>
              <w:spacing w:before="0" w:after="0" w:line="290" w:lineRule="exact"/>
            </w:pPr>
            <w:r>
              <w:rPr>
                <w:rFonts w:ascii="Yu Mincho" w:hAnsi="Yu Mincho" w:eastAsia="Yu Mincho"/>
                <w:b w:val="0"/>
                <w:i w:val="0"/>
                <w:color w:val="1A1A1A"/>
                <w:sz w:val="21"/>
              </w:rPr>
              <w:t>皆様にはどうぞ</w:t>
            </w:r>
          </w:p>
          <w:p>
            <w:pPr>
              <w:spacing w:before="0" w:after="0" w:line="290" w:lineRule="exact"/>
            </w:pPr>
            <w:r>
              <w:rPr>
                <w:rFonts w:ascii="Yu Mincho" w:hAnsi="Yu Mincho" w:eastAsia="Yu Mincho"/>
                <w:b w:val="0"/>
                <w:i w:val="0"/>
                <w:color w:val="1A1A1A"/>
                <w:sz w:val="21"/>
              </w:rPr>
              <w:t>健やかな新年をお迎えください</w:t>
            </w:r>
          </w:p>
          <w:p>
            <w:pPr>
              <w:spacing w:before="0" w:after="0" w:line="140" w:lineRule="exact"/>
              <w:rPr>
                <w:sz w:val="10"/>
                <w:szCs w:val="10"/>
              </w:rPr>
            </w:pPr>
          </w:p>
          <w:p>
            <w:pPr>
              <w:spacing w:before="0" w:after="0" w:line="290" w:lineRule="exact"/>
            </w:pPr>
            <w:r>
              <w:rPr>
                <w:rFonts w:ascii="Yu Mincho" w:hAnsi="Yu Mincho" w:eastAsia="Yu Mincho"/>
                <w:b w:val="0"/>
                <w:i w:val="0"/>
                <w:color w:val="1A1A1A"/>
                <w:sz w:val="21"/>
              </w:rPr>
              <w:t>令和八年十一月</w:t>
            </w:r>
          </w:p>
        </w:tc>
      </w:tr>
    </w:tbl>
    <w:p>
      <w:pPr>
        <w:keepNext/>
        <w:spacing w:before="160" w:after="40"/>
      </w:pPr>
      <w:r>
        <w:rPr>
          <w:rFonts w:ascii="Yu Gothic" w:hAnsi="Yu Gothic" w:eastAsia="Yu Gothic"/>
          <w:b/>
          <w:i w:val="0"/>
          <w:color w:val="1B3A5C"/>
          <w:sz w:val="21"/>
        </w:rPr>
        <w:t>文例11　叔父（一般的な範囲外・親しい間柄で出す場合）</w:t>
      </w:r>
    </w:p>
    <w:tbl>
      <w:tblPr>
        <w:tblW w:type="dxa" w:w="9865"/>
        <w:tblInd w:w="227" w:type="dxa"/>
        <w:tblBorders>
          <w:top w:val="nil"/>
          <w:left w:val="nil"/>
          <w:bottom w:val="nil"/>
          <w:right w:val="nil"/>
          <w:insideH w:val="nil"/>
          <w:insideV w:val="nil"/>
        </w:tblBorders>
        <w:tblLayout w:type="fixed"/>
      </w:tblPr>
      <w:tblGrid>
        <w:gridCol w:w="9865"/>
      </w:tblGrid>
      <w:tr>
        <w:trPr>
          <w:cantSplit/>
        </w:trPr>
        <w:tc>
          <w:tcPr>
            <w:tcW w:type="dxa" w:w="9865"/>
            <w:tcMar>
              <w:top w:w="113" w:type="dxa"/>
              <w:bottom w:w="113" w:type="dxa"/>
              <w:left w:w="227" w:type="dxa"/>
              <w:right w:w="227" w:type="dxa"/>
            </w:tcMar>
            <w:shd w:val="clear" w:color="auto" w:fill="FFFFFF"/>
            <w:tcBorders>
              <w:top w:val="single" w:sz="3" w:space="0" w:color="B9C4CF"/>
              <w:bottom w:val="single" w:sz="3" w:space="0" w:color="B9C4CF"/>
              <w:left w:val="single" w:sz="10" w:space="0" w:color="1B3A5C"/>
              <w:right w:val="single" w:sz="3" w:space="0" w:color="B9C4CF"/>
            </w:tcBorders>
          </w:tcPr>
          <w:p>
            <w:pPr>
              <w:spacing w:before="0" w:after="0" w:line="290" w:lineRule="exact"/>
            </w:pPr>
            <w:r>
              <w:rPr>
                <w:rFonts w:ascii="Yu Mincho" w:hAnsi="Yu Mincho" w:eastAsia="Yu Mincho"/>
                <w:b w:val="0"/>
                <w:i w:val="0"/>
                <w:color w:val="1A1A1A"/>
                <w:sz w:val="21"/>
              </w:rPr>
              <w:t>喪中につき</w:t>
            </w:r>
          </w:p>
          <w:p>
            <w:pPr>
              <w:spacing w:before="0" w:after="0" w:line="290" w:lineRule="exact"/>
            </w:pPr>
            <w:r>
              <w:rPr>
                <w:rFonts w:ascii="Yu Mincho" w:hAnsi="Yu Mincho" w:eastAsia="Yu Mincho"/>
                <w:b w:val="0"/>
                <w:i w:val="0"/>
                <w:color w:val="1A1A1A"/>
                <w:sz w:val="21"/>
              </w:rPr>
              <w:t>年頭のご挨拶を</w:t>
            </w:r>
          </w:p>
          <w:p>
            <w:pPr>
              <w:spacing w:before="0" w:after="0" w:line="290" w:lineRule="exact"/>
            </w:pPr>
            <w:r>
              <w:rPr>
                <w:rFonts w:ascii="Yu Mincho" w:hAnsi="Yu Mincho" w:eastAsia="Yu Mincho"/>
                <w:b w:val="0"/>
                <w:i w:val="0"/>
                <w:color w:val="1A1A1A"/>
                <w:sz w:val="21"/>
              </w:rPr>
              <w:t>ご遠慮申し上げます</w:t>
            </w:r>
          </w:p>
          <w:p>
            <w:pPr>
              <w:spacing w:before="0" w:after="0" w:line="140" w:lineRule="exact"/>
              <w:rPr>
                <w:sz w:val="10"/>
                <w:szCs w:val="10"/>
              </w:rPr>
            </w:pPr>
          </w:p>
          <w:p>
            <w:pPr>
              <w:spacing w:before="0" w:after="0" w:line="290" w:lineRule="exact"/>
            </w:pPr>
            <w:r>
              <w:rPr>
                <w:rFonts w:ascii="Yu Mincho" w:hAnsi="Yu Mincho" w:eastAsia="Yu Mincho"/>
                <w:b w:val="0"/>
                <w:i w:val="0"/>
                <w:color w:val="1A1A1A"/>
                <w:sz w:val="21"/>
              </w:rPr>
              <w:t>本年十月に</w:t>
            </w:r>
          </w:p>
          <w:p>
            <w:pPr>
              <w:spacing w:before="0" w:after="0" w:line="290" w:lineRule="exact"/>
            </w:pPr>
            <w:r>
              <w:rPr>
                <w:rFonts w:ascii="Yu Mincho" w:hAnsi="Yu Mincho" w:eastAsia="Yu Mincho"/>
                <w:b w:val="0"/>
                <w:i w:val="0"/>
                <w:color w:val="1A1A1A"/>
                <w:sz w:val="21"/>
              </w:rPr>
              <w:t>叔父　山田三郎が</w:t>
            </w:r>
          </w:p>
          <w:p>
            <w:pPr>
              <w:spacing w:before="0" w:after="0" w:line="290" w:lineRule="exact"/>
            </w:pPr>
            <w:r>
              <w:rPr>
                <w:rFonts w:ascii="Yu Mincho" w:hAnsi="Yu Mincho" w:eastAsia="Yu Mincho"/>
                <w:b w:val="0"/>
                <w:i w:val="0"/>
                <w:color w:val="1A1A1A"/>
                <w:sz w:val="21"/>
              </w:rPr>
              <w:t>七十九歳にて永眠いたしました</w:t>
            </w:r>
          </w:p>
          <w:p>
            <w:pPr>
              <w:spacing w:before="0" w:after="0" w:line="290" w:lineRule="exact"/>
            </w:pPr>
            <w:r>
              <w:rPr>
                <w:rFonts w:ascii="Yu Mincho" w:hAnsi="Yu Mincho" w:eastAsia="Yu Mincho"/>
                <w:b w:val="0"/>
                <w:i w:val="0"/>
                <w:color w:val="1A1A1A"/>
                <w:sz w:val="21"/>
              </w:rPr>
              <w:t>生前のご厚誼に</w:t>
            </w:r>
          </w:p>
          <w:p>
            <w:pPr>
              <w:spacing w:before="0" w:after="0" w:line="290" w:lineRule="exact"/>
            </w:pPr>
            <w:r>
              <w:rPr>
                <w:rFonts w:ascii="Yu Mincho" w:hAnsi="Yu Mincho" w:eastAsia="Yu Mincho"/>
                <w:b w:val="0"/>
                <w:i w:val="0"/>
                <w:color w:val="1A1A1A"/>
                <w:sz w:val="21"/>
              </w:rPr>
              <w:t>深く感謝申し上げます</w:t>
            </w:r>
          </w:p>
          <w:p>
            <w:pPr>
              <w:spacing w:before="0" w:after="0" w:line="140" w:lineRule="exact"/>
              <w:rPr>
                <w:sz w:val="10"/>
                <w:szCs w:val="10"/>
              </w:rPr>
            </w:pPr>
          </w:p>
          <w:p>
            <w:pPr>
              <w:spacing w:before="0" w:after="0" w:line="290" w:lineRule="exact"/>
            </w:pPr>
            <w:r>
              <w:rPr>
                <w:rFonts w:ascii="Yu Mincho" w:hAnsi="Yu Mincho" w:eastAsia="Yu Mincho"/>
                <w:b w:val="0"/>
                <w:i w:val="0"/>
                <w:color w:val="1A1A1A"/>
                <w:sz w:val="21"/>
              </w:rPr>
              <w:t>皆様のご健康を</w:t>
            </w:r>
          </w:p>
          <w:p>
            <w:pPr>
              <w:spacing w:before="0" w:after="0" w:line="290" w:lineRule="exact"/>
            </w:pPr>
            <w:r>
              <w:rPr>
                <w:rFonts w:ascii="Yu Mincho" w:hAnsi="Yu Mincho" w:eastAsia="Yu Mincho"/>
                <w:b w:val="0"/>
                <w:i w:val="0"/>
                <w:color w:val="1A1A1A"/>
                <w:sz w:val="21"/>
              </w:rPr>
              <w:t>お祈り申し上げます</w:t>
            </w:r>
          </w:p>
          <w:p>
            <w:pPr>
              <w:spacing w:before="0" w:after="0" w:line="140" w:lineRule="exact"/>
              <w:rPr>
                <w:sz w:val="10"/>
                <w:szCs w:val="10"/>
              </w:rPr>
            </w:pPr>
          </w:p>
          <w:p>
            <w:pPr>
              <w:spacing w:before="0" w:after="0" w:line="290" w:lineRule="exact"/>
            </w:pPr>
            <w:r>
              <w:rPr>
                <w:rFonts w:ascii="Yu Mincho" w:hAnsi="Yu Mincho" w:eastAsia="Yu Mincho"/>
                <w:b w:val="0"/>
                <w:i w:val="0"/>
                <w:color w:val="1A1A1A"/>
                <w:sz w:val="21"/>
              </w:rPr>
              <w:t>令和八年十一月</w:t>
            </w:r>
          </w:p>
        </w:tc>
      </w:tr>
    </w:tbl>
    <w:p>
      <w:pPr>
        <w:keepNext/>
        <w:spacing w:before="160" w:after="40"/>
      </w:pPr>
      <w:r>
        <w:rPr>
          <w:rFonts w:ascii="Yu Gothic" w:hAnsi="Yu Gothic" w:eastAsia="Yu Gothic"/>
          <w:b/>
          <w:i w:val="0"/>
          <w:color w:val="1B3A5C"/>
          <w:sz w:val="21"/>
        </w:rPr>
        <w:t>文例12　複数の方が亡くなった（父と母）</w:t>
      </w:r>
    </w:p>
    <w:tbl>
      <w:tblPr>
        <w:tblW w:type="dxa" w:w="9865"/>
        <w:tblInd w:w="227" w:type="dxa"/>
        <w:tblBorders>
          <w:top w:val="nil"/>
          <w:left w:val="nil"/>
          <w:bottom w:val="nil"/>
          <w:right w:val="nil"/>
          <w:insideH w:val="nil"/>
          <w:insideV w:val="nil"/>
        </w:tblBorders>
        <w:tblLayout w:type="fixed"/>
      </w:tblPr>
      <w:tblGrid>
        <w:gridCol w:w="9865"/>
      </w:tblGrid>
      <w:tr>
        <w:trPr>
          <w:cantSplit/>
        </w:trPr>
        <w:tc>
          <w:tcPr>
            <w:tcW w:type="dxa" w:w="9865"/>
            <w:tcMar>
              <w:top w:w="113" w:type="dxa"/>
              <w:bottom w:w="113" w:type="dxa"/>
              <w:left w:w="227" w:type="dxa"/>
              <w:right w:w="227" w:type="dxa"/>
            </w:tcMar>
            <w:shd w:val="clear" w:color="auto" w:fill="FFFFFF"/>
            <w:tcBorders>
              <w:top w:val="single" w:sz="3" w:space="0" w:color="B9C4CF"/>
              <w:bottom w:val="single" w:sz="3" w:space="0" w:color="B9C4CF"/>
              <w:left w:val="single" w:sz="10" w:space="0" w:color="1B3A5C"/>
              <w:right w:val="single" w:sz="3" w:space="0" w:color="B9C4CF"/>
            </w:tcBorders>
          </w:tcPr>
          <w:p>
            <w:pPr>
              <w:spacing w:before="0" w:after="0" w:line="290" w:lineRule="exact"/>
            </w:pPr>
            <w:r>
              <w:rPr>
                <w:rFonts w:ascii="Yu Mincho" w:hAnsi="Yu Mincho" w:eastAsia="Yu Mincho"/>
                <w:b w:val="0"/>
                <w:i w:val="0"/>
                <w:color w:val="1A1A1A"/>
                <w:sz w:val="21"/>
              </w:rPr>
              <w:t>喪中につき</w:t>
            </w:r>
          </w:p>
          <w:p>
            <w:pPr>
              <w:spacing w:before="0" w:after="0" w:line="290" w:lineRule="exact"/>
            </w:pPr>
            <w:r>
              <w:rPr>
                <w:rFonts w:ascii="Yu Mincho" w:hAnsi="Yu Mincho" w:eastAsia="Yu Mincho"/>
                <w:b w:val="0"/>
                <w:i w:val="0"/>
                <w:color w:val="1A1A1A"/>
                <w:sz w:val="21"/>
              </w:rPr>
              <w:t>年末年始のご挨拶を</w:t>
            </w:r>
          </w:p>
          <w:p>
            <w:pPr>
              <w:spacing w:before="0" w:after="0" w:line="290" w:lineRule="exact"/>
            </w:pPr>
            <w:r>
              <w:rPr>
                <w:rFonts w:ascii="Yu Mincho" w:hAnsi="Yu Mincho" w:eastAsia="Yu Mincho"/>
                <w:b w:val="0"/>
                <w:i w:val="0"/>
                <w:color w:val="1A1A1A"/>
                <w:sz w:val="21"/>
              </w:rPr>
              <w:t>ご遠慮申し上げます</w:t>
            </w:r>
          </w:p>
          <w:p>
            <w:pPr>
              <w:spacing w:before="0" w:after="0" w:line="140" w:lineRule="exact"/>
              <w:rPr>
                <w:sz w:val="10"/>
                <w:szCs w:val="10"/>
              </w:rPr>
            </w:pPr>
          </w:p>
          <w:p>
            <w:pPr>
              <w:spacing w:before="0" w:after="0" w:line="290" w:lineRule="exact"/>
            </w:pPr>
            <w:r>
              <w:rPr>
                <w:rFonts w:ascii="Yu Mincho" w:hAnsi="Yu Mincho" w:eastAsia="Yu Mincho"/>
                <w:b w:val="0"/>
                <w:i w:val="0"/>
                <w:color w:val="1A1A1A"/>
                <w:sz w:val="21"/>
              </w:rPr>
              <w:t>本年三月に</w:t>
            </w:r>
          </w:p>
          <w:p>
            <w:pPr>
              <w:spacing w:before="0" w:after="0" w:line="290" w:lineRule="exact"/>
            </w:pPr>
            <w:r>
              <w:rPr>
                <w:rFonts w:ascii="Yu Mincho" w:hAnsi="Yu Mincho" w:eastAsia="Yu Mincho"/>
                <w:b w:val="0"/>
                <w:i w:val="0"/>
                <w:color w:val="1A1A1A"/>
                <w:sz w:val="21"/>
              </w:rPr>
              <w:t>父　山田一郎が</w:t>
            </w:r>
          </w:p>
          <w:p>
            <w:pPr>
              <w:spacing w:before="0" w:after="0" w:line="290" w:lineRule="exact"/>
            </w:pPr>
            <w:r>
              <w:rPr>
                <w:rFonts w:ascii="Yu Mincho" w:hAnsi="Yu Mincho" w:eastAsia="Yu Mincho"/>
                <w:b w:val="0"/>
                <w:i w:val="0"/>
                <w:color w:val="1A1A1A"/>
                <w:sz w:val="21"/>
              </w:rPr>
              <w:t>七月に</w:t>
            </w:r>
          </w:p>
          <w:p>
            <w:pPr>
              <w:spacing w:before="0" w:after="0" w:line="290" w:lineRule="exact"/>
            </w:pPr>
            <w:r>
              <w:rPr>
                <w:rFonts w:ascii="Yu Mincho" w:hAnsi="Yu Mincho" w:eastAsia="Yu Mincho"/>
                <w:b w:val="0"/>
                <w:i w:val="0"/>
                <w:color w:val="1A1A1A"/>
                <w:sz w:val="21"/>
              </w:rPr>
              <w:t>母　山田花子が</w:t>
            </w:r>
          </w:p>
          <w:p>
            <w:pPr>
              <w:spacing w:before="0" w:after="0" w:line="290" w:lineRule="exact"/>
            </w:pPr>
            <w:r>
              <w:rPr>
                <w:rFonts w:ascii="Yu Mincho" w:hAnsi="Yu Mincho" w:eastAsia="Yu Mincho"/>
                <w:b w:val="0"/>
                <w:i w:val="0"/>
                <w:color w:val="1A1A1A"/>
                <w:sz w:val="21"/>
              </w:rPr>
              <w:t>それぞれ永眠いたしました</w:t>
            </w:r>
          </w:p>
          <w:p>
            <w:pPr>
              <w:spacing w:before="0" w:after="0" w:line="290" w:lineRule="exact"/>
            </w:pPr>
            <w:r>
              <w:rPr>
                <w:rFonts w:ascii="Yu Mincho" w:hAnsi="Yu Mincho" w:eastAsia="Yu Mincho"/>
                <w:b w:val="0"/>
                <w:i w:val="0"/>
                <w:color w:val="1A1A1A"/>
                <w:sz w:val="21"/>
              </w:rPr>
              <w:t>生前に賜りましたご厚情に</w:t>
            </w:r>
          </w:p>
          <w:p>
            <w:pPr>
              <w:spacing w:before="0" w:after="0" w:line="290" w:lineRule="exact"/>
            </w:pPr>
            <w:r>
              <w:rPr>
                <w:rFonts w:ascii="Yu Mincho" w:hAnsi="Yu Mincho" w:eastAsia="Yu Mincho"/>
                <w:b w:val="0"/>
                <w:i w:val="0"/>
                <w:color w:val="1A1A1A"/>
                <w:sz w:val="21"/>
              </w:rPr>
              <w:t>深く感謝申し上げます</w:t>
            </w:r>
          </w:p>
          <w:p>
            <w:pPr>
              <w:spacing w:before="0" w:after="0" w:line="140" w:lineRule="exact"/>
              <w:rPr>
                <w:sz w:val="10"/>
                <w:szCs w:val="10"/>
              </w:rPr>
            </w:pPr>
          </w:p>
          <w:p>
            <w:pPr>
              <w:spacing w:before="0" w:after="0" w:line="290" w:lineRule="exact"/>
            </w:pPr>
            <w:r>
              <w:rPr>
                <w:rFonts w:ascii="Yu Mincho" w:hAnsi="Yu Mincho" w:eastAsia="Yu Mincho"/>
                <w:b w:val="0"/>
                <w:i w:val="0"/>
                <w:color w:val="1A1A1A"/>
                <w:sz w:val="21"/>
              </w:rPr>
              <w:t>皆様のご多幸を</w:t>
            </w:r>
          </w:p>
          <w:p>
            <w:pPr>
              <w:spacing w:before="0" w:after="0" w:line="290" w:lineRule="exact"/>
            </w:pPr>
            <w:r>
              <w:rPr>
                <w:rFonts w:ascii="Yu Mincho" w:hAnsi="Yu Mincho" w:eastAsia="Yu Mincho"/>
                <w:b w:val="0"/>
                <w:i w:val="0"/>
                <w:color w:val="1A1A1A"/>
                <w:sz w:val="21"/>
              </w:rPr>
              <w:t>お祈り申し上げます</w:t>
            </w:r>
          </w:p>
          <w:p>
            <w:pPr>
              <w:spacing w:before="0" w:after="0" w:line="140" w:lineRule="exact"/>
              <w:rPr>
                <w:sz w:val="10"/>
                <w:szCs w:val="10"/>
              </w:rPr>
            </w:pPr>
          </w:p>
          <w:p>
            <w:pPr>
              <w:spacing w:before="0" w:after="0" w:line="290" w:lineRule="exact"/>
            </w:pPr>
            <w:r>
              <w:rPr>
                <w:rFonts w:ascii="Yu Mincho" w:hAnsi="Yu Mincho" w:eastAsia="Yu Mincho"/>
                <w:b w:val="0"/>
                <w:i w:val="0"/>
                <w:color w:val="1A1A1A"/>
                <w:sz w:val="21"/>
              </w:rPr>
              <w:t>令和八年十一月</w:t>
            </w:r>
          </w:p>
        </w:tc>
      </w:tr>
    </w:tbl>
    <w:p>
      <w:pPr>
        <w:keepNext/>
        <w:spacing w:before="160" w:after="40"/>
      </w:pPr>
      <w:r>
        <w:rPr>
          <w:rFonts w:ascii="Yu Gothic" w:hAnsi="Yu Gothic" w:eastAsia="Yu Gothic"/>
          <w:b/>
          <w:i w:val="0"/>
          <w:color w:val="1B3A5C"/>
          <w:sz w:val="21"/>
        </w:rPr>
        <w:t>文例13　家族葬で見送った（事後の知らせ）</w:t>
      </w:r>
    </w:p>
    <w:tbl>
      <w:tblPr>
        <w:tblW w:type="dxa" w:w="9865"/>
        <w:tblInd w:w="227" w:type="dxa"/>
        <w:tblBorders>
          <w:top w:val="nil"/>
          <w:left w:val="nil"/>
          <w:bottom w:val="nil"/>
          <w:right w:val="nil"/>
          <w:insideH w:val="nil"/>
          <w:insideV w:val="nil"/>
        </w:tblBorders>
        <w:tblLayout w:type="fixed"/>
      </w:tblPr>
      <w:tblGrid>
        <w:gridCol w:w="9865"/>
      </w:tblGrid>
      <w:tr>
        <w:trPr>
          <w:cantSplit/>
        </w:trPr>
        <w:tc>
          <w:tcPr>
            <w:tcW w:type="dxa" w:w="9865"/>
            <w:tcMar>
              <w:top w:w="113" w:type="dxa"/>
              <w:bottom w:w="113" w:type="dxa"/>
              <w:left w:w="227" w:type="dxa"/>
              <w:right w:w="227" w:type="dxa"/>
            </w:tcMar>
            <w:shd w:val="clear" w:color="auto" w:fill="FFFFFF"/>
            <w:tcBorders>
              <w:top w:val="single" w:sz="3" w:space="0" w:color="B9C4CF"/>
              <w:bottom w:val="single" w:sz="3" w:space="0" w:color="B9C4CF"/>
              <w:left w:val="single" w:sz="10" w:space="0" w:color="1B3A5C"/>
              <w:right w:val="single" w:sz="3" w:space="0" w:color="B9C4CF"/>
            </w:tcBorders>
          </w:tcPr>
          <w:p>
            <w:pPr>
              <w:spacing w:before="0" w:after="0" w:line="290" w:lineRule="exact"/>
            </w:pPr>
            <w:r>
              <w:rPr>
                <w:rFonts w:ascii="Yu Mincho" w:hAnsi="Yu Mincho" w:eastAsia="Yu Mincho"/>
                <w:b w:val="0"/>
                <w:i w:val="0"/>
                <w:color w:val="1A1A1A"/>
                <w:sz w:val="21"/>
              </w:rPr>
              <w:t>喪中につき</w:t>
            </w:r>
          </w:p>
          <w:p>
            <w:pPr>
              <w:spacing w:before="0" w:after="0" w:line="290" w:lineRule="exact"/>
            </w:pPr>
            <w:r>
              <w:rPr>
                <w:rFonts w:ascii="Yu Mincho" w:hAnsi="Yu Mincho" w:eastAsia="Yu Mincho"/>
                <w:b w:val="0"/>
                <w:i w:val="0"/>
                <w:color w:val="1A1A1A"/>
                <w:sz w:val="21"/>
              </w:rPr>
              <w:t>年末年始のご挨拶を</w:t>
            </w:r>
          </w:p>
          <w:p>
            <w:pPr>
              <w:spacing w:before="0" w:after="0" w:line="290" w:lineRule="exact"/>
            </w:pPr>
            <w:r>
              <w:rPr>
                <w:rFonts w:ascii="Yu Mincho" w:hAnsi="Yu Mincho" w:eastAsia="Yu Mincho"/>
                <w:b w:val="0"/>
                <w:i w:val="0"/>
                <w:color w:val="1A1A1A"/>
                <w:sz w:val="21"/>
              </w:rPr>
              <w:t>ご遠慮申し上げます</w:t>
            </w:r>
          </w:p>
          <w:p>
            <w:pPr>
              <w:spacing w:before="0" w:after="0" w:line="140" w:lineRule="exact"/>
              <w:rPr>
                <w:sz w:val="10"/>
                <w:szCs w:val="10"/>
              </w:rPr>
            </w:pPr>
          </w:p>
          <w:p>
            <w:pPr>
              <w:spacing w:before="0" w:after="0" w:line="290" w:lineRule="exact"/>
            </w:pPr>
            <w:r>
              <w:rPr>
                <w:rFonts w:ascii="Yu Mincho" w:hAnsi="Yu Mincho" w:eastAsia="Yu Mincho"/>
                <w:b w:val="0"/>
                <w:i w:val="0"/>
                <w:color w:val="1A1A1A"/>
                <w:sz w:val="21"/>
              </w:rPr>
              <w:t>本年九月に</w:t>
            </w:r>
          </w:p>
          <w:p>
            <w:pPr>
              <w:spacing w:before="0" w:after="0" w:line="290" w:lineRule="exact"/>
            </w:pPr>
            <w:r>
              <w:rPr>
                <w:rFonts w:ascii="Yu Mincho" w:hAnsi="Yu Mincho" w:eastAsia="Yu Mincho"/>
                <w:b w:val="0"/>
                <w:i w:val="0"/>
                <w:color w:val="1A1A1A"/>
                <w:sz w:val="21"/>
              </w:rPr>
              <w:t>父　山田一郎が</w:t>
            </w:r>
          </w:p>
          <w:p>
            <w:pPr>
              <w:spacing w:before="0" w:after="0" w:line="290" w:lineRule="exact"/>
            </w:pPr>
            <w:r>
              <w:rPr>
                <w:rFonts w:ascii="Yu Mincho" w:hAnsi="Yu Mincho" w:eastAsia="Yu Mincho"/>
                <w:b w:val="0"/>
                <w:i w:val="0"/>
                <w:color w:val="1A1A1A"/>
                <w:sz w:val="21"/>
              </w:rPr>
              <w:t>八十五歳にて永眠いたしました</w:t>
            </w:r>
          </w:p>
          <w:p>
            <w:pPr>
              <w:spacing w:before="0" w:after="0" w:line="290" w:lineRule="exact"/>
            </w:pPr>
            <w:r>
              <w:rPr>
                <w:rFonts w:ascii="Yu Mincho" w:hAnsi="Yu Mincho" w:eastAsia="Yu Mincho"/>
                <w:b w:val="0"/>
                <w:i w:val="0"/>
                <w:color w:val="1A1A1A"/>
                <w:sz w:val="21"/>
              </w:rPr>
              <w:t>葬儀は家族のみで</w:t>
            </w:r>
          </w:p>
          <w:p>
            <w:pPr>
              <w:spacing w:before="0" w:after="0" w:line="290" w:lineRule="exact"/>
            </w:pPr>
            <w:r>
              <w:rPr>
                <w:rFonts w:ascii="Yu Mincho" w:hAnsi="Yu Mincho" w:eastAsia="Yu Mincho"/>
                <w:b w:val="0"/>
                <w:i w:val="0"/>
                <w:color w:val="1A1A1A"/>
                <w:sz w:val="21"/>
              </w:rPr>
              <w:t>執り行いましたため</w:t>
            </w:r>
          </w:p>
          <w:p>
            <w:pPr>
              <w:spacing w:before="0" w:after="0" w:line="290" w:lineRule="exact"/>
            </w:pPr>
            <w:r>
              <w:rPr>
                <w:rFonts w:ascii="Yu Mincho" w:hAnsi="Yu Mincho" w:eastAsia="Yu Mincho"/>
                <w:b w:val="0"/>
                <w:i w:val="0"/>
                <w:color w:val="1A1A1A"/>
                <w:sz w:val="21"/>
              </w:rPr>
              <w:t>ご連絡が行き届きませんでしたこと</w:t>
            </w:r>
          </w:p>
          <w:p>
            <w:pPr>
              <w:spacing w:before="0" w:after="0" w:line="290" w:lineRule="exact"/>
            </w:pPr>
            <w:r>
              <w:rPr>
                <w:rFonts w:ascii="Yu Mincho" w:hAnsi="Yu Mincho" w:eastAsia="Yu Mincho"/>
                <w:b w:val="0"/>
                <w:i w:val="0"/>
                <w:color w:val="1A1A1A"/>
                <w:sz w:val="21"/>
              </w:rPr>
              <w:t>お詫び申し上げます</w:t>
            </w:r>
          </w:p>
          <w:p>
            <w:pPr>
              <w:spacing w:before="0" w:after="0" w:line="140" w:lineRule="exact"/>
              <w:rPr>
                <w:sz w:val="10"/>
                <w:szCs w:val="10"/>
              </w:rPr>
            </w:pPr>
          </w:p>
          <w:p>
            <w:pPr>
              <w:spacing w:before="0" w:after="0" w:line="290" w:lineRule="exact"/>
            </w:pPr>
            <w:r>
              <w:rPr>
                <w:rFonts w:ascii="Yu Mincho" w:hAnsi="Yu Mincho" w:eastAsia="Yu Mincho"/>
                <w:b w:val="0"/>
                <w:i w:val="0"/>
                <w:color w:val="1A1A1A"/>
                <w:sz w:val="21"/>
              </w:rPr>
              <w:t>皆様のご健勝を</w:t>
            </w:r>
          </w:p>
          <w:p>
            <w:pPr>
              <w:spacing w:before="0" w:after="0" w:line="290" w:lineRule="exact"/>
            </w:pPr>
            <w:r>
              <w:rPr>
                <w:rFonts w:ascii="Yu Mincho" w:hAnsi="Yu Mincho" w:eastAsia="Yu Mincho"/>
                <w:b w:val="0"/>
                <w:i w:val="0"/>
                <w:color w:val="1A1A1A"/>
                <w:sz w:val="21"/>
              </w:rPr>
              <w:t>お祈り申し上げます</w:t>
            </w:r>
          </w:p>
          <w:p>
            <w:pPr>
              <w:spacing w:before="0" w:after="0" w:line="140" w:lineRule="exact"/>
              <w:rPr>
                <w:sz w:val="10"/>
                <w:szCs w:val="10"/>
              </w:rPr>
            </w:pPr>
          </w:p>
          <w:p>
            <w:pPr>
              <w:spacing w:before="0" w:after="0" w:line="290" w:lineRule="exact"/>
            </w:pPr>
            <w:r>
              <w:rPr>
                <w:rFonts w:ascii="Yu Mincho" w:hAnsi="Yu Mincho" w:eastAsia="Yu Mincho"/>
                <w:b w:val="0"/>
                <w:i w:val="0"/>
                <w:color w:val="1A1A1A"/>
                <w:sz w:val="21"/>
              </w:rPr>
              <w:t>令和八年十一月</w:t>
            </w:r>
          </w:p>
        </w:tc>
      </w:tr>
    </w:tbl>
    <w:p>
      <w:pPr>
        <w:keepNext/>
        <w:spacing w:before="160" w:after="40"/>
      </w:pPr>
      <w:r>
        <w:rPr>
          <w:rFonts w:ascii="Yu Gothic" w:hAnsi="Yu Gothic" w:eastAsia="Yu Gothic"/>
          <w:b/>
          <w:i w:val="0"/>
          <w:color w:val="1B3A5C"/>
          <w:sz w:val="21"/>
        </w:rPr>
        <w:t>文例14　家族葬・香典を辞退する</w:t>
      </w:r>
    </w:p>
    <w:tbl>
      <w:tblPr>
        <w:tblW w:type="dxa" w:w="9865"/>
        <w:tblInd w:w="227" w:type="dxa"/>
        <w:tblBorders>
          <w:top w:val="nil"/>
          <w:left w:val="nil"/>
          <w:bottom w:val="nil"/>
          <w:right w:val="nil"/>
          <w:insideH w:val="nil"/>
          <w:insideV w:val="nil"/>
        </w:tblBorders>
        <w:tblLayout w:type="fixed"/>
      </w:tblPr>
      <w:tblGrid>
        <w:gridCol w:w="9865"/>
      </w:tblGrid>
      <w:tr>
        <w:trPr>
          <w:cantSplit/>
        </w:trPr>
        <w:tc>
          <w:tcPr>
            <w:tcW w:type="dxa" w:w="9865"/>
            <w:tcMar>
              <w:top w:w="113" w:type="dxa"/>
              <w:bottom w:w="113" w:type="dxa"/>
              <w:left w:w="227" w:type="dxa"/>
              <w:right w:w="227" w:type="dxa"/>
            </w:tcMar>
            <w:shd w:val="clear" w:color="auto" w:fill="FFFFFF"/>
            <w:tcBorders>
              <w:top w:val="single" w:sz="3" w:space="0" w:color="B9C4CF"/>
              <w:bottom w:val="single" w:sz="3" w:space="0" w:color="B9C4CF"/>
              <w:left w:val="single" w:sz="10" w:space="0" w:color="1B3A5C"/>
              <w:right w:val="single" w:sz="3" w:space="0" w:color="B9C4CF"/>
            </w:tcBorders>
          </w:tcPr>
          <w:p>
            <w:pPr>
              <w:spacing w:before="0" w:after="0" w:line="290" w:lineRule="exact"/>
            </w:pPr>
            <w:r>
              <w:rPr>
                <w:rFonts w:ascii="Yu Mincho" w:hAnsi="Yu Mincho" w:eastAsia="Yu Mincho"/>
                <w:b w:val="0"/>
                <w:i w:val="0"/>
                <w:color w:val="1A1A1A"/>
                <w:sz w:val="21"/>
              </w:rPr>
              <w:t>喪中につき</w:t>
            </w:r>
          </w:p>
          <w:p>
            <w:pPr>
              <w:spacing w:before="0" w:after="0" w:line="290" w:lineRule="exact"/>
            </w:pPr>
            <w:r>
              <w:rPr>
                <w:rFonts w:ascii="Yu Mincho" w:hAnsi="Yu Mincho" w:eastAsia="Yu Mincho"/>
                <w:b w:val="0"/>
                <w:i w:val="0"/>
                <w:color w:val="1A1A1A"/>
                <w:sz w:val="21"/>
              </w:rPr>
              <w:t>年頭のご挨拶を</w:t>
            </w:r>
          </w:p>
          <w:p>
            <w:pPr>
              <w:spacing w:before="0" w:after="0" w:line="290" w:lineRule="exact"/>
            </w:pPr>
            <w:r>
              <w:rPr>
                <w:rFonts w:ascii="Yu Mincho" w:hAnsi="Yu Mincho" w:eastAsia="Yu Mincho"/>
                <w:b w:val="0"/>
                <w:i w:val="0"/>
                <w:color w:val="1A1A1A"/>
                <w:sz w:val="21"/>
              </w:rPr>
              <w:t>失礼させていただきます</w:t>
            </w:r>
          </w:p>
          <w:p>
            <w:pPr>
              <w:spacing w:before="0" w:after="0" w:line="140" w:lineRule="exact"/>
              <w:rPr>
                <w:sz w:val="10"/>
                <w:szCs w:val="10"/>
              </w:rPr>
            </w:pPr>
          </w:p>
          <w:p>
            <w:pPr>
              <w:spacing w:before="0" w:after="0" w:line="290" w:lineRule="exact"/>
            </w:pPr>
            <w:r>
              <w:rPr>
                <w:rFonts w:ascii="Yu Mincho" w:hAnsi="Yu Mincho" w:eastAsia="Yu Mincho"/>
                <w:b w:val="0"/>
                <w:i w:val="0"/>
                <w:color w:val="1A1A1A"/>
                <w:sz w:val="21"/>
              </w:rPr>
              <w:t>本年八月に</w:t>
            </w:r>
          </w:p>
          <w:p>
            <w:pPr>
              <w:spacing w:before="0" w:after="0" w:line="290" w:lineRule="exact"/>
            </w:pPr>
            <w:r>
              <w:rPr>
                <w:rFonts w:ascii="Yu Mincho" w:hAnsi="Yu Mincho" w:eastAsia="Yu Mincho"/>
                <w:b w:val="0"/>
                <w:i w:val="0"/>
                <w:color w:val="1A1A1A"/>
                <w:sz w:val="21"/>
              </w:rPr>
              <w:t>母　山田澄子が</w:t>
            </w:r>
          </w:p>
          <w:p>
            <w:pPr>
              <w:spacing w:before="0" w:after="0" w:line="290" w:lineRule="exact"/>
            </w:pPr>
            <w:r>
              <w:rPr>
                <w:rFonts w:ascii="Yu Mincho" w:hAnsi="Yu Mincho" w:eastAsia="Yu Mincho"/>
                <w:b w:val="0"/>
                <w:i w:val="0"/>
                <w:color w:val="1A1A1A"/>
                <w:sz w:val="21"/>
              </w:rPr>
              <w:t>八十二歳にて永眠いたしました</w:t>
            </w:r>
          </w:p>
          <w:p>
            <w:pPr>
              <w:spacing w:before="0" w:after="0" w:line="290" w:lineRule="exact"/>
            </w:pPr>
            <w:r>
              <w:rPr>
                <w:rFonts w:ascii="Yu Mincho" w:hAnsi="Yu Mincho" w:eastAsia="Yu Mincho"/>
                <w:b w:val="0"/>
                <w:i w:val="0"/>
                <w:color w:val="1A1A1A"/>
                <w:sz w:val="21"/>
              </w:rPr>
              <w:t>故人の遺志により</w:t>
            </w:r>
          </w:p>
          <w:p>
            <w:pPr>
              <w:spacing w:before="0" w:after="0" w:line="290" w:lineRule="exact"/>
            </w:pPr>
            <w:r>
              <w:rPr>
                <w:rFonts w:ascii="Yu Mincho" w:hAnsi="Yu Mincho" w:eastAsia="Yu Mincho"/>
                <w:b w:val="0"/>
                <w:i w:val="0"/>
                <w:color w:val="1A1A1A"/>
                <w:sz w:val="21"/>
              </w:rPr>
              <w:t>葬儀は近親者のみで営みました</w:t>
            </w:r>
          </w:p>
          <w:p>
            <w:pPr>
              <w:spacing w:before="0" w:after="0" w:line="290" w:lineRule="exact"/>
            </w:pPr>
            <w:r>
              <w:rPr>
                <w:rFonts w:ascii="Yu Mincho" w:hAnsi="Yu Mincho" w:eastAsia="Yu Mincho"/>
                <w:b w:val="0"/>
                <w:i w:val="0"/>
                <w:color w:val="1A1A1A"/>
                <w:sz w:val="21"/>
              </w:rPr>
              <w:t>誠に勝手ながら</w:t>
            </w:r>
          </w:p>
          <w:p>
            <w:pPr>
              <w:spacing w:before="0" w:after="0" w:line="290" w:lineRule="exact"/>
            </w:pPr>
            <w:r>
              <w:rPr>
                <w:rFonts w:ascii="Yu Mincho" w:hAnsi="Yu Mincho" w:eastAsia="Yu Mincho"/>
                <w:b w:val="0"/>
                <w:i w:val="0"/>
                <w:color w:val="1A1A1A"/>
                <w:sz w:val="21"/>
              </w:rPr>
              <w:t>御香典などのご厚志は</w:t>
            </w:r>
          </w:p>
          <w:p>
            <w:pPr>
              <w:spacing w:before="0" w:after="0" w:line="290" w:lineRule="exact"/>
            </w:pPr>
            <w:r>
              <w:rPr>
                <w:rFonts w:ascii="Yu Mincho" w:hAnsi="Yu Mincho" w:eastAsia="Yu Mincho"/>
                <w:b w:val="0"/>
                <w:i w:val="0"/>
                <w:color w:val="1A1A1A"/>
                <w:sz w:val="21"/>
              </w:rPr>
              <w:t>謹んでご辞退申し上げます</w:t>
            </w:r>
          </w:p>
          <w:p>
            <w:pPr>
              <w:spacing w:before="0" w:after="0" w:line="140" w:lineRule="exact"/>
              <w:rPr>
                <w:sz w:val="10"/>
                <w:szCs w:val="10"/>
              </w:rPr>
            </w:pPr>
          </w:p>
          <w:p>
            <w:pPr>
              <w:spacing w:before="0" w:after="0" w:line="290" w:lineRule="exact"/>
            </w:pPr>
            <w:r>
              <w:rPr>
                <w:rFonts w:ascii="Yu Mincho" w:hAnsi="Yu Mincho" w:eastAsia="Yu Mincho"/>
                <w:b w:val="0"/>
                <w:i w:val="0"/>
                <w:color w:val="1A1A1A"/>
                <w:sz w:val="21"/>
              </w:rPr>
              <w:t>皆様のご健勝を</w:t>
            </w:r>
          </w:p>
          <w:p>
            <w:pPr>
              <w:spacing w:before="0" w:after="0" w:line="290" w:lineRule="exact"/>
            </w:pPr>
            <w:r>
              <w:rPr>
                <w:rFonts w:ascii="Yu Mincho" w:hAnsi="Yu Mincho" w:eastAsia="Yu Mincho"/>
                <w:b w:val="0"/>
                <w:i w:val="0"/>
                <w:color w:val="1A1A1A"/>
                <w:sz w:val="21"/>
              </w:rPr>
              <w:t>お祈り申し上げます</w:t>
            </w:r>
          </w:p>
          <w:p>
            <w:pPr>
              <w:spacing w:before="0" w:after="0" w:line="140" w:lineRule="exact"/>
              <w:rPr>
                <w:sz w:val="10"/>
                <w:szCs w:val="10"/>
              </w:rPr>
            </w:pPr>
          </w:p>
          <w:p>
            <w:pPr>
              <w:spacing w:before="0" w:after="0" w:line="290" w:lineRule="exact"/>
            </w:pPr>
            <w:r>
              <w:rPr>
                <w:rFonts w:ascii="Yu Mincho" w:hAnsi="Yu Mincho" w:eastAsia="Yu Mincho"/>
                <w:b w:val="0"/>
                <w:i w:val="0"/>
                <w:color w:val="1A1A1A"/>
                <w:sz w:val="21"/>
              </w:rPr>
              <w:t>令和八年十一月</w:t>
            </w:r>
          </w:p>
        </w:tc>
      </w:tr>
    </w:tbl>
    <w:p>
      <w:pPr>
        <w:keepNext/>
        <w:spacing w:before="160" w:after="40"/>
      </w:pPr>
      <w:r>
        <w:rPr>
          <w:rFonts w:ascii="Yu Gothic" w:hAnsi="Yu Gothic" w:eastAsia="Yu Gothic"/>
          <w:b/>
          <w:i w:val="0"/>
          <w:color w:val="1B3A5C"/>
          <w:sz w:val="21"/>
        </w:rPr>
        <w:t>文例15　年賀状じまいを兼ねる（個人・親しい間柄）</w:t>
      </w:r>
    </w:p>
    <w:tbl>
      <w:tblPr>
        <w:tblW w:type="dxa" w:w="9865"/>
        <w:tblInd w:w="227" w:type="dxa"/>
        <w:tblBorders>
          <w:top w:val="nil"/>
          <w:left w:val="nil"/>
          <w:bottom w:val="nil"/>
          <w:right w:val="nil"/>
          <w:insideH w:val="nil"/>
          <w:insideV w:val="nil"/>
        </w:tblBorders>
        <w:tblLayout w:type="fixed"/>
      </w:tblPr>
      <w:tblGrid>
        <w:gridCol w:w="9865"/>
      </w:tblGrid>
      <w:tr>
        <w:trPr>
          <w:cantSplit/>
        </w:trPr>
        <w:tc>
          <w:tcPr>
            <w:tcW w:type="dxa" w:w="9865"/>
            <w:tcMar>
              <w:top w:w="113" w:type="dxa"/>
              <w:bottom w:w="113" w:type="dxa"/>
              <w:left w:w="227" w:type="dxa"/>
              <w:right w:w="227" w:type="dxa"/>
            </w:tcMar>
            <w:shd w:val="clear" w:color="auto" w:fill="FFFFFF"/>
            <w:tcBorders>
              <w:top w:val="single" w:sz="3" w:space="0" w:color="B9C4CF"/>
              <w:bottom w:val="single" w:sz="3" w:space="0" w:color="B9C4CF"/>
              <w:left w:val="single" w:sz="10" w:space="0" w:color="1B3A5C"/>
              <w:right w:val="single" w:sz="3" w:space="0" w:color="B9C4CF"/>
            </w:tcBorders>
          </w:tcPr>
          <w:p>
            <w:pPr>
              <w:spacing w:before="0" w:after="0" w:line="290" w:lineRule="exact"/>
            </w:pPr>
            <w:r>
              <w:rPr>
                <w:rFonts w:ascii="Yu Mincho" w:hAnsi="Yu Mincho" w:eastAsia="Yu Mincho"/>
                <w:b w:val="0"/>
                <w:i w:val="0"/>
                <w:color w:val="1A1A1A"/>
                <w:sz w:val="21"/>
              </w:rPr>
              <w:t>喪中につき</w:t>
            </w:r>
          </w:p>
          <w:p>
            <w:pPr>
              <w:spacing w:before="0" w:after="0" w:line="290" w:lineRule="exact"/>
            </w:pPr>
            <w:r>
              <w:rPr>
                <w:rFonts w:ascii="Yu Mincho" w:hAnsi="Yu Mincho" w:eastAsia="Yu Mincho"/>
                <w:b w:val="0"/>
                <w:i w:val="0"/>
                <w:color w:val="1A1A1A"/>
                <w:sz w:val="21"/>
              </w:rPr>
              <w:t>年末年始のご挨拶を</w:t>
            </w:r>
          </w:p>
          <w:p>
            <w:pPr>
              <w:spacing w:before="0" w:after="0" w:line="290" w:lineRule="exact"/>
            </w:pPr>
            <w:r>
              <w:rPr>
                <w:rFonts w:ascii="Yu Mincho" w:hAnsi="Yu Mincho" w:eastAsia="Yu Mincho"/>
                <w:b w:val="0"/>
                <w:i w:val="0"/>
                <w:color w:val="1A1A1A"/>
                <w:sz w:val="21"/>
              </w:rPr>
              <w:t>ご遠慮申し上げます</w:t>
            </w:r>
          </w:p>
          <w:p>
            <w:pPr>
              <w:spacing w:before="0" w:after="0" w:line="140" w:lineRule="exact"/>
              <w:rPr>
                <w:sz w:val="10"/>
                <w:szCs w:val="10"/>
              </w:rPr>
            </w:pPr>
          </w:p>
          <w:p>
            <w:pPr>
              <w:spacing w:before="0" w:after="0" w:line="290" w:lineRule="exact"/>
            </w:pPr>
            <w:r>
              <w:rPr>
                <w:rFonts w:ascii="Yu Mincho" w:hAnsi="Yu Mincho" w:eastAsia="Yu Mincho"/>
                <w:b w:val="0"/>
                <w:i w:val="0"/>
                <w:color w:val="1A1A1A"/>
                <w:sz w:val="21"/>
              </w:rPr>
              <w:t>本年六月に</w:t>
            </w:r>
          </w:p>
          <w:p>
            <w:pPr>
              <w:spacing w:before="0" w:after="0" w:line="290" w:lineRule="exact"/>
            </w:pPr>
            <w:r>
              <w:rPr>
                <w:rFonts w:ascii="Yu Mincho" w:hAnsi="Yu Mincho" w:eastAsia="Yu Mincho"/>
                <w:b w:val="0"/>
                <w:i w:val="0"/>
                <w:color w:val="1A1A1A"/>
                <w:sz w:val="21"/>
              </w:rPr>
              <w:t>父　山田一郎が</w:t>
            </w:r>
          </w:p>
          <w:p>
            <w:pPr>
              <w:spacing w:before="0" w:after="0" w:line="290" w:lineRule="exact"/>
            </w:pPr>
            <w:r>
              <w:rPr>
                <w:rFonts w:ascii="Yu Mincho" w:hAnsi="Yu Mincho" w:eastAsia="Yu Mincho"/>
                <w:b w:val="0"/>
                <w:i w:val="0"/>
                <w:color w:val="1A1A1A"/>
                <w:sz w:val="21"/>
              </w:rPr>
              <w:t>八十五歳にて永眠いたしました</w:t>
            </w:r>
          </w:p>
          <w:p>
            <w:pPr>
              <w:spacing w:before="0" w:after="0" w:line="290" w:lineRule="exact"/>
            </w:pPr>
            <w:r>
              <w:rPr>
                <w:rFonts w:ascii="Yu Mincho" w:hAnsi="Yu Mincho" w:eastAsia="Yu Mincho"/>
                <w:b w:val="0"/>
                <w:i w:val="0"/>
                <w:color w:val="1A1A1A"/>
                <w:sz w:val="21"/>
              </w:rPr>
              <w:t>誠に勝手ながら　これを機に</w:t>
            </w:r>
          </w:p>
          <w:p>
            <w:pPr>
              <w:spacing w:before="0" w:after="0" w:line="290" w:lineRule="exact"/>
            </w:pPr>
            <w:r>
              <w:rPr>
                <w:rFonts w:ascii="Yu Mincho" w:hAnsi="Yu Mincho" w:eastAsia="Yu Mincho"/>
                <w:b w:val="0"/>
                <w:i w:val="0"/>
                <w:color w:val="1A1A1A"/>
                <w:sz w:val="21"/>
              </w:rPr>
              <w:t>年始のご挨拶状は</w:t>
            </w:r>
          </w:p>
          <w:p>
            <w:pPr>
              <w:spacing w:before="0" w:after="0" w:line="290" w:lineRule="exact"/>
            </w:pPr>
            <w:r>
              <w:rPr>
                <w:rFonts w:ascii="Yu Mincho" w:hAnsi="Yu Mincho" w:eastAsia="Yu Mincho"/>
                <w:b w:val="0"/>
                <w:i w:val="0"/>
                <w:color w:val="1A1A1A"/>
                <w:sz w:val="21"/>
              </w:rPr>
              <w:t>今後控えさせていただきます</w:t>
            </w:r>
          </w:p>
          <w:p>
            <w:pPr>
              <w:spacing w:before="0" w:after="0" w:line="290" w:lineRule="exact"/>
            </w:pPr>
            <w:r>
              <w:rPr>
                <w:rFonts w:ascii="Yu Mincho" w:hAnsi="Yu Mincho" w:eastAsia="Yu Mincho"/>
                <w:b w:val="0"/>
                <w:i w:val="0"/>
                <w:color w:val="1A1A1A"/>
                <w:sz w:val="21"/>
              </w:rPr>
              <w:t>これまでのご厚情に</w:t>
            </w:r>
          </w:p>
          <w:p>
            <w:pPr>
              <w:spacing w:before="0" w:after="0" w:line="290" w:lineRule="exact"/>
            </w:pPr>
            <w:r>
              <w:rPr>
                <w:rFonts w:ascii="Yu Mincho" w:hAnsi="Yu Mincho" w:eastAsia="Yu Mincho"/>
                <w:b w:val="0"/>
                <w:i w:val="0"/>
                <w:color w:val="1A1A1A"/>
                <w:sz w:val="21"/>
              </w:rPr>
              <w:t>心より感謝申し上げます</w:t>
            </w:r>
          </w:p>
          <w:p>
            <w:pPr>
              <w:spacing w:before="0" w:after="0" w:line="140" w:lineRule="exact"/>
              <w:rPr>
                <w:sz w:val="10"/>
                <w:szCs w:val="10"/>
              </w:rPr>
            </w:pPr>
          </w:p>
          <w:p>
            <w:pPr>
              <w:spacing w:before="0" w:after="0" w:line="290" w:lineRule="exact"/>
            </w:pPr>
            <w:r>
              <w:rPr>
                <w:rFonts w:ascii="Yu Mincho" w:hAnsi="Yu Mincho" w:eastAsia="Yu Mincho"/>
                <w:b w:val="0"/>
                <w:i w:val="0"/>
                <w:color w:val="1A1A1A"/>
                <w:sz w:val="21"/>
              </w:rPr>
              <w:t>皆様のご健勝を</w:t>
            </w:r>
          </w:p>
          <w:p>
            <w:pPr>
              <w:spacing w:before="0" w:after="0" w:line="290" w:lineRule="exact"/>
            </w:pPr>
            <w:r>
              <w:rPr>
                <w:rFonts w:ascii="Yu Mincho" w:hAnsi="Yu Mincho" w:eastAsia="Yu Mincho"/>
                <w:b w:val="0"/>
                <w:i w:val="0"/>
                <w:color w:val="1A1A1A"/>
                <w:sz w:val="21"/>
              </w:rPr>
              <w:t>お祈り申し上げます</w:t>
            </w:r>
          </w:p>
          <w:p>
            <w:pPr>
              <w:spacing w:before="0" w:after="0" w:line="140" w:lineRule="exact"/>
              <w:rPr>
                <w:sz w:val="10"/>
                <w:szCs w:val="10"/>
              </w:rPr>
            </w:pPr>
          </w:p>
          <w:p>
            <w:pPr>
              <w:spacing w:before="0" w:after="0" w:line="290" w:lineRule="exact"/>
            </w:pPr>
            <w:r>
              <w:rPr>
                <w:rFonts w:ascii="Yu Mincho" w:hAnsi="Yu Mincho" w:eastAsia="Yu Mincho"/>
                <w:b w:val="0"/>
                <w:i w:val="0"/>
                <w:color w:val="1A1A1A"/>
                <w:sz w:val="21"/>
              </w:rPr>
              <w:t>令和八年十一月</w:t>
            </w:r>
          </w:p>
        </w:tc>
      </w:tr>
    </w:tbl>
    <w:p>
      <w:pPr>
        <w:spacing w:before="40" w:after="0" w:line="240" w:lineRule="exact"/>
      </w:pPr>
      <w:r>
        <w:rPr>
          <w:rFonts w:ascii="Yu Gothic" w:hAnsi="Yu Gothic" w:eastAsia="Yu Gothic"/>
          <w:b w:val="0"/>
          <w:i w:val="0"/>
          <w:color w:val="66707A"/>
          <w:sz w:val="16"/>
        </w:rPr>
        <w:t>注: 喪中はがきで年賀状じまいを伝えることには、意見が分かれます。兼ねるケースも増えている一方で、兼ねないほうが丁寧とする解説もあります（Precious.jp 2024年11月19日）。親しい相手には兼ねる人もいます。目上の方や取引先には、喪中はがきとは別に、年明けの寒中見舞いで伝えるほうが無難という考え方もあります。どちらかが正解というものではありません。</w:t>
      </w:r>
    </w:p>
    <w:p>
      <w:pPr>
        <w:keepNext/>
        <w:spacing w:before="160" w:after="40"/>
      </w:pPr>
      <w:r>
        <w:rPr>
          <w:rFonts w:ascii="Yu Gothic" w:hAnsi="Yu Gothic" w:eastAsia="Yu Gothic"/>
          <w:b/>
          <w:i w:val="0"/>
          <w:color w:val="1B3A5C"/>
          <w:sz w:val="21"/>
        </w:rPr>
        <w:t>文例16　亡くなったのが年の初め（時間が経っている場合）</w:t>
      </w:r>
    </w:p>
    <w:tbl>
      <w:tblPr>
        <w:tblW w:type="dxa" w:w="9865"/>
        <w:tblInd w:w="227" w:type="dxa"/>
        <w:tblBorders>
          <w:top w:val="nil"/>
          <w:left w:val="nil"/>
          <w:bottom w:val="nil"/>
          <w:right w:val="nil"/>
          <w:insideH w:val="nil"/>
          <w:insideV w:val="nil"/>
        </w:tblBorders>
        <w:tblLayout w:type="fixed"/>
      </w:tblPr>
      <w:tblGrid>
        <w:gridCol w:w="9865"/>
      </w:tblGrid>
      <w:tr>
        <w:trPr>
          <w:cantSplit/>
        </w:trPr>
        <w:tc>
          <w:tcPr>
            <w:tcW w:type="dxa" w:w="9865"/>
            <w:tcMar>
              <w:top w:w="113" w:type="dxa"/>
              <w:bottom w:w="113" w:type="dxa"/>
              <w:left w:w="227" w:type="dxa"/>
              <w:right w:w="227" w:type="dxa"/>
            </w:tcMar>
            <w:shd w:val="clear" w:color="auto" w:fill="FFFFFF"/>
            <w:tcBorders>
              <w:top w:val="single" w:sz="3" w:space="0" w:color="B9C4CF"/>
              <w:bottom w:val="single" w:sz="3" w:space="0" w:color="B9C4CF"/>
              <w:left w:val="single" w:sz="10" w:space="0" w:color="1B3A5C"/>
              <w:right w:val="single" w:sz="3" w:space="0" w:color="B9C4CF"/>
            </w:tcBorders>
          </w:tcPr>
          <w:p>
            <w:pPr>
              <w:spacing w:before="0" w:after="0" w:line="290" w:lineRule="exact"/>
            </w:pPr>
            <w:r>
              <w:rPr>
                <w:rFonts w:ascii="Yu Mincho" w:hAnsi="Yu Mincho" w:eastAsia="Yu Mincho"/>
                <w:b w:val="0"/>
                <w:i w:val="0"/>
                <w:color w:val="1A1A1A"/>
                <w:sz w:val="21"/>
              </w:rPr>
              <w:t>喪中につき</w:t>
            </w:r>
          </w:p>
          <w:p>
            <w:pPr>
              <w:spacing w:before="0" w:after="0" w:line="290" w:lineRule="exact"/>
            </w:pPr>
            <w:r>
              <w:rPr>
                <w:rFonts w:ascii="Yu Mincho" w:hAnsi="Yu Mincho" w:eastAsia="Yu Mincho"/>
                <w:b w:val="0"/>
                <w:i w:val="0"/>
                <w:color w:val="1A1A1A"/>
                <w:sz w:val="21"/>
              </w:rPr>
              <w:t>年頭のご挨拶を</w:t>
            </w:r>
          </w:p>
          <w:p>
            <w:pPr>
              <w:spacing w:before="0" w:after="0" w:line="290" w:lineRule="exact"/>
            </w:pPr>
            <w:r>
              <w:rPr>
                <w:rFonts w:ascii="Yu Mincho" w:hAnsi="Yu Mincho" w:eastAsia="Yu Mincho"/>
                <w:b w:val="0"/>
                <w:i w:val="0"/>
                <w:color w:val="1A1A1A"/>
                <w:sz w:val="21"/>
              </w:rPr>
              <w:t>ご遠慮申し上げます</w:t>
            </w:r>
          </w:p>
          <w:p>
            <w:pPr>
              <w:spacing w:before="0" w:after="0" w:line="140" w:lineRule="exact"/>
              <w:rPr>
                <w:sz w:val="10"/>
                <w:szCs w:val="10"/>
              </w:rPr>
            </w:pPr>
          </w:p>
          <w:p>
            <w:pPr>
              <w:spacing w:before="0" w:after="0" w:line="290" w:lineRule="exact"/>
            </w:pPr>
            <w:r>
              <w:rPr>
                <w:rFonts w:ascii="Yu Mincho" w:hAnsi="Yu Mincho" w:eastAsia="Yu Mincho"/>
                <w:b w:val="0"/>
                <w:i w:val="0"/>
                <w:color w:val="1A1A1A"/>
                <w:sz w:val="21"/>
              </w:rPr>
              <w:t>本年一月に</w:t>
            </w:r>
          </w:p>
          <w:p>
            <w:pPr>
              <w:spacing w:before="0" w:after="0" w:line="290" w:lineRule="exact"/>
            </w:pPr>
            <w:r>
              <w:rPr>
                <w:rFonts w:ascii="Yu Mincho" w:hAnsi="Yu Mincho" w:eastAsia="Yu Mincho"/>
                <w:b w:val="0"/>
                <w:i w:val="0"/>
                <w:color w:val="1A1A1A"/>
                <w:sz w:val="21"/>
              </w:rPr>
              <w:t>祖母　山田ふみが</w:t>
            </w:r>
          </w:p>
          <w:p>
            <w:pPr>
              <w:spacing w:before="0" w:after="0" w:line="290" w:lineRule="exact"/>
            </w:pPr>
            <w:r>
              <w:rPr>
                <w:rFonts w:ascii="Yu Mincho" w:hAnsi="Yu Mincho" w:eastAsia="Yu Mincho"/>
                <w:b w:val="0"/>
                <w:i w:val="0"/>
                <w:color w:val="1A1A1A"/>
                <w:sz w:val="21"/>
              </w:rPr>
              <w:t>九十三歳にて永眠いたしました</w:t>
            </w:r>
          </w:p>
          <w:p>
            <w:pPr>
              <w:spacing w:before="0" w:after="0" w:line="290" w:lineRule="exact"/>
            </w:pPr>
            <w:r>
              <w:rPr>
                <w:rFonts w:ascii="Yu Mincho" w:hAnsi="Yu Mincho" w:eastAsia="Yu Mincho"/>
                <w:b w:val="0"/>
                <w:i w:val="0"/>
                <w:color w:val="1A1A1A"/>
                <w:sz w:val="21"/>
              </w:rPr>
              <w:t>早々にお知らせすべきところ</w:t>
            </w:r>
          </w:p>
          <w:p>
            <w:pPr>
              <w:spacing w:before="0" w:after="0" w:line="290" w:lineRule="exact"/>
            </w:pPr>
            <w:r>
              <w:rPr>
                <w:rFonts w:ascii="Yu Mincho" w:hAnsi="Yu Mincho" w:eastAsia="Yu Mincho"/>
                <w:b w:val="0"/>
                <w:i w:val="0"/>
                <w:color w:val="1A1A1A"/>
                <w:sz w:val="21"/>
              </w:rPr>
              <w:t>ご通知が遅れましたことを</w:t>
            </w:r>
          </w:p>
          <w:p>
            <w:pPr>
              <w:spacing w:before="0" w:after="0" w:line="290" w:lineRule="exact"/>
            </w:pPr>
            <w:r>
              <w:rPr>
                <w:rFonts w:ascii="Yu Mincho" w:hAnsi="Yu Mincho" w:eastAsia="Yu Mincho"/>
                <w:b w:val="0"/>
                <w:i w:val="0"/>
                <w:color w:val="1A1A1A"/>
                <w:sz w:val="21"/>
              </w:rPr>
              <w:t>お詫び申し上げます</w:t>
            </w:r>
          </w:p>
          <w:p>
            <w:pPr>
              <w:spacing w:before="0" w:after="0" w:line="140" w:lineRule="exact"/>
              <w:rPr>
                <w:sz w:val="10"/>
                <w:szCs w:val="10"/>
              </w:rPr>
            </w:pPr>
          </w:p>
          <w:p>
            <w:pPr>
              <w:spacing w:before="0" w:after="0" w:line="290" w:lineRule="exact"/>
            </w:pPr>
            <w:r>
              <w:rPr>
                <w:rFonts w:ascii="Yu Mincho" w:hAnsi="Yu Mincho" w:eastAsia="Yu Mincho"/>
                <w:b w:val="0"/>
                <w:i w:val="0"/>
                <w:color w:val="1A1A1A"/>
                <w:sz w:val="21"/>
              </w:rPr>
              <w:t>皆様のご健勝を</w:t>
            </w:r>
          </w:p>
          <w:p>
            <w:pPr>
              <w:spacing w:before="0" w:after="0" w:line="290" w:lineRule="exact"/>
            </w:pPr>
            <w:r>
              <w:rPr>
                <w:rFonts w:ascii="Yu Mincho" w:hAnsi="Yu Mincho" w:eastAsia="Yu Mincho"/>
                <w:b w:val="0"/>
                <w:i w:val="0"/>
                <w:color w:val="1A1A1A"/>
                <w:sz w:val="21"/>
              </w:rPr>
              <w:t>お祈り申し上げます</w:t>
            </w:r>
          </w:p>
          <w:p>
            <w:pPr>
              <w:spacing w:before="0" w:after="0" w:line="140" w:lineRule="exact"/>
              <w:rPr>
                <w:sz w:val="10"/>
                <w:szCs w:val="10"/>
              </w:rPr>
            </w:pPr>
          </w:p>
          <w:p>
            <w:pPr>
              <w:spacing w:before="0" w:after="0" w:line="290" w:lineRule="exact"/>
            </w:pPr>
            <w:r>
              <w:rPr>
                <w:rFonts w:ascii="Yu Mincho" w:hAnsi="Yu Mincho" w:eastAsia="Yu Mincho"/>
                <w:b w:val="0"/>
                <w:i w:val="0"/>
                <w:color w:val="1A1A1A"/>
                <w:sz w:val="21"/>
              </w:rPr>
              <w:t>令和八年十一月</w:t>
            </w:r>
          </w:p>
        </w:tc>
      </w:tr>
    </w:tbl>
    <w:p>
      <w:pPr>
        <w:keepNext/>
        <w:spacing w:before="160" w:after="40"/>
      </w:pPr>
      <w:r>
        <w:rPr>
          <w:rFonts w:ascii="Yu Gothic" w:hAnsi="Yu Gothic" w:eastAsia="Yu Gothic"/>
          <w:b/>
          <w:i w:val="0"/>
          <w:color w:val="1B3A5C"/>
          <w:sz w:val="21"/>
        </w:rPr>
        <w:t>文例17　くだけた言い方（親しい友人向け・堅苦しくしない）</w:t>
      </w:r>
    </w:p>
    <w:tbl>
      <w:tblPr>
        <w:tblW w:type="dxa" w:w="9865"/>
        <w:tblInd w:w="227" w:type="dxa"/>
        <w:tblBorders>
          <w:top w:val="nil"/>
          <w:left w:val="nil"/>
          <w:bottom w:val="nil"/>
          <w:right w:val="nil"/>
          <w:insideH w:val="nil"/>
          <w:insideV w:val="nil"/>
        </w:tblBorders>
        <w:tblLayout w:type="fixed"/>
      </w:tblPr>
      <w:tblGrid>
        <w:gridCol w:w="9865"/>
      </w:tblGrid>
      <w:tr>
        <w:trPr>
          <w:cantSplit/>
        </w:trPr>
        <w:tc>
          <w:tcPr>
            <w:tcW w:type="dxa" w:w="9865"/>
            <w:tcMar>
              <w:top w:w="113" w:type="dxa"/>
              <w:bottom w:w="113" w:type="dxa"/>
              <w:left w:w="227" w:type="dxa"/>
              <w:right w:w="227" w:type="dxa"/>
            </w:tcMar>
            <w:shd w:val="clear" w:color="auto" w:fill="FFFFFF"/>
            <w:tcBorders>
              <w:top w:val="single" w:sz="3" w:space="0" w:color="B9C4CF"/>
              <w:bottom w:val="single" w:sz="3" w:space="0" w:color="B9C4CF"/>
              <w:left w:val="single" w:sz="10" w:space="0" w:color="1B3A5C"/>
              <w:right w:val="single" w:sz="3" w:space="0" w:color="B9C4CF"/>
            </w:tcBorders>
          </w:tcPr>
          <w:p>
            <w:pPr>
              <w:spacing w:before="0" w:after="0" w:line="290" w:lineRule="exact"/>
            </w:pPr>
            <w:r>
              <w:rPr>
                <w:rFonts w:ascii="Yu Mincho" w:hAnsi="Yu Mincho" w:eastAsia="Yu Mincho"/>
                <w:b w:val="0"/>
                <w:i w:val="0"/>
                <w:color w:val="1A1A1A"/>
                <w:sz w:val="21"/>
              </w:rPr>
              <w:t>喪中のため</w:t>
            </w:r>
          </w:p>
          <w:p>
            <w:pPr>
              <w:spacing w:before="0" w:after="0" w:line="290" w:lineRule="exact"/>
            </w:pPr>
            <w:r>
              <w:rPr>
                <w:rFonts w:ascii="Yu Mincho" w:hAnsi="Yu Mincho" w:eastAsia="Yu Mincho"/>
                <w:b w:val="0"/>
                <w:i w:val="0"/>
                <w:color w:val="1A1A1A"/>
                <w:sz w:val="21"/>
              </w:rPr>
              <w:t>新年のごあいさつは</w:t>
            </w:r>
          </w:p>
          <w:p>
            <w:pPr>
              <w:spacing w:before="0" w:after="0" w:line="290" w:lineRule="exact"/>
            </w:pPr>
            <w:r>
              <w:rPr>
                <w:rFonts w:ascii="Yu Mincho" w:hAnsi="Yu Mincho" w:eastAsia="Yu Mincho"/>
                <w:b w:val="0"/>
                <w:i w:val="0"/>
                <w:color w:val="1A1A1A"/>
                <w:sz w:val="21"/>
              </w:rPr>
              <w:t>控えさせていただきます</w:t>
            </w:r>
          </w:p>
          <w:p>
            <w:pPr>
              <w:spacing w:before="0" w:after="0" w:line="140" w:lineRule="exact"/>
              <w:rPr>
                <w:sz w:val="10"/>
                <w:szCs w:val="10"/>
              </w:rPr>
            </w:pPr>
          </w:p>
          <w:p>
            <w:pPr>
              <w:spacing w:before="0" w:after="0" w:line="290" w:lineRule="exact"/>
            </w:pPr>
            <w:r>
              <w:rPr>
                <w:rFonts w:ascii="Yu Mincho" w:hAnsi="Yu Mincho" w:eastAsia="Yu Mincho"/>
                <w:b w:val="0"/>
                <w:i w:val="0"/>
                <w:color w:val="1A1A1A"/>
                <w:sz w:val="21"/>
              </w:rPr>
              <w:t>今年の五月に</w:t>
            </w:r>
          </w:p>
          <w:p>
            <w:pPr>
              <w:spacing w:before="0" w:after="0" w:line="290" w:lineRule="exact"/>
            </w:pPr>
            <w:r>
              <w:rPr>
                <w:rFonts w:ascii="Yu Mincho" w:hAnsi="Yu Mincho" w:eastAsia="Yu Mincho"/>
                <w:b w:val="0"/>
                <w:i w:val="0"/>
                <w:color w:val="1A1A1A"/>
                <w:sz w:val="21"/>
              </w:rPr>
              <w:t>父が　八十歳で</w:t>
            </w:r>
          </w:p>
          <w:p>
            <w:pPr>
              <w:spacing w:before="0" w:after="0" w:line="290" w:lineRule="exact"/>
            </w:pPr>
            <w:r>
              <w:rPr>
                <w:rFonts w:ascii="Yu Mincho" w:hAnsi="Yu Mincho" w:eastAsia="Yu Mincho"/>
                <w:b w:val="0"/>
                <w:i w:val="0"/>
                <w:color w:val="1A1A1A"/>
                <w:sz w:val="21"/>
              </w:rPr>
              <w:t>亡くなりました</w:t>
            </w:r>
          </w:p>
          <w:p>
            <w:pPr>
              <w:spacing w:before="0" w:after="0" w:line="290" w:lineRule="exact"/>
            </w:pPr>
            <w:r>
              <w:rPr>
                <w:rFonts w:ascii="Yu Mincho" w:hAnsi="Yu Mincho" w:eastAsia="Yu Mincho"/>
                <w:b w:val="0"/>
                <w:i w:val="0"/>
                <w:color w:val="1A1A1A"/>
                <w:sz w:val="21"/>
              </w:rPr>
              <w:t>生前は　大変お世話になり</w:t>
            </w:r>
          </w:p>
          <w:p>
            <w:pPr>
              <w:spacing w:before="0" w:after="0" w:line="290" w:lineRule="exact"/>
            </w:pPr>
            <w:r>
              <w:rPr>
                <w:rFonts w:ascii="Yu Mincho" w:hAnsi="Yu Mincho" w:eastAsia="Yu Mincho"/>
                <w:b w:val="0"/>
                <w:i w:val="0"/>
                <w:color w:val="1A1A1A"/>
                <w:sz w:val="21"/>
              </w:rPr>
              <w:t>ありがとうございました</w:t>
            </w:r>
          </w:p>
          <w:p>
            <w:pPr>
              <w:spacing w:before="0" w:after="0" w:line="140" w:lineRule="exact"/>
              <w:rPr>
                <w:sz w:val="10"/>
                <w:szCs w:val="10"/>
              </w:rPr>
            </w:pPr>
          </w:p>
          <w:p>
            <w:pPr>
              <w:spacing w:before="0" w:after="0" w:line="290" w:lineRule="exact"/>
            </w:pPr>
            <w:r>
              <w:rPr>
                <w:rFonts w:ascii="Yu Mincho" w:hAnsi="Yu Mincho" w:eastAsia="Yu Mincho"/>
                <w:b w:val="0"/>
                <w:i w:val="0"/>
                <w:color w:val="1A1A1A"/>
                <w:sz w:val="21"/>
              </w:rPr>
              <w:t>寒くなりますので</w:t>
            </w:r>
          </w:p>
          <w:p>
            <w:pPr>
              <w:spacing w:before="0" w:after="0" w:line="290" w:lineRule="exact"/>
            </w:pPr>
            <w:r>
              <w:rPr>
                <w:rFonts w:ascii="Yu Mincho" w:hAnsi="Yu Mincho" w:eastAsia="Yu Mincho"/>
                <w:b w:val="0"/>
                <w:i w:val="0"/>
                <w:color w:val="1A1A1A"/>
                <w:sz w:val="21"/>
              </w:rPr>
              <w:t>どうぞお体を大切に</w:t>
            </w:r>
          </w:p>
          <w:p>
            <w:pPr>
              <w:spacing w:before="0" w:after="0" w:line="140" w:lineRule="exact"/>
              <w:rPr>
                <w:sz w:val="10"/>
                <w:szCs w:val="10"/>
              </w:rPr>
            </w:pPr>
          </w:p>
          <w:p>
            <w:pPr>
              <w:spacing w:before="0" w:after="0" w:line="290" w:lineRule="exact"/>
            </w:pPr>
            <w:r>
              <w:rPr>
                <w:rFonts w:ascii="Yu Mincho" w:hAnsi="Yu Mincho" w:eastAsia="Yu Mincho"/>
                <w:b w:val="0"/>
                <w:i w:val="0"/>
                <w:color w:val="1A1A1A"/>
                <w:sz w:val="21"/>
              </w:rPr>
              <w:t>令和八年十一月</w:t>
            </w:r>
          </w:p>
        </w:tc>
      </w:tr>
    </w:tbl>
    <w:p>
      <w:pPr>
        <w:spacing w:before="40" w:after="0" w:line="240" w:lineRule="exact"/>
      </w:pPr>
      <w:r>
        <w:rPr>
          <w:rFonts w:ascii="Yu Gothic" w:hAnsi="Yu Gothic" w:eastAsia="Yu Gothic"/>
          <w:b w:val="0"/>
          <w:i w:val="0"/>
          <w:color w:val="66707A"/>
          <w:sz w:val="16"/>
        </w:rPr>
        <w:t>注: この文例も句読点は付けません。「、」の代わりに全角スペースで切っています。</w:t>
      </w:r>
    </w:p>
    <w:p>
      <w:pPr>
        <w:keepNext/>
        <w:spacing w:before="160" w:after="40"/>
      </w:pPr>
      <w:r>
        <w:rPr>
          <w:rFonts w:ascii="Yu Gothic" w:hAnsi="Yu Gothic" w:eastAsia="Yu Gothic"/>
          <w:b/>
          <w:i w:val="0"/>
          <w:color w:val="1B3A5C"/>
          <w:sz w:val="21"/>
        </w:rPr>
        <w:t>文例18　一言を手書きで添える（空白に書く短い言葉）</w:t>
      </w:r>
    </w:p>
    <w:tbl>
      <w:tblPr>
        <w:tblW w:type="dxa" w:w="9865"/>
        <w:tblInd w:w="227" w:type="dxa"/>
        <w:tblBorders>
          <w:top w:val="nil"/>
          <w:left w:val="nil"/>
          <w:bottom w:val="nil"/>
          <w:right w:val="nil"/>
          <w:insideH w:val="nil"/>
          <w:insideV w:val="nil"/>
        </w:tblBorders>
        <w:tblLayout w:type="fixed"/>
      </w:tblPr>
      <w:tblGrid>
        <w:gridCol w:w="9865"/>
      </w:tblGrid>
      <w:tr>
        <w:trPr>
          <w:cantSplit/>
        </w:trPr>
        <w:tc>
          <w:tcPr>
            <w:tcW w:type="dxa" w:w="9865"/>
            <w:tcMar>
              <w:top w:w="113" w:type="dxa"/>
              <w:bottom w:w="113" w:type="dxa"/>
              <w:left w:w="227" w:type="dxa"/>
              <w:right w:w="227" w:type="dxa"/>
            </w:tcMar>
            <w:shd w:val="clear" w:color="auto" w:fill="FFFFFF"/>
            <w:tcBorders>
              <w:top w:val="single" w:sz="3" w:space="0" w:color="B9C4CF"/>
              <w:bottom w:val="single" w:sz="3" w:space="0" w:color="B9C4CF"/>
              <w:left w:val="single" w:sz="10" w:space="0" w:color="1B3A5C"/>
              <w:right w:val="single" w:sz="3" w:space="0" w:color="B9C4CF"/>
            </w:tcBorders>
          </w:tcPr>
          <w:p>
            <w:pPr>
              <w:spacing w:before="0" w:after="0" w:line="290" w:lineRule="exact"/>
            </w:pPr>
            <w:r>
              <w:rPr>
                <w:rFonts w:ascii="Yu Mincho" w:hAnsi="Yu Mincho" w:eastAsia="Yu Mincho"/>
                <w:b w:val="0"/>
                <w:i w:val="0"/>
                <w:color w:val="1A1A1A"/>
                <w:sz w:val="21"/>
              </w:rPr>
              <w:t>・今年は家族で静かに見送りました　落ち着きましたらお目にかかれれば幸いです</w:t>
            </w:r>
          </w:p>
          <w:p>
            <w:pPr>
              <w:spacing w:before="0" w:after="0" w:line="290" w:lineRule="exact"/>
            </w:pPr>
            <w:r>
              <w:rPr>
                <w:rFonts w:ascii="Yu Mincho" w:hAnsi="Yu Mincho" w:eastAsia="Yu Mincho"/>
                <w:b w:val="0"/>
                <w:i w:val="0"/>
                <w:color w:val="1A1A1A"/>
                <w:sz w:val="21"/>
              </w:rPr>
              <w:t>・近況は年が明けてから寒中見舞いでお知らせします</w:t>
            </w:r>
          </w:p>
          <w:p>
            <w:pPr>
              <w:spacing w:before="0" w:after="0" w:line="290" w:lineRule="exact"/>
            </w:pPr>
            <w:r>
              <w:rPr>
                <w:rFonts w:ascii="Yu Mincho" w:hAnsi="Yu Mincho" w:eastAsia="Yu Mincho"/>
                <w:b w:val="0"/>
                <w:i w:val="0"/>
                <w:color w:val="1A1A1A"/>
                <w:sz w:val="21"/>
              </w:rPr>
              <w:t>・どうぞ寒さにお気をつけてお過ごしください</w:t>
            </w:r>
          </w:p>
        </w:tc>
      </w:tr>
    </w:tbl>
    <w:p>
      <w:pPr>
        <w:keepNext/>
        <w:spacing w:before="160" w:after="40"/>
      </w:pPr>
      <w:r>
        <w:rPr>
          <w:rFonts w:ascii="Yu Gothic" w:hAnsi="Yu Gothic" w:eastAsia="Yu Gothic"/>
          <w:b/>
          <w:i w:val="0"/>
          <w:color w:val="1B3A5C"/>
          <w:sz w:val="21"/>
        </w:rPr>
        <w:t>文例19　個人事業主（屋号を添える・取引先宛）</w:t>
      </w:r>
    </w:p>
    <w:tbl>
      <w:tblPr>
        <w:tblW w:type="dxa" w:w="9865"/>
        <w:tblInd w:w="227" w:type="dxa"/>
        <w:tblBorders>
          <w:top w:val="nil"/>
          <w:left w:val="nil"/>
          <w:bottom w:val="nil"/>
          <w:right w:val="nil"/>
          <w:insideH w:val="nil"/>
          <w:insideV w:val="nil"/>
        </w:tblBorders>
        <w:tblLayout w:type="fixed"/>
      </w:tblPr>
      <w:tblGrid>
        <w:gridCol w:w="9865"/>
      </w:tblGrid>
      <w:tr>
        <w:trPr>
          <w:cantSplit/>
        </w:trPr>
        <w:tc>
          <w:tcPr>
            <w:tcW w:type="dxa" w:w="9865"/>
            <w:tcMar>
              <w:top w:w="113" w:type="dxa"/>
              <w:bottom w:w="113" w:type="dxa"/>
              <w:left w:w="227" w:type="dxa"/>
              <w:right w:w="227" w:type="dxa"/>
            </w:tcMar>
            <w:shd w:val="clear" w:color="auto" w:fill="FFFFFF"/>
            <w:tcBorders>
              <w:top w:val="single" w:sz="3" w:space="0" w:color="B9C4CF"/>
              <w:bottom w:val="single" w:sz="3" w:space="0" w:color="B9C4CF"/>
              <w:left w:val="single" w:sz="10" w:space="0" w:color="1B3A5C"/>
              <w:right w:val="single" w:sz="3" w:space="0" w:color="B9C4CF"/>
            </w:tcBorders>
          </w:tcPr>
          <w:p>
            <w:pPr>
              <w:spacing w:before="0" w:after="0" w:line="290" w:lineRule="exact"/>
            </w:pPr>
            <w:r>
              <w:rPr>
                <w:rFonts w:ascii="Yu Mincho" w:hAnsi="Yu Mincho" w:eastAsia="Yu Mincho"/>
                <w:b w:val="0"/>
                <w:i w:val="0"/>
                <w:color w:val="1A1A1A"/>
                <w:sz w:val="21"/>
              </w:rPr>
              <w:t>喪中につき</w:t>
            </w:r>
          </w:p>
          <w:p>
            <w:pPr>
              <w:spacing w:before="0" w:after="0" w:line="290" w:lineRule="exact"/>
            </w:pPr>
            <w:r>
              <w:rPr>
                <w:rFonts w:ascii="Yu Mincho" w:hAnsi="Yu Mincho" w:eastAsia="Yu Mincho"/>
                <w:b w:val="0"/>
                <w:i w:val="0"/>
                <w:color w:val="1A1A1A"/>
                <w:sz w:val="21"/>
              </w:rPr>
              <w:t>年末年始のご挨拶を</w:t>
            </w:r>
          </w:p>
          <w:p>
            <w:pPr>
              <w:spacing w:before="0" w:after="0" w:line="290" w:lineRule="exact"/>
            </w:pPr>
            <w:r>
              <w:rPr>
                <w:rFonts w:ascii="Yu Mincho" w:hAnsi="Yu Mincho" w:eastAsia="Yu Mincho"/>
                <w:b w:val="0"/>
                <w:i w:val="0"/>
                <w:color w:val="1A1A1A"/>
                <w:sz w:val="21"/>
              </w:rPr>
              <w:t>ご遠慮申し上げます</w:t>
            </w:r>
          </w:p>
          <w:p>
            <w:pPr>
              <w:spacing w:before="0" w:after="0" w:line="140" w:lineRule="exact"/>
              <w:rPr>
                <w:sz w:val="10"/>
                <w:szCs w:val="10"/>
              </w:rPr>
            </w:pPr>
          </w:p>
          <w:p>
            <w:pPr>
              <w:spacing w:before="0" w:after="0" w:line="290" w:lineRule="exact"/>
            </w:pPr>
            <w:r>
              <w:rPr>
                <w:rFonts w:ascii="Yu Mincho" w:hAnsi="Yu Mincho" w:eastAsia="Yu Mincho"/>
                <w:b w:val="0"/>
                <w:i w:val="0"/>
                <w:color w:val="1A1A1A"/>
                <w:sz w:val="21"/>
              </w:rPr>
              <w:t>本年八月に</w:t>
            </w:r>
          </w:p>
          <w:p>
            <w:pPr>
              <w:spacing w:before="0" w:after="0" w:line="290" w:lineRule="exact"/>
            </w:pPr>
            <w:r>
              <w:rPr>
                <w:rFonts w:ascii="Yu Mincho" w:hAnsi="Yu Mincho" w:eastAsia="Yu Mincho"/>
                <w:b w:val="0"/>
                <w:i w:val="0"/>
                <w:color w:val="1A1A1A"/>
                <w:sz w:val="21"/>
              </w:rPr>
              <w:t>父　山田一郎が</w:t>
            </w:r>
          </w:p>
          <w:p>
            <w:pPr>
              <w:spacing w:before="0" w:after="0" w:line="290" w:lineRule="exact"/>
            </w:pPr>
            <w:r>
              <w:rPr>
                <w:rFonts w:ascii="Yu Mincho" w:hAnsi="Yu Mincho" w:eastAsia="Yu Mincho"/>
                <w:b w:val="0"/>
                <w:i w:val="0"/>
                <w:color w:val="1A1A1A"/>
                <w:sz w:val="21"/>
              </w:rPr>
              <w:t>八十五歳にて永眠いたしました</w:t>
            </w:r>
          </w:p>
          <w:p>
            <w:pPr>
              <w:spacing w:before="0" w:after="0" w:line="290" w:lineRule="exact"/>
            </w:pPr>
            <w:r>
              <w:rPr>
                <w:rFonts w:ascii="Yu Mincho" w:hAnsi="Yu Mincho" w:eastAsia="Yu Mincho"/>
                <w:b w:val="0"/>
                <w:i w:val="0"/>
                <w:color w:val="1A1A1A"/>
                <w:sz w:val="21"/>
              </w:rPr>
              <w:t>本年中に賜りましたご厚情に</w:t>
            </w:r>
          </w:p>
          <w:p>
            <w:pPr>
              <w:spacing w:before="0" w:after="0" w:line="290" w:lineRule="exact"/>
            </w:pPr>
            <w:r>
              <w:rPr>
                <w:rFonts w:ascii="Yu Mincho" w:hAnsi="Yu Mincho" w:eastAsia="Yu Mincho"/>
                <w:b w:val="0"/>
                <w:i w:val="0"/>
                <w:color w:val="1A1A1A"/>
                <w:sz w:val="21"/>
              </w:rPr>
              <w:t>深く感謝申し上げます</w:t>
            </w:r>
          </w:p>
          <w:p>
            <w:pPr>
              <w:spacing w:before="0" w:after="0" w:line="290" w:lineRule="exact"/>
            </w:pPr>
            <w:r>
              <w:rPr>
                <w:rFonts w:ascii="Yu Mincho" w:hAnsi="Yu Mincho" w:eastAsia="Yu Mincho"/>
                <w:b w:val="0"/>
                <w:i w:val="0"/>
                <w:color w:val="1A1A1A"/>
                <w:sz w:val="21"/>
              </w:rPr>
              <w:t>明年も変わらぬご厚誼のほど</w:t>
            </w:r>
          </w:p>
          <w:p>
            <w:pPr>
              <w:spacing w:before="0" w:after="0" w:line="290" w:lineRule="exact"/>
            </w:pPr>
            <w:r>
              <w:rPr>
                <w:rFonts w:ascii="Yu Mincho" w:hAnsi="Yu Mincho" w:eastAsia="Yu Mincho"/>
                <w:b w:val="0"/>
                <w:i w:val="0"/>
                <w:color w:val="1A1A1A"/>
                <w:sz w:val="21"/>
              </w:rPr>
              <w:t>お願い申し上げます</w:t>
            </w:r>
          </w:p>
          <w:p>
            <w:pPr>
              <w:spacing w:before="0" w:after="0" w:line="140" w:lineRule="exact"/>
              <w:rPr>
                <w:sz w:val="10"/>
                <w:szCs w:val="10"/>
              </w:rPr>
            </w:pPr>
          </w:p>
          <w:p>
            <w:pPr>
              <w:spacing w:before="0" w:after="0" w:line="290" w:lineRule="exact"/>
            </w:pPr>
            <w:r>
              <w:rPr>
                <w:rFonts w:ascii="Yu Mincho" w:hAnsi="Yu Mincho" w:eastAsia="Yu Mincho"/>
                <w:b w:val="0"/>
                <w:i w:val="0"/>
                <w:color w:val="1A1A1A"/>
                <w:sz w:val="21"/>
              </w:rPr>
              <w:t>令和八年十一月</w:t>
            </w:r>
          </w:p>
          <w:p>
            <w:pPr>
              <w:spacing w:before="0" w:after="0" w:line="290" w:lineRule="exact"/>
            </w:pPr>
            <w:r>
              <w:rPr>
                <w:rFonts w:ascii="Yu Mincho" w:hAnsi="Yu Mincho" w:eastAsia="Yu Mincho"/>
                <w:b w:val="0"/>
                <w:i w:val="0"/>
                <w:color w:val="1A1A1A"/>
                <w:sz w:val="21"/>
              </w:rPr>
              <w:t>山田工務店　山田和彦</w:t>
            </w:r>
          </w:p>
        </w:tc>
      </w:tr>
    </w:tbl>
    <w:p>
      <w:pPr>
        <w:spacing w:before="40" w:after="0" w:line="240" w:lineRule="exact"/>
      </w:pPr>
      <w:r>
        <w:rPr>
          <w:rFonts w:ascii="Yu Gothic" w:hAnsi="Yu Gothic" w:eastAsia="Yu Gothic"/>
          <w:b w:val="0"/>
          <w:i w:val="0"/>
          <w:color w:val="66707A"/>
          <w:sz w:val="16"/>
        </w:rPr>
        <w:t>注: 年末年始の営業日の案内は喪中はがきに入れず、請求書・メール・別便で知らせます。屋号としての年始のご挨拶を喪中と関係なく通常どおり出すという考え方もあり、どちらにするかは本人が決めることです。</w:t>
      </w:r>
    </w:p>
    <w:p>
      <w:pPr>
        <w:keepNext/>
        <w:spacing w:before="160" w:after="40"/>
      </w:pPr>
      <w:r>
        <w:rPr>
          <w:rFonts w:ascii="Yu Gothic" w:hAnsi="Yu Gothic" w:eastAsia="Yu Gothic"/>
          <w:b/>
          <w:i w:val="0"/>
          <w:color w:val="1B3A5C"/>
          <w:sz w:val="21"/>
        </w:rPr>
        <w:t>文例20　経営者から取引先へ（社名の下に個人名）</w:t>
      </w:r>
    </w:p>
    <w:tbl>
      <w:tblPr>
        <w:tblW w:type="dxa" w:w="9865"/>
        <w:tblInd w:w="227" w:type="dxa"/>
        <w:tblBorders>
          <w:top w:val="nil"/>
          <w:left w:val="nil"/>
          <w:bottom w:val="nil"/>
          <w:right w:val="nil"/>
          <w:insideH w:val="nil"/>
          <w:insideV w:val="nil"/>
        </w:tblBorders>
        <w:tblLayout w:type="fixed"/>
      </w:tblPr>
      <w:tblGrid>
        <w:gridCol w:w="9865"/>
      </w:tblGrid>
      <w:tr>
        <w:trPr>
          <w:cantSplit/>
        </w:trPr>
        <w:tc>
          <w:tcPr>
            <w:tcW w:type="dxa" w:w="9865"/>
            <w:tcMar>
              <w:top w:w="113" w:type="dxa"/>
              <w:bottom w:w="113" w:type="dxa"/>
              <w:left w:w="227" w:type="dxa"/>
              <w:right w:w="227" w:type="dxa"/>
            </w:tcMar>
            <w:shd w:val="clear" w:color="auto" w:fill="FFFFFF"/>
            <w:tcBorders>
              <w:top w:val="single" w:sz="3" w:space="0" w:color="B9C4CF"/>
              <w:bottom w:val="single" w:sz="3" w:space="0" w:color="B9C4CF"/>
              <w:left w:val="single" w:sz="10" w:space="0" w:color="1B3A5C"/>
              <w:right w:val="single" w:sz="3" w:space="0" w:color="B9C4CF"/>
            </w:tcBorders>
          </w:tcPr>
          <w:p>
            <w:pPr>
              <w:spacing w:before="0" w:after="0" w:line="290" w:lineRule="exact"/>
            </w:pPr>
            <w:r>
              <w:rPr>
                <w:rFonts w:ascii="Yu Mincho" w:hAnsi="Yu Mincho" w:eastAsia="Yu Mincho"/>
                <w:b w:val="0"/>
                <w:i w:val="0"/>
                <w:color w:val="1A1A1A"/>
                <w:sz w:val="21"/>
              </w:rPr>
              <w:t>喪中につき</w:t>
            </w:r>
          </w:p>
          <w:p>
            <w:pPr>
              <w:spacing w:before="0" w:after="0" w:line="290" w:lineRule="exact"/>
            </w:pPr>
            <w:r>
              <w:rPr>
                <w:rFonts w:ascii="Yu Mincho" w:hAnsi="Yu Mincho" w:eastAsia="Yu Mincho"/>
                <w:b w:val="0"/>
                <w:i w:val="0"/>
                <w:color w:val="1A1A1A"/>
                <w:sz w:val="21"/>
              </w:rPr>
              <w:t>年頭のご挨拶を</w:t>
            </w:r>
          </w:p>
          <w:p>
            <w:pPr>
              <w:spacing w:before="0" w:after="0" w:line="290" w:lineRule="exact"/>
            </w:pPr>
            <w:r>
              <w:rPr>
                <w:rFonts w:ascii="Yu Mincho" w:hAnsi="Yu Mincho" w:eastAsia="Yu Mincho"/>
                <w:b w:val="0"/>
                <w:i w:val="0"/>
                <w:color w:val="1A1A1A"/>
                <w:sz w:val="21"/>
              </w:rPr>
              <w:t>失礼させていただきます</w:t>
            </w:r>
          </w:p>
          <w:p>
            <w:pPr>
              <w:spacing w:before="0" w:after="0" w:line="140" w:lineRule="exact"/>
              <w:rPr>
                <w:sz w:val="10"/>
                <w:szCs w:val="10"/>
              </w:rPr>
            </w:pPr>
          </w:p>
          <w:p>
            <w:pPr>
              <w:spacing w:before="0" w:after="0" w:line="290" w:lineRule="exact"/>
            </w:pPr>
            <w:r>
              <w:rPr>
                <w:rFonts w:ascii="Yu Mincho" w:hAnsi="Yu Mincho" w:eastAsia="Yu Mincho"/>
                <w:b w:val="0"/>
                <w:i w:val="0"/>
                <w:color w:val="1A1A1A"/>
                <w:sz w:val="21"/>
              </w:rPr>
              <w:t>本年六月に</w:t>
            </w:r>
          </w:p>
          <w:p>
            <w:pPr>
              <w:spacing w:before="0" w:after="0" w:line="290" w:lineRule="exact"/>
            </w:pPr>
            <w:r>
              <w:rPr>
                <w:rFonts w:ascii="Yu Mincho" w:hAnsi="Yu Mincho" w:eastAsia="Yu Mincho"/>
                <w:b w:val="0"/>
                <w:i w:val="0"/>
                <w:color w:val="1A1A1A"/>
                <w:sz w:val="21"/>
              </w:rPr>
              <w:t>母　山田千代が</w:t>
            </w:r>
          </w:p>
          <w:p>
            <w:pPr>
              <w:spacing w:before="0" w:after="0" w:line="290" w:lineRule="exact"/>
            </w:pPr>
            <w:r>
              <w:rPr>
                <w:rFonts w:ascii="Yu Mincho" w:hAnsi="Yu Mincho" w:eastAsia="Yu Mincho"/>
                <w:b w:val="0"/>
                <w:i w:val="0"/>
                <w:color w:val="1A1A1A"/>
                <w:sz w:val="21"/>
              </w:rPr>
              <w:t>八十四歳にて永眠いたしました</w:t>
            </w:r>
          </w:p>
          <w:p>
            <w:pPr>
              <w:spacing w:before="0" w:after="0" w:line="290" w:lineRule="exact"/>
            </w:pPr>
            <w:r>
              <w:rPr>
                <w:rFonts w:ascii="Yu Mincho" w:hAnsi="Yu Mincho" w:eastAsia="Yu Mincho"/>
                <w:b w:val="0"/>
                <w:i w:val="0"/>
                <w:color w:val="1A1A1A"/>
                <w:sz w:val="21"/>
              </w:rPr>
              <w:t>平素のご厚情に</w:t>
            </w:r>
          </w:p>
          <w:p>
            <w:pPr>
              <w:spacing w:before="0" w:after="0" w:line="290" w:lineRule="exact"/>
            </w:pPr>
            <w:r>
              <w:rPr>
                <w:rFonts w:ascii="Yu Mincho" w:hAnsi="Yu Mincho" w:eastAsia="Yu Mincho"/>
                <w:b w:val="0"/>
                <w:i w:val="0"/>
                <w:color w:val="1A1A1A"/>
                <w:sz w:val="21"/>
              </w:rPr>
              <w:t>深く感謝申し上げます</w:t>
            </w:r>
          </w:p>
          <w:p>
            <w:pPr>
              <w:spacing w:before="0" w:after="0" w:line="140" w:lineRule="exact"/>
              <w:rPr>
                <w:sz w:val="10"/>
                <w:szCs w:val="10"/>
              </w:rPr>
            </w:pPr>
          </w:p>
          <w:p>
            <w:pPr>
              <w:spacing w:before="0" w:after="0" w:line="290" w:lineRule="exact"/>
            </w:pPr>
            <w:r>
              <w:rPr>
                <w:rFonts w:ascii="Yu Mincho" w:hAnsi="Yu Mincho" w:eastAsia="Yu Mincho"/>
                <w:b w:val="0"/>
                <w:i w:val="0"/>
                <w:color w:val="1A1A1A"/>
                <w:sz w:val="21"/>
              </w:rPr>
              <w:t>皆様のご健勝と</w:t>
            </w:r>
          </w:p>
          <w:p>
            <w:pPr>
              <w:spacing w:before="0" w:after="0" w:line="290" w:lineRule="exact"/>
            </w:pPr>
            <w:r>
              <w:rPr>
                <w:rFonts w:ascii="Yu Mincho" w:hAnsi="Yu Mincho" w:eastAsia="Yu Mincho"/>
                <w:b w:val="0"/>
                <w:i w:val="0"/>
                <w:color w:val="1A1A1A"/>
                <w:sz w:val="21"/>
              </w:rPr>
              <w:t>貴社のご発展を</w:t>
            </w:r>
          </w:p>
          <w:p>
            <w:pPr>
              <w:spacing w:before="0" w:after="0" w:line="290" w:lineRule="exact"/>
            </w:pPr>
            <w:r>
              <w:rPr>
                <w:rFonts w:ascii="Yu Mincho" w:hAnsi="Yu Mincho" w:eastAsia="Yu Mincho"/>
                <w:b w:val="0"/>
                <w:i w:val="0"/>
                <w:color w:val="1A1A1A"/>
                <w:sz w:val="21"/>
              </w:rPr>
              <w:t>お祈り申し上げます</w:t>
            </w:r>
          </w:p>
          <w:p>
            <w:pPr>
              <w:spacing w:before="0" w:after="0" w:line="140" w:lineRule="exact"/>
              <w:rPr>
                <w:sz w:val="10"/>
                <w:szCs w:val="10"/>
              </w:rPr>
            </w:pPr>
          </w:p>
          <w:p>
            <w:pPr>
              <w:spacing w:before="0" w:after="0" w:line="290" w:lineRule="exact"/>
            </w:pPr>
            <w:r>
              <w:rPr>
                <w:rFonts w:ascii="Yu Mincho" w:hAnsi="Yu Mincho" w:eastAsia="Yu Mincho"/>
                <w:b w:val="0"/>
                <w:i w:val="0"/>
                <w:color w:val="1A1A1A"/>
                <w:sz w:val="21"/>
              </w:rPr>
              <w:t>令和八年十一月</w:t>
            </w:r>
          </w:p>
          <w:p>
            <w:pPr>
              <w:spacing w:before="0" w:after="0" w:line="290" w:lineRule="exact"/>
            </w:pPr>
            <w:r>
              <w:rPr>
                <w:rFonts w:ascii="Yu Mincho" w:hAnsi="Yu Mincho" w:eastAsia="Yu Mincho"/>
                <w:b w:val="0"/>
                <w:i w:val="0"/>
                <w:color w:val="1A1A1A"/>
                <w:sz w:val="21"/>
              </w:rPr>
              <w:t>株式会社〇〇　代表取締役　山田和彦</w:t>
            </w:r>
          </w:p>
        </w:tc>
      </w:tr>
    </w:tbl>
    <w:p>
      <w:pPr>
        <w:spacing w:before="40" w:after="0" w:line="240" w:lineRule="exact"/>
      </w:pPr>
      <w:r>
        <w:rPr>
          <w:rFonts w:ascii="Yu Gothic" w:hAnsi="Yu Gothic" w:eastAsia="Yu Gothic"/>
          <w:b w:val="0"/>
          <w:i w:val="0"/>
          <w:color w:val="66707A"/>
          <w:sz w:val="16"/>
        </w:rPr>
        <w:t>注: 個人の喪中であって会社が喪に服すわけではないと考え、会社名義の年賀状は通常どおり出し、喪中はがきは個人として付き合いのある相手にだけ個人名で出す会社もあります。肩書を添えるかどうかは任意で、どちらが正しいと決められるものではありません。</w:t>
      </w:r>
    </w:p>
    <w:p>
      <w:pPr>
        <w:keepNext/>
        <w:spacing w:before="160" w:after="40"/>
      </w:pPr>
      <w:r>
        <w:rPr>
          <w:rFonts w:ascii="Yu Gothic" w:hAnsi="Yu Gothic" w:eastAsia="Yu Gothic"/>
          <w:b/>
          <w:i w:val="0"/>
          <w:color w:val="1B3A5C"/>
          <w:sz w:val="21"/>
        </w:rPr>
        <w:t>文例21　取引先へのメール（年始のご挨拶を控える連絡）</w:t>
      </w:r>
    </w:p>
    <w:tbl>
      <w:tblPr>
        <w:tblW w:type="dxa" w:w="9865"/>
        <w:tblInd w:w="227" w:type="dxa"/>
        <w:tblBorders>
          <w:top w:val="nil"/>
          <w:left w:val="nil"/>
          <w:bottom w:val="nil"/>
          <w:right w:val="nil"/>
          <w:insideH w:val="nil"/>
          <w:insideV w:val="nil"/>
        </w:tblBorders>
        <w:tblLayout w:type="fixed"/>
      </w:tblPr>
      <w:tblGrid>
        <w:gridCol w:w="9865"/>
      </w:tblGrid>
      <w:tr>
        <w:trPr>
          <w:cantSplit/>
        </w:trPr>
        <w:tc>
          <w:tcPr>
            <w:tcW w:type="dxa" w:w="9865"/>
            <w:tcMar>
              <w:top w:w="113" w:type="dxa"/>
              <w:bottom w:w="113" w:type="dxa"/>
              <w:left w:w="227" w:type="dxa"/>
              <w:right w:w="227" w:type="dxa"/>
            </w:tcMar>
            <w:shd w:val="clear" w:color="auto" w:fill="FFFFFF"/>
            <w:tcBorders>
              <w:top w:val="single" w:sz="3" w:space="0" w:color="B9C4CF"/>
              <w:bottom w:val="single" w:sz="3" w:space="0" w:color="B9C4CF"/>
              <w:left w:val="single" w:sz="10" w:space="0" w:color="1B3A5C"/>
              <w:right w:val="single" w:sz="3" w:space="0" w:color="B9C4CF"/>
            </w:tcBorders>
          </w:tcPr>
          <w:p>
            <w:pPr>
              <w:spacing w:before="0" w:after="0" w:line="290" w:lineRule="exact"/>
            </w:pPr>
            <w:r>
              <w:rPr>
                <w:rFonts w:ascii="Yu Mincho" w:hAnsi="Yu Mincho" w:eastAsia="Yu Mincho"/>
                <w:b w:val="0"/>
                <w:i w:val="0"/>
                <w:color w:val="1A1A1A"/>
                <w:sz w:val="21"/>
              </w:rPr>
              <w:t>件名: 年始のご挨拶につきまして</w:t>
            </w:r>
          </w:p>
          <w:p>
            <w:pPr>
              <w:spacing w:before="0" w:after="0" w:line="290" w:lineRule="exact"/>
            </w:pPr>
            <w:r>
              <w:rPr>
                <w:rFonts w:ascii="Yu Mincho" w:hAnsi="Yu Mincho" w:eastAsia="Yu Mincho"/>
                <w:b w:val="0"/>
                <w:i w:val="0"/>
                <w:color w:val="1A1A1A"/>
                <w:sz w:val="21"/>
              </w:rPr>
              <w:t>〇〇株式会社　〇〇様</w:t>
            </w:r>
          </w:p>
          <w:p>
            <w:pPr>
              <w:spacing w:before="0" w:after="0" w:line="140" w:lineRule="exact"/>
              <w:rPr>
                <w:sz w:val="10"/>
                <w:szCs w:val="10"/>
              </w:rPr>
            </w:pPr>
          </w:p>
          <w:p>
            <w:pPr>
              <w:spacing w:before="0" w:after="0" w:line="290" w:lineRule="exact"/>
            </w:pPr>
            <w:r>
              <w:rPr>
                <w:rFonts w:ascii="Yu Mincho" w:hAnsi="Yu Mincho" w:eastAsia="Yu Mincho"/>
                <w:b w:val="0"/>
                <w:i w:val="0"/>
                <w:color w:val="1A1A1A"/>
                <w:sz w:val="21"/>
              </w:rPr>
              <w:t>平素よりお世話になっております。</w:t>
            </w:r>
          </w:p>
          <w:p>
            <w:pPr>
              <w:spacing w:before="0" w:after="0" w:line="290" w:lineRule="exact"/>
            </w:pPr>
            <w:r>
              <w:rPr>
                <w:rFonts w:ascii="Yu Mincho" w:hAnsi="Yu Mincho" w:eastAsia="Yu Mincho"/>
                <w:b w:val="0"/>
                <w:i w:val="0"/>
                <w:color w:val="1A1A1A"/>
                <w:sz w:val="21"/>
              </w:rPr>
              <w:t>私事で恐縮ですが、</w:t>
            </w:r>
          </w:p>
          <w:p>
            <w:pPr>
              <w:spacing w:before="0" w:after="0" w:line="290" w:lineRule="exact"/>
            </w:pPr>
            <w:r>
              <w:rPr>
                <w:rFonts w:ascii="Yu Mincho" w:hAnsi="Yu Mincho" w:eastAsia="Yu Mincho"/>
                <w:b w:val="0"/>
                <w:i w:val="0"/>
                <w:color w:val="1A1A1A"/>
                <w:sz w:val="21"/>
              </w:rPr>
              <w:t>本年九月に父が永眠いたしました。</w:t>
            </w:r>
          </w:p>
          <w:p>
            <w:pPr>
              <w:spacing w:before="0" w:after="0" w:line="290" w:lineRule="exact"/>
            </w:pPr>
            <w:r>
              <w:rPr>
                <w:rFonts w:ascii="Yu Mincho" w:hAnsi="Yu Mincho" w:eastAsia="Yu Mincho"/>
                <w:b w:val="0"/>
                <w:i w:val="0"/>
                <w:color w:val="1A1A1A"/>
                <w:sz w:val="21"/>
              </w:rPr>
              <w:t>つきましては、年頭のご挨拶を失礼させていただきます。</w:t>
            </w:r>
          </w:p>
          <w:p>
            <w:pPr>
              <w:spacing w:before="0" w:after="0" w:line="290" w:lineRule="exact"/>
            </w:pPr>
            <w:r>
              <w:rPr>
                <w:rFonts w:ascii="Yu Mincho" w:hAnsi="Yu Mincho" w:eastAsia="Yu Mincho"/>
                <w:b w:val="0"/>
                <w:i w:val="0"/>
                <w:color w:val="1A1A1A"/>
                <w:sz w:val="21"/>
              </w:rPr>
              <w:t>業務につきましては、通常どおり対応いたします。</w:t>
            </w:r>
          </w:p>
          <w:p>
            <w:pPr>
              <w:spacing w:before="0" w:after="0" w:line="290" w:lineRule="exact"/>
            </w:pPr>
            <w:r>
              <w:rPr>
                <w:rFonts w:ascii="Yu Mincho" w:hAnsi="Yu Mincho" w:eastAsia="Yu Mincho"/>
                <w:b w:val="0"/>
                <w:i w:val="0"/>
                <w:color w:val="1A1A1A"/>
                <w:sz w:val="21"/>
              </w:rPr>
              <w:t>今後ともよろしくお願い申し上げます。</w:t>
            </w:r>
          </w:p>
        </w:tc>
      </w:tr>
    </w:tbl>
    <w:p>
      <w:pPr>
        <w:spacing w:before="40" w:after="0" w:line="240" w:lineRule="exact"/>
      </w:pPr>
      <w:r>
        <w:rPr>
          <w:rFonts w:ascii="Yu Gothic" w:hAnsi="Yu Gothic" w:eastAsia="Yu Gothic"/>
          <w:b w:val="0"/>
          <w:i w:val="0"/>
          <w:color w:val="66707A"/>
          <w:sz w:val="16"/>
        </w:rPr>
        <w:t>注: メールは通常の句読点を使います（句読点を付けないのは、はがき・書状の慣習です）。社員の家族の不幸を会社として知らせる社内向けの文書は、社内の慶弔規定に従うので、このページでは文例を出しません。</w:t>
      </w:r>
    </w:p>
    <w:p>
      <w:pPr>
        <w:keepNext/>
        <w:spacing w:before="160" w:after="40"/>
      </w:pPr>
      <w:r>
        <w:rPr>
          <w:rFonts w:ascii="Yu Gothic" w:hAnsi="Yu Gothic" w:eastAsia="Yu Gothic"/>
          <w:b/>
          <w:i w:val="0"/>
          <w:color w:val="1B3A5C"/>
          <w:sz w:val="21"/>
        </w:rPr>
        <w:t>文例22　喪中はがきをいただいた（喪中見舞いのはがき・年内）</w:t>
      </w:r>
    </w:p>
    <w:tbl>
      <w:tblPr>
        <w:tblW w:type="dxa" w:w="9865"/>
        <w:tblInd w:w="227" w:type="dxa"/>
        <w:tblBorders>
          <w:top w:val="nil"/>
          <w:left w:val="nil"/>
          <w:bottom w:val="nil"/>
          <w:right w:val="nil"/>
          <w:insideH w:val="nil"/>
          <w:insideV w:val="nil"/>
        </w:tblBorders>
        <w:tblLayout w:type="fixed"/>
      </w:tblPr>
      <w:tblGrid>
        <w:gridCol w:w="9865"/>
      </w:tblGrid>
      <w:tr>
        <w:trPr>
          <w:cantSplit/>
        </w:trPr>
        <w:tc>
          <w:tcPr>
            <w:tcW w:type="dxa" w:w="9865"/>
            <w:tcMar>
              <w:top w:w="113" w:type="dxa"/>
              <w:bottom w:w="113" w:type="dxa"/>
              <w:left w:w="227" w:type="dxa"/>
              <w:right w:w="227" w:type="dxa"/>
            </w:tcMar>
            <w:shd w:val="clear" w:color="auto" w:fill="FFFFFF"/>
            <w:tcBorders>
              <w:top w:val="single" w:sz="3" w:space="0" w:color="B9C4CF"/>
              <w:bottom w:val="single" w:sz="3" w:space="0" w:color="B9C4CF"/>
              <w:left w:val="single" w:sz="10" w:space="0" w:color="1B3A5C"/>
              <w:right w:val="single" w:sz="3" w:space="0" w:color="B9C4CF"/>
            </w:tcBorders>
          </w:tcPr>
          <w:p>
            <w:pPr>
              <w:spacing w:before="0" w:after="0" w:line="290" w:lineRule="exact"/>
            </w:pPr>
            <w:r>
              <w:rPr>
                <w:rFonts w:ascii="Yu Mincho" w:hAnsi="Yu Mincho" w:eastAsia="Yu Mincho"/>
                <w:b w:val="0"/>
                <w:i w:val="0"/>
                <w:color w:val="1A1A1A"/>
                <w:sz w:val="21"/>
              </w:rPr>
              <w:t>このたびはご服喪中とのこと</w:t>
            </w:r>
          </w:p>
          <w:p>
            <w:pPr>
              <w:spacing w:before="0" w:after="0" w:line="290" w:lineRule="exact"/>
            </w:pPr>
            <w:r>
              <w:rPr>
                <w:rFonts w:ascii="Yu Mincho" w:hAnsi="Yu Mincho" w:eastAsia="Yu Mincho"/>
                <w:b w:val="0"/>
                <w:i w:val="0"/>
                <w:color w:val="1A1A1A"/>
                <w:sz w:val="21"/>
              </w:rPr>
              <w:t>存じ上げずにおりました</w:t>
            </w:r>
          </w:p>
          <w:p>
            <w:pPr>
              <w:spacing w:before="0" w:after="0" w:line="290" w:lineRule="exact"/>
            </w:pPr>
            <w:r>
              <w:rPr>
                <w:rFonts w:ascii="Yu Mincho" w:hAnsi="Yu Mincho" w:eastAsia="Yu Mincho"/>
                <w:b w:val="0"/>
                <w:i w:val="0"/>
                <w:color w:val="1A1A1A"/>
                <w:sz w:val="21"/>
              </w:rPr>
              <w:t>ご尊父様のご逝去を知り</w:t>
            </w:r>
          </w:p>
          <w:p>
            <w:pPr>
              <w:spacing w:before="0" w:after="0" w:line="290" w:lineRule="exact"/>
            </w:pPr>
            <w:r>
              <w:rPr>
                <w:rFonts w:ascii="Yu Mincho" w:hAnsi="Yu Mincho" w:eastAsia="Yu Mincho"/>
                <w:b w:val="0"/>
                <w:i w:val="0"/>
                <w:color w:val="1A1A1A"/>
                <w:sz w:val="21"/>
              </w:rPr>
              <w:t>謹んでお悔やみ申し上げます</w:t>
            </w:r>
          </w:p>
          <w:p>
            <w:pPr>
              <w:spacing w:before="0" w:after="0" w:line="290" w:lineRule="exact"/>
            </w:pPr>
            <w:r>
              <w:rPr>
                <w:rFonts w:ascii="Yu Mincho" w:hAnsi="Yu Mincho" w:eastAsia="Yu Mincho"/>
                <w:b w:val="0"/>
                <w:i w:val="0"/>
                <w:color w:val="1A1A1A"/>
                <w:sz w:val="21"/>
              </w:rPr>
              <w:t>ご家族の皆様の</w:t>
            </w:r>
          </w:p>
          <w:p>
            <w:pPr>
              <w:spacing w:before="0" w:after="0" w:line="290" w:lineRule="exact"/>
            </w:pPr>
            <w:r>
              <w:rPr>
                <w:rFonts w:ascii="Yu Mincho" w:hAnsi="Yu Mincho" w:eastAsia="Yu Mincho"/>
                <w:b w:val="0"/>
                <w:i w:val="0"/>
                <w:color w:val="1A1A1A"/>
                <w:sz w:val="21"/>
              </w:rPr>
              <w:t>お悲しみはいかばかりかと</w:t>
            </w:r>
          </w:p>
          <w:p>
            <w:pPr>
              <w:spacing w:before="0" w:after="0" w:line="290" w:lineRule="exact"/>
            </w:pPr>
            <w:r>
              <w:rPr>
                <w:rFonts w:ascii="Yu Mincho" w:hAnsi="Yu Mincho" w:eastAsia="Yu Mincho"/>
                <w:b w:val="0"/>
                <w:i w:val="0"/>
                <w:color w:val="1A1A1A"/>
                <w:sz w:val="21"/>
              </w:rPr>
              <w:t>お察しいたします</w:t>
            </w:r>
          </w:p>
          <w:p>
            <w:pPr>
              <w:spacing w:before="0" w:after="0" w:line="290" w:lineRule="exact"/>
            </w:pPr>
            <w:r>
              <w:rPr>
                <w:rFonts w:ascii="Yu Mincho" w:hAnsi="Yu Mincho" w:eastAsia="Yu Mincho"/>
                <w:b w:val="0"/>
                <w:i w:val="0"/>
                <w:color w:val="1A1A1A"/>
                <w:sz w:val="21"/>
              </w:rPr>
              <w:t>寒さに向かう折</w:t>
            </w:r>
          </w:p>
          <w:p>
            <w:pPr>
              <w:spacing w:before="0" w:after="0" w:line="290" w:lineRule="exact"/>
            </w:pPr>
            <w:r>
              <w:rPr>
                <w:rFonts w:ascii="Yu Mincho" w:hAnsi="Yu Mincho" w:eastAsia="Yu Mincho"/>
                <w:b w:val="0"/>
                <w:i w:val="0"/>
                <w:color w:val="1A1A1A"/>
                <w:sz w:val="21"/>
              </w:rPr>
              <w:t>どうぞお力を落とされませんよう</w:t>
            </w:r>
          </w:p>
          <w:p>
            <w:pPr>
              <w:spacing w:before="0" w:after="0" w:line="290" w:lineRule="exact"/>
            </w:pPr>
            <w:r>
              <w:rPr>
                <w:rFonts w:ascii="Yu Mincho" w:hAnsi="Yu Mincho" w:eastAsia="Yu Mincho"/>
                <w:b w:val="0"/>
                <w:i w:val="0"/>
                <w:color w:val="1A1A1A"/>
                <w:sz w:val="21"/>
              </w:rPr>
              <w:t>ご自愛くださいませ</w:t>
            </w:r>
          </w:p>
          <w:p>
            <w:pPr>
              <w:spacing w:before="0" w:after="0" w:line="140" w:lineRule="exact"/>
              <w:rPr>
                <w:sz w:val="10"/>
                <w:szCs w:val="10"/>
              </w:rPr>
            </w:pPr>
          </w:p>
          <w:p>
            <w:pPr>
              <w:spacing w:before="0" w:after="0" w:line="290" w:lineRule="exact"/>
            </w:pPr>
            <w:r>
              <w:rPr>
                <w:rFonts w:ascii="Yu Mincho" w:hAnsi="Yu Mincho" w:eastAsia="Yu Mincho"/>
                <w:b w:val="0"/>
                <w:i w:val="0"/>
                <w:color w:val="1A1A1A"/>
                <w:sz w:val="21"/>
              </w:rPr>
              <w:t>令和八年十二月</w:t>
            </w:r>
          </w:p>
        </w:tc>
      </w:tr>
    </w:tbl>
    <w:p>
      <w:pPr>
        <w:spacing w:before="40" w:after="0" w:line="240" w:lineRule="exact"/>
      </w:pPr>
      <w:r>
        <w:rPr>
          <w:rFonts w:ascii="Yu Gothic" w:hAnsi="Yu Gothic" w:eastAsia="Yu Gothic"/>
          <w:b w:val="0"/>
          <w:i w:val="0"/>
          <w:color w:val="66707A"/>
          <w:sz w:val="16"/>
        </w:rPr>
        <w:t>注: 「ご尊父様」は相手の父の敬称です。母ならご母堂様、夫ならご主人様、妻なら奥様（ご令室様）、祖父ならご祖父様、祖母ならご祖母様に替えます。</w:t>
      </w:r>
    </w:p>
    <w:p>
      <w:pPr>
        <w:keepNext/>
        <w:spacing w:before="160" w:after="40"/>
      </w:pPr>
      <w:r>
        <w:rPr>
          <w:rFonts w:ascii="Yu Gothic" w:hAnsi="Yu Gothic" w:eastAsia="Yu Gothic"/>
          <w:b/>
          <w:i w:val="0"/>
          <w:color w:val="1B3A5C"/>
          <w:sz w:val="21"/>
        </w:rPr>
        <w:t>文例23　喪中はがきをいただいた（寒中見舞いで返事・松の内明け）</w:t>
      </w:r>
    </w:p>
    <w:tbl>
      <w:tblPr>
        <w:tblW w:type="dxa" w:w="9865"/>
        <w:tblInd w:w="227" w:type="dxa"/>
        <w:tblBorders>
          <w:top w:val="nil"/>
          <w:left w:val="nil"/>
          <w:bottom w:val="nil"/>
          <w:right w:val="nil"/>
          <w:insideH w:val="nil"/>
          <w:insideV w:val="nil"/>
        </w:tblBorders>
        <w:tblLayout w:type="fixed"/>
      </w:tblPr>
      <w:tblGrid>
        <w:gridCol w:w="9865"/>
      </w:tblGrid>
      <w:tr>
        <w:trPr>
          <w:cantSplit/>
        </w:trPr>
        <w:tc>
          <w:tcPr>
            <w:tcW w:type="dxa" w:w="9865"/>
            <w:tcMar>
              <w:top w:w="113" w:type="dxa"/>
              <w:bottom w:w="113" w:type="dxa"/>
              <w:left w:w="227" w:type="dxa"/>
              <w:right w:w="227" w:type="dxa"/>
            </w:tcMar>
            <w:shd w:val="clear" w:color="auto" w:fill="FFFFFF"/>
            <w:tcBorders>
              <w:top w:val="single" w:sz="3" w:space="0" w:color="B9C4CF"/>
              <w:bottom w:val="single" w:sz="3" w:space="0" w:color="B9C4CF"/>
              <w:left w:val="single" w:sz="10" w:space="0" w:color="1B3A5C"/>
              <w:right w:val="single" w:sz="3" w:space="0" w:color="B9C4CF"/>
            </w:tcBorders>
          </w:tcPr>
          <w:p>
            <w:pPr>
              <w:spacing w:before="0" w:after="0" w:line="290" w:lineRule="exact"/>
            </w:pPr>
            <w:r>
              <w:rPr>
                <w:rFonts w:ascii="Yu Mincho" w:hAnsi="Yu Mincho" w:eastAsia="Yu Mincho"/>
                <w:b w:val="0"/>
                <w:i w:val="0"/>
                <w:color w:val="1A1A1A"/>
                <w:sz w:val="21"/>
              </w:rPr>
              <w:t>寒中お見舞い申し上げます</w:t>
            </w:r>
          </w:p>
          <w:p>
            <w:pPr>
              <w:spacing w:before="0" w:after="0" w:line="290" w:lineRule="exact"/>
            </w:pPr>
            <w:r>
              <w:rPr>
                <w:rFonts w:ascii="Yu Mincho" w:hAnsi="Yu Mincho" w:eastAsia="Yu Mincho"/>
                <w:b w:val="0"/>
                <w:i w:val="0"/>
                <w:color w:val="1A1A1A"/>
                <w:sz w:val="21"/>
              </w:rPr>
              <w:t>ご服喪中と伺い</w:t>
            </w:r>
          </w:p>
          <w:p>
            <w:pPr>
              <w:spacing w:before="0" w:after="0" w:line="290" w:lineRule="exact"/>
            </w:pPr>
            <w:r>
              <w:rPr>
                <w:rFonts w:ascii="Yu Mincho" w:hAnsi="Yu Mincho" w:eastAsia="Yu Mincho"/>
                <w:b w:val="0"/>
                <w:i w:val="0"/>
                <w:color w:val="1A1A1A"/>
                <w:sz w:val="21"/>
              </w:rPr>
              <w:t>年始のご挨拶を控えさせていただきました</w:t>
            </w:r>
          </w:p>
          <w:p>
            <w:pPr>
              <w:spacing w:before="0" w:after="0" w:line="290" w:lineRule="exact"/>
            </w:pPr>
            <w:r>
              <w:rPr>
                <w:rFonts w:ascii="Yu Mincho" w:hAnsi="Yu Mincho" w:eastAsia="Yu Mincho"/>
                <w:b w:val="0"/>
                <w:i w:val="0"/>
                <w:color w:val="1A1A1A"/>
                <w:sz w:val="21"/>
              </w:rPr>
              <w:t>ご尊父様のご逝去を知り</w:t>
            </w:r>
          </w:p>
          <w:p>
            <w:pPr>
              <w:spacing w:before="0" w:after="0" w:line="290" w:lineRule="exact"/>
            </w:pPr>
            <w:r>
              <w:rPr>
                <w:rFonts w:ascii="Yu Mincho" w:hAnsi="Yu Mincho" w:eastAsia="Yu Mincho"/>
                <w:b w:val="0"/>
                <w:i w:val="0"/>
                <w:color w:val="1A1A1A"/>
                <w:sz w:val="21"/>
              </w:rPr>
              <w:t>謹んでお悔やみ申し上げます</w:t>
            </w:r>
          </w:p>
          <w:p>
            <w:pPr>
              <w:spacing w:before="0" w:after="0" w:line="290" w:lineRule="exact"/>
            </w:pPr>
            <w:r>
              <w:rPr>
                <w:rFonts w:ascii="Yu Mincho" w:hAnsi="Yu Mincho" w:eastAsia="Yu Mincho"/>
                <w:b w:val="0"/>
                <w:i w:val="0"/>
                <w:color w:val="1A1A1A"/>
                <w:sz w:val="21"/>
              </w:rPr>
              <w:t>旧年中は大変お世話になりました</w:t>
            </w:r>
          </w:p>
          <w:p>
            <w:pPr>
              <w:spacing w:before="0" w:after="0" w:line="290" w:lineRule="exact"/>
            </w:pPr>
            <w:r>
              <w:rPr>
                <w:rFonts w:ascii="Yu Mincho" w:hAnsi="Yu Mincho" w:eastAsia="Yu Mincho"/>
                <w:b w:val="0"/>
                <w:i w:val="0"/>
                <w:color w:val="1A1A1A"/>
                <w:sz w:val="21"/>
              </w:rPr>
              <w:t>本年も変わらぬお付き合いのほど</w:t>
            </w:r>
          </w:p>
          <w:p>
            <w:pPr>
              <w:spacing w:before="0" w:after="0" w:line="290" w:lineRule="exact"/>
            </w:pPr>
            <w:r>
              <w:rPr>
                <w:rFonts w:ascii="Yu Mincho" w:hAnsi="Yu Mincho" w:eastAsia="Yu Mincho"/>
                <w:b w:val="0"/>
                <w:i w:val="0"/>
                <w:color w:val="1A1A1A"/>
                <w:sz w:val="21"/>
              </w:rPr>
              <w:t>お願い申し上げます</w:t>
            </w:r>
          </w:p>
          <w:p>
            <w:pPr>
              <w:spacing w:before="0" w:after="0" w:line="290" w:lineRule="exact"/>
            </w:pPr>
            <w:r>
              <w:rPr>
                <w:rFonts w:ascii="Yu Mincho" w:hAnsi="Yu Mincho" w:eastAsia="Yu Mincho"/>
                <w:b w:val="0"/>
                <w:i w:val="0"/>
                <w:color w:val="1A1A1A"/>
                <w:sz w:val="21"/>
              </w:rPr>
              <w:t>寒さ厳しき折</w:t>
            </w:r>
          </w:p>
          <w:p>
            <w:pPr>
              <w:spacing w:before="0" w:after="0" w:line="290" w:lineRule="exact"/>
            </w:pPr>
            <w:r>
              <w:rPr>
                <w:rFonts w:ascii="Yu Mincho" w:hAnsi="Yu Mincho" w:eastAsia="Yu Mincho"/>
                <w:b w:val="0"/>
                <w:i w:val="0"/>
                <w:color w:val="1A1A1A"/>
                <w:sz w:val="21"/>
              </w:rPr>
              <w:t>皆様のご健康を</w:t>
            </w:r>
          </w:p>
          <w:p>
            <w:pPr>
              <w:spacing w:before="0" w:after="0" w:line="290" w:lineRule="exact"/>
            </w:pPr>
            <w:r>
              <w:rPr>
                <w:rFonts w:ascii="Yu Mincho" w:hAnsi="Yu Mincho" w:eastAsia="Yu Mincho"/>
                <w:b w:val="0"/>
                <w:i w:val="0"/>
                <w:color w:val="1A1A1A"/>
                <w:sz w:val="21"/>
              </w:rPr>
              <w:t>お祈り申し上げます</w:t>
            </w:r>
          </w:p>
          <w:p>
            <w:pPr>
              <w:spacing w:before="0" w:after="0" w:line="140" w:lineRule="exact"/>
              <w:rPr>
                <w:sz w:val="10"/>
                <w:szCs w:val="10"/>
              </w:rPr>
            </w:pPr>
          </w:p>
          <w:p>
            <w:pPr>
              <w:spacing w:before="0" w:after="0" w:line="290" w:lineRule="exact"/>
            </w:pPr>
            <w:r>
              <w:rPr>
                <w:rFonts w:ascii="Yu Mincho" w:hAnsi="Yu Mincho" w:eastAsia="Yu Mincho"/>
                <w:b w:val="0"/>
                <w:i w:val="0"/>
                <w:color w:val="1A1A1A"/>
                <w:sz w:val="21"/>
              </w:rPr>
              <w:t>令和九年一月</w:t>
            </w:r>
          </w:p>
        </w:tc>
      </w:tr>
    </w:tbl>
    <w:p>
      <w:pPr>
        <w:spacing w:before="40" w:after="0" w:line="240" w:lineRule="exact"/>
      </w:pPr>
      <w:r>
        <w:rPr>
          <w:rFonts w:ascii="Yu Gothic" w:hAnsi="Yu Gothic" w:eastAsia="Yu Gothic"/>
          <w:b w:val="0"/>
          <w:i w:val="0"/>
          <w:color w:val="66707A"/>
          <w:sz w:val="16"/>
        </w:rPr>
        <w:t>注: 「ご尊父様」は相手の父の敬称です。母ならご母堂様、夫ならご主人様、妻なら奥様（ご令室様）、祖父ならご祖父様、祖母ならご祖母様に替えます。</w:t>
      </w:r>
    </w:p>
    <w:p>
      <w:pPr>
        <w:keepNext/>
        <w:spacing w:before="160" w:after="40"/>
      </w:pPr>
      <w:r>
        <w:rPr>
          <w:rFonts w:ascii="Yu Gothic" w:hAnsi="Yu Gothic" w:eastAsia="Yu Gothic"/>
          <w:b/>
          <w:i w:val="0"/>
          <w:color w:val="1B3A5C"/>
          <w:sz w:val="21"/>
        </w:rPr>
        <w:t>文例24　喪中と知らず年賀状を出してしまった（お詫びの寒中見舞い）</w:t>
      </w:r>
    </w:p>
    <w:tbl>
      <w:tblPr>
        <w:tblW w:type="dxa" w:w="9865"/>
        <w:tblInd w:w="227" w:type="dxa"/>
        <w:tblBorders>
          <w:top w:val="nil"/>
          <w:left w:val="nil"/>
          <w:bottom w:val="nil"/>
          <w:right w:val="nil"/>
          <w:insideH w:val="nil"/>
          <w:insideV w:val="nil"/>
        </w:tblBorders>
        <w:tblLayout w:type="fixed"/>
      </w:tblPr>
      <w:tblGrid>
        <w:gridCol w:w="9865"/>
      </w:tblGrid>
      <w:tr>
        <w:trPr>
          <w:cantSplit/>
        </w:trPr>
        <w:tc>
          <w:tcPr>
            <w:tcW w:type="dxa" w:w="9865"/>
            <w:tcMar>
              <w:top w:w="113" w:type="dxa"/>
              <w:bottom w:w="113" w:type="dxa"/>
              <w:left w:w="227" w:type="dxa"/>
              <w:right w:w="227" w:type="dxa"/>
            </w:tcMar>
            <w:shd w:val="clear" w:color="auto" w:fill="FFFFFF"/>
            <w:tcBorders>
              <w:top w:val="single" w:sz="3" w:space="0" w:color="B9C4CF"/>
              <w:bottom w:val="single" w:sz="3" w:space="0" w:color="B9C4CF"/>
              <w:left w:val="single" w:sz="10" w:space="0" w:color="1B3A5C"/>
              <w:right w:val="single" w:sz="3" w:space="0" w:color="B9C4CF"/>
            </w:tcBorders>
          </w:tcPr>
          <w:p>
            <w:pPr>
              <w:spacing w:before="0" w:after="0" w:line="290" w:lineRule="exact"/>
            </w:pPr>
            <w:r>
              <w:rPr>
                <w:rFonts w:ascii="Yu Mincho" w:hAnsi="Yu Mincho" w:eastAsia="Yu Mincho"/>
                <w:b w:val="0"/>
                <w:i w:val="0"/>
                <w:color w:val="1A1A1A"/>
                <w:sz w:val="21"/>
              </w:rPr>
              <w:t>寒中お見舞い申し上げます</w:t>
            </w:r>
          </w:p>
          <w:p>
            <w:pPr>
              <w:spacing w:before="0" w:after="0" w:line="290" w:lineRule="exact"/>
            </w:pPr>
            <w:r>
              <w:rPr>
                <w:rFonts w:ascii="Yu Mincho" w:hAnsi="Yu Mincho" w:eastAsia="Yu Mincho"/>
                <w:b w:val="0"/>
                <w:i w:val="0"/>
                <w:color w:val="1A1A1A"/>
                <w:sz w:val="21"/>
              </w:rPr>
              <w:t>ご服喪中とは存じ上げず</w:t>
            </w:r>
          </w:p>
          <w:p>
            <w:pPr>
              <w:spacing w:before="0" w:after="0" w:line="290" w:lineRule="exact"/>
            </w:pPr>
            <w:r>
              <w:rPr>
                <w:rFonts w:ascii="Yu Mincho" w:hAnsi="Yu Mincho" w:eastAsia="Yu Mincho"/>
                <w:b w:val="0"/>
                <w:i w:val="0"/>
                <w:color w:val="1A1A1A"/>
                <w:sz w:val="21"/>
              </w:rPr>
              <w:t>年始のご挨拶状を差し上げましたこと</w:t>
            </w:r>
          </w:p>
          <w:p>
            <w:pPr>
              <w:spacing w:before="0" w:after="0" w:line="290" w:lineRule="exact"/>
            </w:pPr>
            <w:r>
              <w:rPr>
                <w:rFonts w:ascii="Yu Mincho" w:hAnsi="Yu Mincho" w:eastAsia="Yu Mincho"/>
                <w:b w:val="0"/>
                <w:i w:val="0"/>
                <w:color w:val="1A1A1A"/>
                <w:sz w:val="21"/>
              </w:rPr>
              <w:t>深くお詫び申し上げます</w:t>
            </w:r>
          </w:p>
          <w:p>
            <w:pPr>
              <w:spacing w:before="0" w:after="0" w:line="290" w:lineRule="exact"/>
            </w:pPr>
            <w:r>
              <w:rPr>
                <w:rFonts w:ascii="Yu Mincho" w:hAnsi="Yu Mincho" w:eastAsia="Yu Mincho"/>
                <w:b w:val="0"/>
                <w:i w:val="0"/>
                <w:color w:val="1A1A1A"/>
                <w:sz w:val="21"/>
              </w:rPr>
              <w:t>ご尊父様のご逝去を知り</w:t>
            </w:r>
          </w:p>
          <w:p>
            <w:pPr>
              <w:spacing w:before="0" w:after="0" w:line="290" w:lineRule="exact"/>
            </w:pPr>
            <w:r>
              <w:rPr>
                <w:rFonts w:ascii="Yu Mincho" w:hAnsi="Yu Mincho" w:eastAsia="Yu Mincho"/>
                <w:b w:val="0"/>
                <w:i w:val="0"/>
                <w:color w:val="1A1A1A"/>
                <w:sz w:val="21"/>
              </w:rPr>
              <w:t>謹んでお悔やみ申し上げます</w:t>
            </w:r>
          </w:p>
          <w:p>
            <w:pPr>
              <w:spacing w:before="0" w:after="0" w:line="290" w:lineRule="exact"/>
            </w:pPr>
            <w:r>
              <w:rPr>
                <w:rFonts w:ascii="Yu Mincho" w:hAnsi="Yu Mincho" w:eastAsia="Yu Mincho"/>
                <w:b w:val="0"/>
                <w:i w:val="0"/>
                <w:color w:val="1A1A1A"/>
                <w:sz w:val="21"/>
              </w:rPr>
              <w:t>ご家族の皆様の</w:t>
            </w:r>
          </w:p>
          <w:p>
            <w:pPr>
              <w:spacing w:before="0" w:after="0" w:line="290" w:lineRule="exact"/>
            </w:pPr>
            <w:r>
              <w:rPr>
                <w:rFonts w:ascii="Yu Mincho" w:hAnsi="Yu Mincho" w:eastAsia="Yu Mincho"/>
                <w:b w:val="0"/>
                <w:i w:val="0"/>
                <w:color w:val="1A1A1A"/>
                <w:sz w:val="21"/>
              </w:rPr>
              <w:t>ご健康をお祈り申し上げます</w:t>
            </w:r>
          </w:p>
          <w:p>
            <w:pPr>
              <w:spacing w:before="0" w:after="0" w:line="140" w:lineRule="exact"/>
              <w:rPr>
                <w:sz w:val="10"/>
                <w:szCs w:val="10"/>
              </w:rPr>
            </w:pPr>
          </w:p>
          <w:p>
            <w:pPr>
              <w:spacing w:before="0" w:after="0" w:line="290" w:lineRule="exact"/>
            </w:pPr>
            <w:r>
              <w:rPr>
                <w:rFonts w:ascii="Yu Mincho" w:hAnsi="Yu Mincho" w:eastAsia="Yu Mincho"/>
                <w:b w:val="0"/>
                <w:i w:val="0"/>
                <w:color w:val="1A1A1A"/>
                <w:sz w:val="21"/>
              </w:rPr>
              <w:t>令和九年一月</w:t>
            </w:r>
          </w:p>
        </w:tc>
      </w:tr>
    </w:tbl>
    <w:p>
      <w:pPr>
        <w:spacing w:before="40" w:after="0" w:line="240" w:lineRule="exact"/>
      </w:pPr>
      <w:r>
        <w:rPr>
          <w:rFonts w:ascii="Yu Gothic" w:hAnsi="Yu Gothic" w:eastAsia="Yu Gothic"/>
          <w:b w:val="0"/>
          <w:i w:val="0"/>
          <w:color w:val="66707A"/>
          <w:sz w:val="16"/>
        </w:rPr>
        <w:t>注: 「ご尊父様」は相手の父の敬称です。母ならご母堂様、夫ならご主人様、妻なら奥様（ご令室様）、祖父ならご祖父様、祖母ならご祖母様に替えます。</w:t>
      </w:r>
    </w:p>
    <w:p>
      <w:pPr>
        <w:keepNext/>
        <w:spacing w:before="160" w:after="40"/>
      </w:pPr>
      <w:r>
        <w:rPr>
          <w:rFonts w:ascii="Yu Gothic" w:hAnsi="Yu Gothic" w:eastAsia="Yu Gothic"/>
          <w:b/>
          <w:i w:val="0"/>
          <w:color w:val="1B3A5C"/>
          <w:sz w:val="21"/>
        </w:rPr>
        <w:t>文例25　こちらが喪中のとき年賀状をいただいた（返礼の寒中見舞い）</w:t>
      </w:r>
    </w:p>
    <w:tbl>
      <w:tblPr>
        <w:tblW w:type="dxa" w:w="9865"/>
        <w:tblInd w:w="227" w:type="dxa"/>
        <w:tblBorders>
          <w:top w:val="nil"/>
          <w:left w:val="nil"/>
          <w:bottom w:val="nil"/>
          <w:right w:val="nil"/>
          <w:insideH w:val="nil"/>
          <w:insideV w:val="nil"/>
        </w:tblBorders>
        <w:tblLayout w:type="fixed"/>
      </w:tblPr>
      <w:tblGrid>
        <w:gridCol w:w="9865"/>
      </w:tblGrid>
      <w:tr>
        <w:trPr>
          <w:cantSplit/>
        </w:trPr>
        <w:tc>
          <w:tcPr>
            <w:tcW w:type="dxa" w:w="9865"/>
            <w:tcMar>
              <w:top w:w="113" w:type="dxa"/>
              <w:bottom w:w="113" w:type="dxa"/>
              <w:left w:w="227" w:type="dxa"/>
              <w:right w:w="227" w:type="dxa"/>
            </w:tcMar>
            <w:shd w:val="clear" w:color="auto" w:fill="FFFFFF"/>
            <w:tcBorders>
              <w:top w:val="single" w:sz="3" w:space="0" w:color="B9C4CF"/>
              <w:bottom w:val="single" w:sz="3" w:space="0" w:color="B9C4CF"/>
              <w:left w:val="single" w:sz="10" w:space="0" w:color="1B3A5C"/>
              <w:right w:val="single" w:sz="3" w:space="0" w:color="B9C4CF"/>
            </w:tcBorders>
          </w:tcPr>
          <w:p>
            <w:pPr>
              <w:spacing w:before="0" w:after="0" w:line="290" w:lineRule="exact"/>
            </w:pPr>
            <w:r>
              <w:rPr>
                <w:rFonts w:ascii="Yu Mincho" w:hAnsi="Yu Mincho" w:eastAsia="Yu Mincho"/>
                <w:b w:val="0"/>
                <w:i w:val="0"/>
                <w:color w:val="1A1A1A"/>
                <w:sz w:val="21"/>
              </w:rPr>
              <w:t>寒中お見舞い申し上げます</w:t>
            </w:r>
          </w:p>
          <w:p>
            <w:pPr>
              <w:spacing w:before="0" w:after="0" w:line="290" w:lineRule="exact"/>
            </w:pPr>
            <w:r>
              <w:rPr>
                <w:rFonts w:ascii="Yu Mincho" w:hAnsi="Yu Mincho" w:eastAsia="Yu Mincho"/>
                <w:b w:val="0"/>
                <w:i w:val="0"/>
                <w:color w:val="1A1A1A"/>
                <w:sz w:val="21"/>
              </w:rPr>
              <w:t>ご丁寧な年始のご挨拶を</w:t>
            </w:r>
          </w:p>
          <w:p>
            <w:pPr>
              <w:spacing w:before="0" w:after="0" w:line="290" w:lineRule="exact"/>
            </w:pPr>
            <w:r>
              <w:rPr>
                <w:rFonts w:ascii="Yu Mincho" w:hAnsi="Yu Mincho" w:eastAsia="Yu Mincho"/>
                <w:b w:val="0"/>
                <w:i w:val="0"/>
                <w:color w:val="1A1A1A"/>
                <w:sz w:val="21"/>
              </w:rPr>
              <w:t>ありがとうございました</w:t>
            </w:r>
          </w:p>
          <w:p>
            <w:pPr>
              <w:spacing w:before="0" w:after="0" w:line="290" w:lineRule="exact"/>
            </w:pPr>
            <w:r>
              <w:rPr>
                <w:rFonts w:ascii="Yu Mincho" w:hAnsi="Yu Mincho" w:eastAsia="Yu Mincho"/>
                <w:b w:val="0"/>
                <w:i w:val="0"/>
                <w:color w:val="1A1A1A"/>
                <w:sz w:val="21"/>
              </w:rPr>
              <w:t>昨年　父が永眠いたしましたので</w:t>
            </w:r>
          </w:p>
          <w:p>
            <w:pPr>
              <w:spacing w:before="0" w:after="0" w:line="290" w:lineRule="exact"/>
            </w:pPr>
            <w:r>
              <w:rPr>
                <w:rFonts w:ascii="Yu Mincho" w:hAnsi="Yu Mincho" w:eastAsia="Yu Mincho"/>
                <w:b w:val="0"/>
                <w:i w:val="0"/>
                <w:color w:val="1A1A1A"/>
                <w:sz w:val="21"/>
              </w:rPr>
              <w:t>年頭のご挨拶を控えさせていただきました</w:t>
            </w:r>
          </w:p>
          <w:p>
            <w:pPr>
              <w:spacing w:before="0" w:after="0" w:line="290" w:lineRule="exact"/>
            </w:pPr>
            <w:r>
              <w:rPr>
                <w:rFonts w:ascii="Yu Mincho" w:hAnsi="Yu Mincho" w:eastAsia="Yu Mincho"/>
                <w:b w:val="0"/>
                <w:i w:val="0"/>
                <w:color w:val="1A1A1A"/>
                <w:sz w:val="21"/>
              </w:rPr>
              <w:t>ご通知が行き届かず</w:t>
            </w:r>
          </w:p>
          <w:p>
            <w:pPr>
              <w:spacing w:before="0" w:after="0" w:line="290" w:lineRule="exact"/>
            </w:pPr>
            <w:r>
              <w:rPr>
                <w:rFonts w:ascii="Yu Mincho" w:hAnsi="Yu Mincho" w:eastAsia="Yu Mincho"/>
                <w:b w:val="0"/>
                <w:i w:val="0"/>
                <w:color w:val="1A1A1A"/>
                <w:sz w:val="21"/>
              </w:rPr>
              <w:t>失礼いたしました</w:t>
            </w:r>
          </w:p>
          <w:p>
            <w:pPr>
              <w:spacing w:before="0" w:after="0" w:line="290" w:lineRule="exact"/>
            </w:pPr>
            <w:r>
              <w:rPr>
                <w:rFonts w:ascii="Yu Mincho" w:hAnsi="Yu Mincho" w:eastAsia="Yu Mincho"/>
                <w:b w:val="0"/>
                <w:i w:val="0"/>
                <w:color w:val="1A1A1A"/>
                <w:sz w:val="21"/>
              </w:rPr>
              <w:t>本年も変わらぬご交誼のほど</w:t>
            </w:r>
          </w:p>
          <w:p>
            <w:pPr>
              <w:spacing w:before="0" w:after="0" w:line="290" w:lineRule="exact"/>
            </w:pPr>
            <w:r>
              <w:rPr>
                <w:rFonts w:ascii="Yu Mincho" w:hAnsi="Yu Mincho" w:eastAsia="Yu Mincho"/>
                <w:b w:val="0"/>
                <w:i w:val="0"/>
                <w:color w:val="1A1A1A"/>
                <w:sz w:val="21"/>
              </w:rPr>
              <w:t>お願い申し上げます</w:t>
            </w:r>
          </w:p>
          <w:p>
            <w:pPr>
              <w:spacing w:before="0" w:after="0" w:line="290" w:lineRule="exact"/>
            </w:pPr>
            <w:r>
              <w:rPr>
                <w:rFonts w:ascii="Yu Mincho" w:hAnsi="Yu Mincho" w:eastAsia="Yu Mincho"/>
                <w:b w:val="0"/>
                <w:i w:val="0"/>
                <w:color w:val="1A1A1A"/>
                <w:sz w:val="21"/>
              </w:rPr>
              <w:t>厳しい寒さが続きます</w:t>
            </w:r>
          </w:p>
          <w:p>
            <w:pPr>
              <w:spacing w:before="0" w:after="0" w:line="290" w:lineRule="exact"/>
            </w:pPr>
            <w:r>
              <w:rPr>
                <w:rFonts w:ascii="Yu Mincho" w:hAnsi="Yu Mincho" w:eastAsia="Yu Mincho"/>
                <w:b w:val="0"/>
                <w:i w:val="0"/>
                <w:color w:val="1A1A1A"/>
                <w:sz w:val="21"/>
              </w:rPr>
              <w:t>ご自愛ください</w:t>
            </w:r>
          </w:p>
          <w:p>
            <w:pPr>
              <w:spacing w:before="0" w:after="0" w:line="140" w:lineRule="exact"/>
              <w:rPr>
                <w:sz w:val="10"/>
                <w:szCs w:val="10"/>
              </w:rPr>
            </w:pPr>
          </w:p>
          <w:p>
            <w:pPr>
              <w:spacing w:before="0" w:after="0" w:line="290" w:lineRule="exact"/>
            </w:pPr>
            <w:r>
              <w:rPr>
                <w:rFonts w:ascii="Yu Mincho" w:hAnsi="Yu Mincho" w:eastAsia="Yu Mincho"/>
                <w:b w:val="0"/>
                <w:i w:val="0"/>
                <w:color w:val="1A1A1A"/>
                <w:sz w:val="21"/>
              </w:rPr>
              <w:t>令和九年一月</w:t>
            </w:r>
          </w:p>
        </w:tc>
      </w:tr>
    </w:tbl>
    <w:p>
      <w:pPr>
        <w:keepNext/>
        <w:spacing w:before="160" w:after="40"/>
      </w:pPr>
      <w:r>
        <w:rPr>
          <w:rFonts w:ascii="Yu Gothic" w:hAnsi="Yu Gothic" w:eastAsia="Yu Gothic"/>
          <w:b/>
          <w:i w:val="0"/>
          <w:color w:val="1B3A5C"/>
          <w:sz w:val="21"/>
        </w:rPr>
        <w:t>文例26　故人宛に年賀状が届いた（知らせる寒中見舞い）</w:t>
      </w:r>
    </w:p>
    <w:tbl>
      <w:tblPr>
        <w:tblW w:type="dxa" w:w="9865"/>
        <w:tblInd w:w="227" w:type="dxa"/>
        <w:tblBorders>
          <w:top w:val="nil"/>
          <w:left w:val="nil"/>
          <w:bottom w:val="nil"/>
          <w:right w:val="nil"/>
          <w:insideH w:val="nil"/>
          <w:insideV w:val="nil"/>
        </w:tblBorders>
        <w:tblLayout w:type="fixed"/>
      </w:tblPr>
      <w:tblGrid>
        <w:gridCol w:w="9865"/>
      </w:tblGrid>
      <w:tr>
        <w:trPr>
          <w:cantSplit/>
        </w:trPr>
        <w:tc>
          <w:tcPr>
            <w:tcW w:type="dxa" w:w="9865"/>
            <w:tcMar>
              <w:top w:w="113" w:type="dxa"/>
              <w:bottom w:w="113" w:type="dxa"/>
              <w:left w:w="227" w:type="dxa"/>
              <w:right w:w="227" w:type="dxa"/>
            </w:tcMar>
            <w:shd w:val="clear" w:color="auto" w:fill="FFFFFF"/>
            <w:tcBorders>
              <w:top w:val="single" w:sz="3" w:space="0" w:color="B9C4CF"/>
              <w:bottom w:val="single" w:sz="3" w:space="0" w:color="B9C4CF"/>
              <w:left w:val="single" w:sz="10" w:space="0" w:color="1B3A5C"/>
              <w:right w:val="single" w:sz="3" w:space="0" w:color="B9C4CF"/>
            </w:tcBorders>
          </w:tcPr>
          <w:p>
            <w:pPr>
              <w:spacing w:before="0" w:after="0" w:line="290" w:lineRule="exact"/>
            </w:pPr>
            <w:r>
              <w:rPr>
                <w:rFonts w:ascii="Yu Mincho" w:hAnsi="Yu Mincho" w:eastAsia="Yu Mincho"/>
                <w:b w:val="0"/>
                <w:i w:val="0"/>
                <w:color w:val="1A1A1A"/>
                <w:sz w:val="21"/>
              </w:rPr>
              <w:t>寒中お見舞い申し上げます</w:t>
            </w:r>
          </w:p>
          <w:p>
            <w:pPr>
              <w:spacing w:before="0" w:after="0" w:line="290" w:lineRule="exact"/>
            </w:pPr>
            <w:r>
              <w:rPr>
                <w:rFonts w:ascii="Yu Mincho" w:hAnsi="Yu Mincho" w:eastAsia="Yu Mincho"/>
                <w:b w:val="0"/>
                <w:i w:val="0"/>
                <w:color w:val="1A1A1A"/>
                <w:sz w:val="21"/>
              </w:rPr>
              <w:t>亡き父　山田一郎宛に</w:t>
            </w:r>
          </w:p>
          <w:p>
            <w:pPr>
              <w:spacing w:before="0" w:after="0" w:line="290" w:lineRule="exact"/>
            </w:pPr>
            <w:r>
              <w:rPr>
                <w:rFonts w:ascii="Yu Mincho" w:hAnsi="Yu Mincho" w:eastAsia="Yu Mincho"/>
                <w:b w:val="0"/>
                <w:i w:val="0"/>
                <w:color w:val="1A1A1A"/>
                <w:sz w:val="21"/>
              </w:rPr>
              <w:t>ご丁寧なご挨拶を</w:t>
            </w:r>
          </w:p>
          <w:p>
            <w:pPr>
              <w:spacing w:before="0" w:after="0" w:line="290" w:lineRule="exact"/>
            </w:pPr>
            <w:r>
              <w:rPr>
                <w:rFonts w:ascii="Yu Mincho" w:hAnsi="Yu Mincho" w:eastAsia="Yu Mincho"/>
                <w:b w:val="0"/>
                <w:i w:val="0"/>
                <w:color w:val="1A1A1A"/>
                <w:sz w:val="21"/>
              </w:rPr>
              <w:t>ありがとうございました</w:t>
            </w:r>
          </w:p>
          <w:p>
            <w:pPr>
              <w:spacing w:before="0" w:after="0" w:line="290" w:lineRule="exact"/>
            </w:pPr>
            <w:r>
              <w:rPr>
                <w:rFonts w:ascii="Yu Mincho" w:hAnsi="Yu Mincho" w:eastAsia="Yu Mincho"/>
                <w:b w:val="0"/>
                <w:i w:val="0"/>
                <w:color w:val="1A1A1A"/>
                <w:sz w:val="21"/>
              </w:rPr>
              <w:t>父は昨年九月に</w:t>
            </w:r>
          </w:p>
          <w:p>
            <w:pPr>
              <w:spacing w:before="0" w:after="0" w:line="290" w:lineRule="exact"/>
            </w:pPr>
            <w:r>
              <w:rPr>
                <w:rFonts w:ascii="Yu Mincho" w:hAnsi="Yu Mincho" w:eastAsia="Yu Mincho"/>
                <w:b w:val="0"/>
                <w:i w:val="0"/>
                <w:color w:val="1A1A1A"/>
                <w:sz w:val="21"/>
              </w:rPr>
              <w:t>八十五歳にて永眠いたしました</w:t>
            </w:r>
          </w:p>
          <w:p>
            <w:pPr>
              <w:spacing w:before="0" w:after="0" w:line="290" w:lineRule="exact"/>
            </w:pPr>
            <w:r>
              <w:rPr>
                <w:rFonts w:ascii="Yu Mincho" w:hAnsi="Yu Mincho" w:eastAsia="Yu Mincho"/>
                <w:b w:val="0"/>
                <w:i w:val="0"/>
                <w:color w:val="1A1A1A"/>
                <w:sz w:val="21"/>
              </w:rPr>
              <w:t>ご通知が遅れましたことを</w:t>
            </w:r>
          </w:p>
          <w:p>
            <w:pPr>
              <w:spacing w:before="0" w:after="0" w:line="290" w:lineRule="exact"/>
            </w:pPr>
            <w:r>
              <w:rPr>
                <w:rFonts w:ascii="Yu Mincho" w:hAnsi="Yu Mincho" w:eastAsia="Yu Mincho"/>
                <w:b w:val="0"/>
                <w:i w:val="0"/>
                <w:color w:val="1A1A1A"/>
                <w:sz w:val="21"/>
              </w:rPr>
              <w:t>お詫び申し上げます</w:t>
            </w:r>
          </w:p>
          <w:p>
            <w:pPr>
              <w:spacing w:before="0" w:after="0" w:line="290" w:lineRule="exact"/>
            </w:pPr>
            <w:r>
              <w:rPr>
                <w:rFonts w:ascii="Yu Mincho" w:hAnsi="Yu Mincho" w:eastAsia="Yu Mincho"/>
                <w:b w:val="0"/>
                <w:i w:val="0"/>
                <w:color w:val="1A1A1A"/>
                <w:sz w:val="21"/>
              </w:rPr>
              <w:t>生前賜りましたご厚情に</w:t>
            </w:r>
          </w:p>
          <w:p>
            <w:pPr>
              <w:spacing w:before="0" w:after="0" w:line="290" w:lineRule="exact"/>
            </w:pPr>
            <w:r>
              <w:rPr>
                <w:rFonts w:ascii="Yu Mincho" w:hAnsi="Yu Mincho" w:eastAsia="Yu Mincho"/>
                <w:b w:val="0"/>
                <w:i w:val="0"/>
                <w:color w:val="1A1A1A"/>
                <w:sz w:val="21"/>
              </w:rPr>
              <w:t>深く感謝申し上げます</w:t>
            </w:r>
          </w:p>
          <w:p>
            <w:pPr>
              <w:spacing w:before="0" w:after="0" w:line="140" w:lineRule="exact"/>
              <w:rPr>
                <w:sz w:val="10"/>
                <w:szCs w:val="10"/>
              </w:rPr>
            </w:pPr>
          </w:p>
          <w:p>
            <w:pPr>
              <w:spacing w:before="0" w:after="0" w:line="290" w:lineRule="exact"/>
            </w:pPr>
            <w:r>
              <w:rPr>
                <w:rFonts w:ascii="Yu Mincho" w:hAnsi="Yu Mincho" w:eastAsia="Yu Mincho"/>
                <w:b w:val="0"/>
                <w:i w:val="0"/>
                <w:color w:val="1A1A1A"/>
                <w:sz w:val="21"/>
              </w:rPr>
              <w:t>令和九年一月</w:t>
            </w:r>
          </w:p>
        </w:tc>
      </w:tr>
    </w:tbl>
    <w:p>
      <w:pPr>
        <w:keepNext/>
        <w:spacing w:before="160" w:after="40"/>
      </w:pPr>
      <w:r>
        <w:rPr>
          <w:rFonts w:ascii="Yu Gothic" w:hAnsi="Yu Gothic" w:eastAsia="Yu Gothic"/>
          <w:b/>
          <w:i w:val="0"/>
          <w:color w:val="1B3A5C"/>
          <w:sz w:val="21"/>
        </w:rPr>
        <w:t>文例27　12月に亡くなり喪中はがきが間に合わなかった（寒中見舞いで知らせる）</w:t>
      </w:r>
    </w:p>
    <w:tbl>
      <w:tblPr>
        <w:tblW w:type="dxa" w:w="9865"/>
        <w:tblInd w:w="227" w:type="dxa"/>
        <w:tblBorders>
          <w:top w:val="nil"/>
          <w:left w:val="nil"/>
          <w:bottom w:val="nil"/>
          <w:right w:val="nil"/>
          <w:insideH w:val="nil"/>
          <w:insideV w:val="nil"/>
        </w:tblBorders>
        <w:tblLayout w:type="fixed"/>
      </w:tblPr>
      <w:tblGrid>
        <w:gridCol w:w="9865"/>
      </w:tblGrid>
      <w:tr>
        <w:trPr>
          <w:cantSplit/>
        </w:trPr>
        <w:tc>
          <w:tcPr>
            <w:tcW w:type="dxa" w:w="9865"/>
            <w:tcMar>
              <w:top w:w="113" w:type="dxa"/>
              <w:bottom w:w="113" w:type="dxa"/>
              <w:left w:w="227" w:type="dxa"/>
              <w:right w:w="227" w:type="dxa"/>
            </w:tcMar>
            <w:shd w:val="clear" w:color="auto" w:fill="FFFFFF"/>
            <w:tcBorders>
              <w:top w:val="single" w:sz="3" w:space="0" w:color="B9C4CF"/>
              <w:bottom w:val="single" w:sz="3" w:space="0" w:color="B9C4CF"/>
              <w:left w:val="single" w:sz="10" w:space="0" w:color="1B3A5C"/>
              <w:right w:val="single" w:sz="3" w:space="0" w:color="B9C4CF"/>
            </w:tcBorders>
          </w:tcPr>
          <w:p>
            <w:pPr>
              <w:spacing w:before="0" w:after="0" w:line="290" w:lineRule="exact"/>
            </w:pPr>
            <w:r>
              <w:rPr>
                <w:rFonts w:ascii="Yu Mincho" w:hAnsi="Yu Mincho" w:eastAsia="Yu Mincho"/>
                <w:b w:val="0"/>
                <w:i w:val="0"/>
                <w:color w:val="1A1A1A"/>
                <w:sz w:val="21"/>
              </w:rPr>
              <w:t>寒中お見舞い申し上げます</w:t>
            </w:r>
          </w:p>
          <w:p>
            <w:pPr>
              <w:spacing w:before="0" w:after="0" w:line="290" w:lineRule="exact"/>
            </w:pPr>
            <w:r>
              <w:rPr>
                <w:rFonts w:ascii="Yu Mincho" w:hAnsi="Yu Mincho" w:eastAsia="Yu Mincho"/>
                <w:b w:val="0"/>
                <w:i w:val="0"/>
                <w:color w:val="1A1A1A"/>
                <w:sz w:val="21"/>
              </w:rPr>
              <w:t>昨年十二月に</w:t>
            </w:r>
          </w:p>
          <w:p>
            <w:pPr>
              <w:spacing w:before="0" w:after="0" w:line="290" w:lineRule="exact"/>
            </w:pPr>
            <w:r>
              <w:rPr>
                <w:rFonts w:ascii="Yu Mincho" w:hAnsi="Yu Mincho" w:eastAsia="Yu Mincho"/>
                <w:b w:val="0"/>
                <w:i w:val="0"/>
                <w:color w:val="1A1A1A"/>
                <w:sz w:val="21"/>
              </w:rPr>
              <w:t>母　山田清子が</w:t>
            </w:r>
          </w:p>
          <w:p>
            <w:pPr>
              <w:spacing w:before="0" w:after="0" w:line="290" w:lineRule="exact"/>
            </w:pPr>
            <w:r>
              <w:rPr>
                <w:rFonts w:ascii="Yu Mincho" w:hAnsi="Yu Mincho" w:eastAsia="Yu Mincho"/>
                <w:b w:val="0"/>
                <w:i w:val="0"/>
                <w:color w:val="1A1A1A"/>
                <w:sz w:val="21"/>
              </w:rPr>
              <w:t>永眠いたしました</w:t>
            </w:r>
          </w:p>
          <w:p>
            <w:pPr>
              <w:spacing w:before="0" w:after="0" w:line="290" w:lineRule="exact"/>
            </w:pPr>
            <w:r>
              <w:rPr>
                <w:rFonts w:ascii="Yu Mincho" w:hAnsi="Yu Mincho" w:eastAsia="Yu Mincho"/>
                <w:b w:val="0"/>
                <w:i w:val="0"/>
                <w:color w:val="1A1A1A"/>
                <w:sz w:val="21"/>
              </w:rPr>
              <w:t>喪中のため</w:t>
            </w:r>
          </w:p>
          <w:p>
            <w:pPr>
              <w:spacing w:before="0" w:after="0" w:line="290" w:lineRule="exact"/>
            </w:pPr>
            <w:r>
              <w:rPr>
                <w:rFonts w:ascii="Yu Mincho" w:hAnsi="Yu Mincho" w:eastAsia="Yu Mincho"/>
                <w:b w:val="0"/>
                <w:i w:val="0"/>
                <w:color w:val="1A1A1A"/>
                <w:sz w:val="21"/>
              </w:rPr>
              <w:t>年頭のご挨拶を失礼いたしました</w:t>
            </w:r>
          </w:p>
          <w:p>
            <w:pPr>
              <w:spacing w:before="0" w:after="0" w:line="290" w:lineRule="exact"/>
            </w:pPr>
            <w:r>
              <w:rPr>
                <w:rFonts w:ascii="Yu Mincho" w:hAnsi="Yu Mincho" w:eastAsia="Yu Mincho"/>
                <w:b w:val="0"/>
                <w:i w:val="0"/>
                <w:color w:val="1A1A1A"/>
                <w:sz w:val="21"/>
              </w:rPr>
              <w:t>お知らせが遅れましたことを</w:t>
            </w:r>
          </w:p>
          <w:p>
            <w:pPr>
              <w:spacing w:before="0" w:after="0" w:line="290" w:lineRule="exact"/>
            </w:pPr>
            <w:r>
              <w:rPr>
                <w:rFonts w:ascii="Yu Mincho" w:hAnsi="Yu Mincho" w:eastAsia="Yu Mincho"/>
                <w:b w:val="0"/>
                <w:i w:val="0"/>
                <w:color w:val="1A1A1A"/>
                <w:sz w:val="21"/>
              </w:rPr>
              <w:t>お詫び申し上げます</w:t>
            </w:r>
          </w:p>
          <w:p>
            <w:pPr>
              <w:spacing w:before="0" w:after="0" w:line="290" w:lineRule="exact"/>
            </w:pPr>
            <w:r>
              <w:rPr>
                <w:rFonts w:ascii="Yu Mincho" w:hAnsi="Yu Mincho" w:eastAsia="Yu Mincho"/>
                <w:b w:val="0"/>
                <w:i w:val="0"/>
                <w:color w:val="1A1A1A"/>
                <w:sz w:val="21"/>
              </w:rPr>
              <w:t>旧年中のご厚情に</w:t>
            </w:r>
          </w:p>
          <w:p>
            <w:pPr>
              <w:spacing w:before="0" w:after="0" w:line="290" w:lineRule="exact"/>
            </w:pPr>
            <w:r>
              <w:rPr>
                <w:rFonts w:ascii="Yu Mincho" w:hAnsi="Yu Mincho" w:eastAsia="Yu Mincho"/>
                <w:b w:val="0"/>
                <w:i w:val="0"/>
                <w:color w:val="1A1A1A"/>
                <w:sz w:val="21"/>
              </w:rPr>
              <w:t>深く感謝申し上げます</w:t>
            </w:r>
          </w:p>
          <w:p>
            <w:pPr>
              <w:spacing w:before="0" w:after="0" w:line="140" w:lineRule="exact"/>
              <w:rPr>
                <w:sz w:val="10"/>
                <w:szCs w:val="10"/>
              </w:rPr>
            </w:pPr>
          </w:p>
          <w:p>
            <w:pPr>
              <w:spacing w:before="0" w:after="0" w:line="290" w:lineRule="exact"/>
            </w:pPr>
            <w:r>
              <w:rPr>
                <w:rFonts w:ascii="Yu Mincho" w:hAnsi="Yu Mincho" w:eastAsia="Yu Mincho"/>
                <w:b w:val="0"/>
                <w:i w:val="0"/>
                <w:color w:val="1A1A1A"/>
                <w:sz w:val="21"/>
              </w:rPr>
              <w:t>令和九年一月</w:t>
            </w:r>
          </w:p>
        </w:tc>
      </w:tr>
    </w:tbl>
    <w:p>
      <w:pPr>
        <w:spacing w:before="0" w:after="0" w:line="113" w:lineRule="exact"/>
      </w:pPr>
    </w:p>
    <w:p>
      <w:pPr>
        <w:spacing w:before="0" w:after="20" w:line="210" w:lineRule="exact"/>
      </w:pPr>
      <w:r>
        <w:rPr>
          <w:rFonts w:ascii="Yu Gothic" w:hAnsi="Yu Gothic" w:eastAsia="Yu Gothic"/>
          <w:b w:val="0"/>
          <w:i w:val="0"/>
          <w:color w:val="66707A"/>
          <w:sz w:val="15"/>
        </w:rPr>
        <w:t>※ 文例はすべて自作です。弔事の作法は地域や家によって違います。迷ったときは、受け取った相手が困らないかを基準に決めてください。</w:t>
      </w:r>
    </w:p>
    <w:sectPr w:rsidR="00FC693F" w:rsidRPr="0006063C" w:rsidSect="00034616">
      <w:footerReference w:type="default" r:id="rId9"/>
      <w:pgSz w:w="11906" w:h="16838"/>
      <w:pgMar w:top="1247" w:right="1020" w:bottom="1134" w:left="1020" w:header="567" w:footer="62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pBdr>
        <w:top w:val="single" w:sz="3" w:space="1" w:color="66707A"/>
      </w:pBdr>
    </w:pPr>
    <w:r>
      <w:rPr>
        <w:rFonts w:ascii="Yu Gothic" w:hAnsi="Yu Gothic" w:eastAsia="Yu Gothic"/>
        <w:b w:val="0"/>
        <w:i w:val="0"/>
        <w:color w:val="66707A"/>
        <w:sz w:val="14"/>
      </w:rPr>
      <w:t>template-free.jp</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Yu Gothic" w:hAnsi="Yu Gothic" w:eastAsia="Yu Gothi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