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例1　仏式（佐藤家）　仏式（浄土真宗以外）・四十九日の法要を済ませたとき　※この行は印刷前に削除してください</w:t>
      </w:r>
    </w:p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謹啓　先般　亡父　佐藤義男の葬儀に際しましては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ご多用のところ　ご会葬を賜りましたうえ　ご丁重なるご厚志を頂戴し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誠にありがたく厚く御礼申し上げます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おかげさまをもちまして　本日　四十九日の法要を滞りなく営みました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つきましては　供養のしるしとして心ばかりの品をお届けいたしました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ご受納くださいますようお願い申し上げます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まずは書中をもちまして　御礼のご挨拶を申し上げます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敬白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令和八年十二月二十日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喪主　佐藤　健一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親族一同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例2　浄土真宗（中村家）　浄土真宗・満中陰の法要を営んだとき　※この行は印刷前に削除してください</w:t>
      </w:r>
    </w:p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謹啓　先般　亡父　中村正夫（法名【　　　　】）の葬儀に際しましては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ご丁重なるご厚志を賜り　誠にありがたく厚く御礼申し上げます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本日　満中陰の法要を営みました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つきましては　心ばかりの品をお届けいたしました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ご受納くださいますようお願い申し上げます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略儀ながら書中をもちまして　御礼のご挨拶を申し上げます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敬白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令和八年十二月十八日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喪主　中村　和也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親族一同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例3　神式（小林家）　神式・五十日祭を済ませたとき　※この行は印刷前に削除してください</w:t>
      </w:r>
    </w:p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謹啓　先般　亡父　小林茂の葬儀に際しましては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ご弔詞とご厚志を賜り　誠にありがとうございました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本日　五十日祭を滞りなく相済ませました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つきましては　心ばかりの品をお届けいたしました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ご受納くださいますようお願い申し上げます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略儀ながら書中をもちましてご挨拶申し上げます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敬白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令和八年十二月二十一日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喪主　小林　誠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親族一同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例4　カトリック（高橋家）　カトリック・三十日目の追悼ミサを済ませたとき　※この行は印刷前に削除してください</w:t>
      </w:r>
    </w:p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謹啓　先般　母　高橋花子の帰天に際しましては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ご多用のところ　ご会葬を賜りましたうえ　ご丁重なるご厚志を頂戴し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誠にありがとうございました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本日　三十日目の追悼ミサを滞りなく済ませました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つきましては　心ばかりの品をお届けいたしました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ご受納くださいますようお願い申し上げます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略儀ながら書中をもちましてご挨拶申し上げます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敬白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令和八年十一月二十七日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喪主　高橋　直樹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親族一同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例5　プロテスタント（伊藤家）　プロテスタント・召天一か月の記念式を済ませたとき　※この行は印刷前に削除してください</w:t>
      </w:r>
    </w:p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謹啓　先般　母　伊藤和子の召天に際しましては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ご多用のところ　ご会葬を賜りましたうえ　ご丁重なるご厚志を頂戴し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誠にありがとうございました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本日　召天一か月の記念式を滞りなく済ませました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つきましては　心ばかりの品をお届けいたしました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ご受納くださいますようお願い申し上げます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略儀ながら書中をもちましてご挨拶申し上げます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敬白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令和八年十一月二十五日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喪主　伊藤　大輔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親族一同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例6　即日返し（渡辺家）　即日返し（当日に品を渡す）に添える一筆　※この行は印刷前に削除してください</w:t>
      </w:r>
    </w:p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本日はご多用のところ　ご会葬を賜り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誠にありがとうございました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心ばかりの品をお納めください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喪主　渡辺　裕太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例7　香典辞退（山口家）　香典を辞退したが、お心遣いをいただいた方へのお礼状　※この行は印刷前に削除してください</w:t>
      </w:r>
    </w:p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謹啓　先般　亡父　山口三郎の葬儀に際しましては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ご弔問を賜り　誠にありがとうございました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ご厚志はご辞退申し上げましたにもかかわらず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お心遣いをいただき　恐縮いたしております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故人に代わりまして　心より御礼申し上げます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略儀ながら書中をもちましてご挨拶申し上げます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敬白</w:t>
            </w:r>
          </w:p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令和八年十一月十日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喪主　山口　美香</w:t>
            </w:r>
          </w:p>
          <w:p>
            <w:pPr>
              <w:spacing w:before="0" w:after="0" w:line="60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親族一同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spacing w:before="0" w:after="60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差し込み文　送る時期が遅れたとき（本文の「つきましては」の前に入れる）　※この行は印刷前に削除してください</w:t>
      </w:r>
    </w:p>
    <w:tbl>
      <w:tblPr>
        <w:tblW w:type="dxa" w:w="9638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8"/>
      </w:tblGrid>
      <w:tr>
        <w:trPr>
          <w:cantSplit/>
          <w:trHeight w:val="13833" w:hRule="exact"/>
        </w:trPr>
        <w:tc>
          <w:tcPr>
            <w:tcW w:type="dxa" w:w="9638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60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8"/>
              </w:rPr>
              <w:t>本来であれば早々にお届けすべきところ　諸事情により遅くなりましたことを　お詫び申し上げます</w:t>
            </w:r>
          </w:p>
        </w:tc>
      </w:tr>
    </w:tbl>
    <w:p>
      <w:pPr>
        <w:spacing w:before="0" w:after="0" w:line="28" w:lineRule="exact"/>
      </w:pPr>
    </w:p>
    <w:sectPr w:rsidR="00FC693F" w:rsidRPr="0006063C" w:rsidSect="00034616">
      <w:pgSz w:w="11906" w:h="16838"/>
      <w:pgMar w:top="1134" w:right="1134" w:bottom="907" w:left="1134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