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0" w:after="8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企画書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提出日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起案者（所属・氏名）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目的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323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背景と課題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内容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5"/>
        <w:gridCol w:w="2268"/>
        <w:gridCol w:w="2948"/>
      </w:tblGrid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何を</w:t>
            </w: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誰が</w:t>
            </w:r>
          </w:p>
        </w:tc>
        <w:tc>
          <w:tcPr>
            <w:tcW w:type="dxa" w:w="294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いつ</w:t>
            </w: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94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94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94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期待効果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2835"/>
        <w:gridCol w:w="2948"/>
      </w:tblGrid>
      <w:tr>
        <w:trPr>
          <w:cantSplit/>
          <w:trHeight w:val="244" w:hRule="atLeast"/>
        </w:trPr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指標</w:t>
            </w: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現状</w:t>
            </w:r>
          </w:p>
        </w:tc>
        <w:tc>
          <w:tcPr>
            <w:tcW w:type="dxa" w:w="294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目標</w:t>
            </w:r>
          </w:p>
        </w:tc>
      </w:tr>
      <w:tr>
        <w:trPr>
          <w:cantSplit/>
          <w:trHeight w:val="244" w:hRule="atLeast"/>
        </w:trPr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94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94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94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費用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36"/>
        <w:gridCol w:w="3515"/>
      </w:tblGrid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金額</w:t>
            </w: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合計</w:t>
            </w: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日程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742"/>
        <w:gridCol w:w="6009"/>
      </w:tblGrid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時期</w:t>
            </w: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リスクと対策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5"/>
        <w:gridCol w:w="5216"/>
      </w:tblGrid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リスク</w:t>
            </w:r>
          </w:p>
        </w:tc>
        <w:tc>
          <w:tcPr>
            <w:tcW w:type="dxa" w:w="521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対策</w:t>
            </w: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21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21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数字の根拠（確認済みか仮定か）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決裁してほしいこと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323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Heading1"/>
        <w:spacing w:before="0" w:after="8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新規事業企画書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提出日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起案者（所属・氏名）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事業の概要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顧客と課題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提供する価値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収益計画（年間）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061"/>
        <w:gridCol w:w="3969"/>
        <w:gridCol w:w="2721"/>
      </w:tblGrid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数式・単価</w:t>
            </w:r>
          </w:p>
        </w:tc>
        <w:tc>
          <w:tcPr>
            <w:tcW w:type="dxa" w:w="272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金額</w:t>
            </w: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72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72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72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72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96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72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事実と仮定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1814"/>
        <w:gridCol w:w="4535"/>
      </w:tblGrid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数字・内容</w:t>
            </w:r>
          </w:p>
        </w:tc>
        <w:tc>
          <w:tcPr>
            <w:tcW w:type="dxa" w:w="181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確認済み／仮定</w:t>
            </w: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確認先・確かめ方</w:t>
            </w: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81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81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81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81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体制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5"/>
        <w:gridCol w:w="1701"/>
        <w:gridCol w:w="3515"/>
      </w:tblGrid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役割</w:t>
            </w:r>
          </w:p>
        </w:tc>
        <w:tc>
          <w:tcPr>
            <w:tcW w:type="dxa" w:w="170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人数</w:t>
            </w: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時期</w:t>
            </w: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70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70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日程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742"/>
        <w:gridCol w:w="6009"/>
      </w:tblGrid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時期</w:t>
            </w: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リスクと対策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5"/>
        <w:gridCol w:w="5216"/>
      </w:tblGrid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リスク</w:t>
            </w:r>
          </w:p>
        </w:tc>
        <w:tc>
          <w:tcPr>
            <w:tcW w:type="dxa" w:w="521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対策</w:t>
            </w: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21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21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決裁してほしいこと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323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Heading1"/>
        <w:spacing w:before="0" w:after="8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商品企画書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提出日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起案者（所属・氏名）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開発の背景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商品のコンセプト（一言で）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323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ターゲット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323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仕様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200"/>
      </w:tblGrid>
      <w:tr>
        <w:trPr>
          <w:cantSplit/>
          <w:trHeight w:val="244" w:hRule="atLeast"/>
        </w:trPr>
        <w:tc>
          <w:tcPr>
            <w:tcW w:type="dxa" w:w="255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7200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</w:tr>
      <w:tr>
        <w:trPr>
          <w:cantSplit/>
          <w:trHeight w:val="244" w:hRule="atLeast"/>
        </w:trPr>
        <w:tc>
          <w:tcPr>
            <w:tcW w:type="dxa" w:w="255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7200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55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7200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55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7200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価格と原価（単価）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36"/>
        <w:gridCol w:w="3515"/>
      </w:tblGrid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金額</w:t>
            </w: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損益分岐点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061"/>
        <w:gridCol w:w="3855"/>
        <w:gridCol w:w="2835"/>
      </w:tblGrid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385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計算</w:t>
            </w: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結果</w:t>
            </w: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85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85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85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事実と仮定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1814"/>
        <w:gridCol w:w="4535"/>
      </w:tblGrid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数字・内容</w:t>
            </w:r>
          </w:p>
        </w:tc>
        <w:tc>
          <w:tcPr>
            <w:tcW w:type="dxa" w:w="181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確認済み／仮定</w:t>
            </w: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確認先・確かめ方</w:t>
            </w: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81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81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81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開発日程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742"/>
        <w:gridCol w:w="6009"/>
      </w:tblGrid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時期</w:t>
            </w: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販売計画（初回）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061"/>
        <w:gridCol w:w="3855"/>
        <w:gridCol w:w="2835"/>
      </w:tblGrid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385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計算</w:t>
            </w: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結果</w:t>
            </w: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85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85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85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06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85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決裁してほしいこと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323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Heading1"/>
        <w:spacing w:before="0" w:after="8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イベント企画書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提出日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起案者（所属・氏名）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開催概要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名称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日時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日（　）　　：　〜　　：</w:t>
            </w: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会場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定員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目的と目標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ターゲットと集客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323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プログラム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041"/>
        <w:gridCol w:w="5443"/>
        <w:gridCol w:w="2268"/>
      </w:tblGrid>
      <w:tr>
        <w:trPr>
          <w:cantSplit/>
          <w:trHeight w:val="244" w:hRule="atLeast"/>
        </w:trPr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時刻</w:t>
            </w:r>
          </w:p>
        </w:tc>
        <w:tc>
          <w:tcPr>
            <w:tcW w:type="dxa" w:w="544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担当</w:t>
            </w:r>
          </w:p>
        </w:tc>
      </w:tr>
      <w:tr>
        <w:trPr>
          <w:cantSplit/>
          <w:trHeight w:val="244" w:hRule="atLeast"/>
        </w:trPr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44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44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44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44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44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予算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36"/>
        <w:gridCol w:w="3515"/>
      </w:tblGrid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金額</w:t>
            </w: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合計</w:t>
            </w: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体制と当日の動き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94"/>
        <w:gridCol w:w="1134"/>
        <w:gridCol w:w="6123"/>
      </w:tblGrid>
      <w:tr>
        <w:trPr>
          <w:cantSplit/>
          <w:trHeight w:val="244" w:hRule="atLeast"/>
        </w:trPr>
        <w:tc>
          <w:tcPr>
            <w:tcW w:type="dxa" w:w="249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役割</w:t>
            </w:r>
          </w:p>
        </w:tc>
        <w:tc>
          <w:tcPr>
            <w:tcW w:type="dxa" w:w="113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人数</w:t>
            </w:r>
          </w:p>
        </w:tc>
        <w:tc>
          <w:tcPr>
            <w:tcW w:type="dxa" w:w="612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当日の動き</w:t>
            </w:r>
          </w:p>
        </w:tc>
      </w:tr>
      <w:tr>
        <w:trPr>
          <w:cantSplit/>
          <w:trHeight w:val="244" w:hRule="atLeast"/>
        </w:trPr>
        <w:tc>
          <w:tcPr>
            <w:tcW w:type="dxa" w:w="249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13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12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9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13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12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9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1134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123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開催後の評価（指標と測り方）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日程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742"/>
        <w:gridCol w:w="6009"/>
      </w:tblGrid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時期</w:t>
            </w: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決裁してほしいこと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323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Heading1"/>
        <w:spacing w:before="0" w:after="8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販促・キャンペーン企画書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提出日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起案者（所属・氏名）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期間と対象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期間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 〜　月　日</w:t>
            </w: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対象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目的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施策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268"/>
        <w:gridCol w:w="5102"/>
        <w:gridCol w:w="2381"/>
      </w:tblGrid>
      <w:tr>
        <w:trPr>
          <w:cantSplit/>
          <w:trHeight w:val="244" w:hRule="atLeast"/>
        </w:trPr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チャネル</w:t>
            </w:r>
          </w:p>
        </w:tc>
        <w:tc>
          <w:tcPr>
            <w:tcW w:type="dxa" w:w="51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  <w:tc>
          <w:tcPr>
            <w:tcW w:type="dxa" w:w="238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担当</w:t>
            </w:r>
          </w:p>
        </w:tc>
      </w:tr>
      <w:tr>
        <w:trPr>
          <w:cantSplit/>
          <w:trHeight w:val="244" w:hRule="atLeast"/>
        </w:trPr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1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38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1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38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268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1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38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目標（KPI）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381"/>
        <w:gridCol w:w="2835"/>
        <w:gridCol w:w="4535"/>
      </w:tblGrid>
      <w:tr>
        <w:trPr>
          <w:cantSplit/>
          <w:trHeight w:val="244" w:hRule="atLeast"/>
        </w:trPr>
        <w:tc>
          <w:tcPr>
            <w:tcW w:type="dxa" w:w="238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指標</w:t>
            </w: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目標</w:t>
            </w: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測り方</w:t>
            </w:r>
          </w:p>
        </w:tc>
      </w:tr>
      <w:tr>
        <w:trPr>
          <w:cantSplit/>
          <w:trHeight w:val="244" w:hRule="atLeast"/>
        </w:trPr>
        <w:tc>
          <w:tcPr>
            <w:tcW w:type="dxa" w:w="238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38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38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予算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36"/>
        <w:gridCol w:w="3515"/>
      </w:tblGrid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金額</w:t>
            </w: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623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合計</w:t>
            </w: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日程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742"/>
        <w:gridCol w:w="6009"/>
      </w:tblGrid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時期</w:t>
            </w: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結果の測り方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決裁してほしいこと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Heading1"/>
        <w:spacing w:before="0" w:after="8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業務改善企画書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提出日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起案者（所属・氏名）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438"/>
            <w:tcMar>
              <w:top w:w="20" w:type="dxa"/>
              <w:bottom w:w="2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20" w:type="dxa"/>
              <w:bottom w:w="2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現状の問題（数字で）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原因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改善案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99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効果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2041"/>
        <w:gridCol w:w="2041"/>
        <w:gridCol w:w="2835"/>
      </w:tblGrid>
      <w:tr>
        <w:trPr>
          <w:cantSplit/>
          <w:trHeight w:val="244" w:hRule="atLeast"/>
        </w:trPr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現状</w:t>
            </w:r>
          </w:p>
        </w:tc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改善後</w:t>
            </w: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年間の差</w:t>
            </w:r>
          </w:p>
        </w:tc>
      </w:tr>
      <w:tr>
        <w:trPr>
          <w:cantSplit/>
          <w:trHeight w:val="244" w:hRule="atLeast"/>
        </w:trPr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041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費用と差引（年間）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3515"/>
        <w:gridCol w:w="2835"/>
      </w:tblGrid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計算</w:t>
            </w: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金額</w:t>
            </w: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40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351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28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体制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5"/>
        <w:gridCol w:w="5216"/>
      </w:tblGrid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役割</w:t>
            </w:r>
          </w:p>
        </w:tc>
        <w:tc>
          <w:tcPr>
            <w:tcW w:type="dxa" w:w="521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担当</w:t>
            </w: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21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4535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5216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日程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742"/>
        <w:gridCol w:w="6009"/>
      </w:tblGrid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時期</w:t>
            </w: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  <w:tr>
        <w:trPr>
          <w:cantSplit/>
          <w:trHeight w:val="244" w:hRule="atLeast"/>
        </w:trPr>
        <w:tc>
          <w:tcPr>
            <w:tcW w:type="dxa" w:w="3742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2" w:lineRule="exact"/>
            </w:pPr>
          </w:p>
        </w:tc>
        <w:tc>
          <w:tcPr>
            <w:tcW w:type="dxa" w:w="6009"/>
            <w:tcMar>
              <w:top w:w="17" w:type="dxa"/>
              <w:bottom w:w="17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効果の測り方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数字の根拠（確認済みか仮定か）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p>
      <w:pPr>
        <w:pStyle w:val="Heading2"/>
        <w:keepNext/>
        <w:spacing w:before="40" w:after="10" w:line="25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決裁してほしいこと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561" w:hRule="atLeast"/>
        </w:trPr>
        <w:tc>
          <w:tcPr>
            <w:tcW w:type="dxa" w:w="9751"/>
            <w:tcMar>
              <w:top w:w="40" w:type="dxa"/>
              <w:bottom w:w="40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32" w:lineRule="exact"/>
            </w:pPr>
          </w:p>
        </w:tc>
      </w:tr>
    </w:tbl>
    <w:p>
      <w:pPr>
        <w:spacing w:before="0" w:after="0" w:line="23" w:lineRule="exact"/>
      </w:pPr>
    </w:p>
    <w:sectPr w:rsidR="00FC693F" w:rsidRPr="0006063C" w:rsidSect="00034616">
      <w:footerReference w:type="default" r:id="rId9"/>
      <w:pgSz w:w="11906" w:h="16838"/>
      <w:pgMar w:top="567" w:right="1077" w:bottom="595" w:left="1077" w:header="283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="Yu Mincho" w:hAnsi="Yu Mincho" w:eastAsia="Yu Mincho" w:cs="Yu Mincho"/>
      <w:b/>
      <w:bCs/>
      <w:i w:val="0"/>
      <w:color w:val="1B3A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/>
      <w:outlineLvl w:val="1"/>
    </w:pPr>
    <w:rPr>
      <w:rFonts w:ascii="Yu Gothic" w:hAnsi="Yu Gothic" w:eastAsia="Yu Gothic" w:cs="Yu Gothic"/>
      <w:b/>
      <w:bCs/>
      <w:i w:val="0"/>
      <w:color w:val="1B3A5C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企画書テンプレート（白紙6種）</dc:title>
  <dc:subject>企画書テンプレート</dc:subject>
  <dc:creator>template-free.jp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