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游ゴシック" w:hAnsi="游ゴシック"/>
          <w:b/>
          <w:sz w:val="34"/>
        </w:rPr>
        <w:t>経費精算書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精算対象期間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  <w:t xml:space="preserve">　　　　年　　月分</w:t>
            </w:r>
          </w:p>
        </w:tc>
      </w:tr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申請者　所属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申請者　氏名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申請日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  <w:t xml:space="preserve">　　　　年　　月　　日</w:t>
            </w:r>
          </w:p>
        </w:tc>
      </w:tr>
    </w:tbl>
    <w:p/>
    <w:p>
      <w:r>
        <w:rPr>
          <w:rFonts w:ascii="游ゴシック" w:hAnsi="游ゴシック"/>
          <w:b/>
          <w:color w:val="1A3A6B"/>
          <w:sz w:val="24"/>
        </w:rPr>
        <w:t>■ 経費明細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77"/>
        <w:gridCol w:w="1377"/>
        <w:gridCol w:w="1377"/>
        <w:gridCol w:w="1377"/>
        <w:gridCol w:w="1377"/>
        <w:gridCol w:w="1377"/>
        <w:gridCol w:w="1377"/>
      </w:tblGrid>
      <w:tr>
        <w:tc>
          <w:tcPr>
            <w:tcW w:type="dxa" w:w="1377"/>
          </w:tcPr>
          <w:p>
            <w:r>
              <w:rPr>
                <w:rFonts w:ascii="游ゴシック" w:hAnsi="游ゴシック"/>
                <w:b/>
                <w:sz w:val="18"/>
              </w:rPr>
              <w:t>日付</w:t>
            </w:r>
          </w:p>
        </w:tc>
        <w:tc>
          <w:tcPr>
            <w:tcW w:type="dxa" w:w="1377"/>
          </w:tcPr>
          <w:p>
            <w:r>
              <w:rPr>
                <w:rFonts w:ascii="游ゴシック" w:hAnsi="游ゴシック"/>
                <w:b/>
                <w:sz w:val="18"/>
              </w:rPr>
              <w:t>支払先</w:t>
            </w:r>
          </w:p>
        </w:tc>
        <w:tc>
          <w:tcPr>
            <w:tcW w:type="dxa" w:w="1377"/>
          </w:tcPr>
          <w:p>
            <w:r>
              <w:rPr>
                <w:rFonts w:ascii="游ゴシック" w:hAnsi="游ゴシック"/>
                <w:b/>
                <w:sz w:val="18"/>
              </w:rPr>
              <w:t>勘定科目</w:t>
            </w:r>
          </w:p>
        </w:tc>
        <w:tc>
          <w:tcPr>
            <w:tcW w:type="dxa" w:w="1377"/>
          </w:tcPr>
          <w:p>
            <w:r>
              <w:rPr>
                <w:rFonts w:ascii="游ゴシック" w:hAnsi="游ゴシック"/>
                <w:b/>
                <w:sz w:val="18"/>
              </w:rPr>
              <w:t>金額（税込・円）</w:t>
            </w:r>
          </w:p>
        </w:tc>
        <w:tc>
          <w:tcPr>
            <w:tcW w:type="dxa" w:w="1377"/>
          </w:tcPr>
          <w:p>
            <w:r>
              <w:rPr>
                <w:rFonts w:ascii="游ゴシック" w:hAnsi="游ゴシック"/>
                <w:b/>
                <w:sz w:val="18"/>
              </w:rPr>
              <w:t>消費税率</w:t>
            </w:r>
          </w:p>
        </w:tc>
        <w:tc>
          <w:tcPr>
            <w:tcW w:type="dxa" w:w="1377"/>
          </w:tcPr>
          <w:p>
            <w:r>
              <w:rPr>
                <w:rFonts w:ascii="游ゴシック" w:hAnsi="游ゴシック"/>
                <w:b/>
                <w:sz w:val="18"/>
              </w:rPr>
              <w:t>うち消費税額</w:t>
            </w:r>
          </w:p>
        </w:tc>
        <w:tc>
          <w:tcPr>
            <w:tcW w:type="dxa" w:w="1377"/>
          </w:tcPr>
          <w:p>
            <w:r>
              <w:rPr>
                <w:rFonts w:ascii="游ゴシック" w:hAnsi="游ゴシック"/>
                <w:b/>
                <w:sz w:val="18"/>
              </w:rPr>
              <w:t>摘要</w:t>
            </w:r>
          </w:p>
        </w:tc>
      </w:tr>
      <w:tr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</w:tr>
      <w:tr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</w:tr>
      <w:tr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</w:tr>
      <w:tr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</w:tr>
      <w:tr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</w:tr>
      <w:tr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</w:tr>
      <w:tr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</w:tr>
      <w:tr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</w:tr>
      <w:tr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</w:tr>
      <w:tr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  <w:tc>
          <w:tcPr>
            <w:tcW w:type="dxa" w:w="1377"/>
          </w:tcPr>
          <w:p>
            <w:r>
              <w:rPr>
                <w:rFonts w:ascii="ＭＳ 明朝" w:hAnsi="ＭＳ 明朝"/>
                <w:sz w:val="18"/>
              </w:rPr>
            </w:r>
          </w:p>
        </w:tc>
      </w:tr>
      <w:tr>
        <w:tc>
          <w:tcPr>
            <w:tcW w:type="dxa" w:w="1377"/>
          </w:tcPr>
          <w:p>
            <w:r>
              <w:rPr>
                <w:rFonts w:ascii="游ゴシック" w:hAnsi="游ゴシック"/>
                <w:b/>
                <w:sz w:val="19"/>
              </w:rPr>
              <w:t>合計</w:t>
            </w:r>
          </w:p>
        </w:tc>
        <w:tc>
          <w:tcPr>
            <w:tcW w:type="dxa" w:w="1377"/>
          </w:tcPr>
          <w:p/>
        </w:tc>
        <w:tc>
          <w:tcPr>
            <w:tcW w:type="dxa" w:w="1377"/>
          </w:tcPr>
          <w:p/>
        </w:tc>
        <w:tc>
          <w:tcPr>
            <w:tcW w:type="dxa" w:w="1377"/>
          </w:tcPr>
          <w:p>
            <w:r>
              <w:rPr>
                <w:rFonts w:ascii="游ゴシック" w:hAnsi="游ゴシック"/>
                <w:b/>
                <w:sz w:val="19"/>
              </w:rPr>
            </w:r>
          </w:p>
        </w:tc>
        <w:tc>
          <w:tcPr>
            <w:tcW w:type="dxa" w:w="1377"/>
          </w:tcPr>
          <w:p/>
        </w:tc>
        <w:tc>
          <w:tcPr>
            <w:tcW w:type="dxa" w:w="1377"/>
          </w:tcPr>
          <w:p>
            <w:r>
              <w:rPr>
                <w:rFonts w:ascii="游ゴシック" w:hAnsi="游ゴシック"/>
                <w:b/>
                <w:sz w:val="19"/>
              </w:rPr>
            </w:r>
          </w:p>
        </w:tc>
        <w:tc>
          <w:tcPr>
            <w:tcW w:type="dxa" w:w="1377"/>
          </w:tcPr>
          <w:p/>
        </w:tc>
      </w:tr>
    </w:tbl>
    <w:p/>
    <w:p>
      <w:r>
        <w:rPr>
          <w:rFonts w:ascii="游ゴシック" w:hAnsi="游ゴシック"/>
          <w:b/>
          <w:color w:val="1A3A6B"/>
          <w:sz w:val="24"/>
        </w:rPr>
        <w:t>■ 承認欄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申請者　署名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  <w:t xml:space="preserve">　　　　　　　　　　㊞</w:t>
            </w:r>
          </w:p>
        </w:tc>
      </w:tr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承認者　署名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  <w:t xml:space="preserve">　　　　　　　　　　㊞</w:t>
            </w:r>
          </w:p>
        </w:tc>
      </w:tr>
      <w:tr>
        <w:tc>
          <w:tcPr>
            <w:tcW w:type="dxa" w:w="2551"/>
          </w:tcPr>
          <w:p>
            <w:r>
              <w:rPr>
                <w:rFonts w:ascii="ＭＳ 明朝" w:hAnsi="ＭＳ 明朝"/>
                <w:b/>
                <w:sz w:val="19"/>
              </w:rPr>
              <w:t>経理確認</w:t>
            </w:r>
          </w:p>
        </w:tc>
        <w:tc>
          <w:tcPr>
            <w:tcW w:type="dxa" w:w="6520"/>
          </w:tcPr>
          <w:p>
            <w:r>
              <w:rPr>
                <w:rFonts w:ascii="ＭＳ 明朝" w:hAnsi="ＭＳ 明朝"/>
                <w:sz w:val="19"/>
              </w:rPr>
            </w:r>
          </w:p>
        </w:tc>
      </w:tr>
    </w:tbl>
    <w:p/>
    <w:p>
      <w:r>
        <w:rPr>
          <w:rFonts w:ascii="游ゴシック" w:hAnsi="游ゴシック"/>
          <w:b/>
          <w:color w:val="1A3A6B"/>
          <w:sz w:val="24"/>
        </w:rPr>
        <w:t>■ 添付書類の注意（インボイス制度・2023年10月〜）</w:t>
      </w:r>
    </w:p>
    <w:p>
      <w:r>
        <w:rPr>
          <w:rFonts w:ascii="ＭＳ 明朝" w:hAnsi="ＭＳ 明朝"/>
          <w:b w:val="0"/>
          <w:sz w:val="17"/>
        </w:rPr>
        <w:t>・原則として、各経費には適格請求書（インボイス）またはレシート等の証憑を添付してください。</w:t>
      </w:r>
    </w:p>
    <w:p>
      <w:r>
        <w:rPr>
          <w:rFonts w:ascii="ＭＳ 明朝" w:hAnsi="ＭＳ 明朝"/>
          <w:b w:val="0"/>
          <w:sz w:val="17"/>
        </w:rPr>
        <w:t>・証憑が入手できない場合（自動販売機・慶弔費等）は、別途「出金伝票テンプレート」で代替記録を作成してください。</w:t>
      </w:r>
    </w:p>
    <w:p>
      <w:r>
        <w:rPr>
          <w:rFonts w:ascii="ＭＳ 明朝" w:hAnsi="ＭＳ 明朝"/>
          <w:b w:val="0"/>
          <w:sz w:val="17"/>
        </w:rPr>
        <w:t>・2023年10月以降、消費税の仕入税額控除に「3万円未満なら領収書不要」という旧特例は原則廃止されています。適用できるのは自動販売機・公共交通機関特例など消費税法施行規則第26条の6が定める限定的なケースのみです。</w:t>
      </w:r>
    </w:p>
    <w:p/>
    <w:p>
      <w:r>
        <w:rPr>
          <w:rFonts w:ascii="ＭＳ 明朝" w:hAnsi="ＭＳ 明朝"/>
          <w:b w:val="0"/>
          <w:color w:val="606060"/>
          <w:sz w:val="17"/>
        </w:rPr>
        <w:t>【法的根拠】所得税法第37条（必要経費）／消費税法（適格請求書等保存方式）</w:t>
      </w:r>
    </w:p>
    <w:p>
      <w:r>
        <w:rPr>
          <w:rFonts w:ascii="ＭＳ 明朝" w:hAnsi="ＭＳ 明朝"/>
          <w:b w:val="0"/>
          <w:color w:val="606060"/>
          <w:sz w:val="17"/>
        </w:rPr>
        <w:t>消費税法施行規則第26条の6（インボイスの交付が困難な取引の帳簿のみ保存特例）</w:t>
      </w:r>
    </w:p>
    <w:p>
      <w:r>
        <w:rPr>
          <w:rFonts w:ascii="ＭＳ 明朝" w:hAnsi="ＭＳ 明朝"/>
          <w:b w:val="0"/>
          <w:color w:val="606060"/>
          <w:sz w:val="17"/>
        </w:rPr>
        <w:t>出典: e-Gov法令検索 消費税法施行規則 https://elaws.e-gov.go.jp/document?lawid=363M50000040053</w:t>
      </w:r>
    </w:p>
    <w:p>
      <w:r>
        <w:rPr>
          <w:rFonts w:ascii="ＭＳ 明朝" w:hAnsi="ＭＳ 明朝"/>
          <w:b w:val="0"/>
          <w:color w:val="606060"/>
          <w:sz w:val="17"/>
        </w:rPr>
        <w:t>本書は一般的な情報提供を目的とするテンプレートです。税務・法的助言を構成するものではありません。</w:t>
      </w:r>
    </w:p>
    <w:p>
      <w:r>
        <w:rPr>
          <w:rFonts w:ascii="ＭＳ 明朝" w:hAnsi="ＭＳ 明朝"/>
          <w:b w:val="0"/>
          <w:color w:val="606060"/>
          <w:sz w:val="17"/>
        </w:rPr>
        <w:t>個別の税務判断は所轄税務署または税理士にご確認ください。</w:t>
      </w:r>
    </w:p>
    <w:sectPr w:rsidR="00FC693F" w:rsidRPr="0006063C" w:rsidSect="00034616">
      <w:pgSz w:w="11906" w:h="16838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