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寒中お見舞い申し上げます。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厳しい寒さが続いておりますが、いかがお過ごしでしょうか。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旧年中は大変お世話になり、ありがとうございました。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本年も変わらぬお付き合いのほど、よろしくお願い申し上げます。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風邪など召されませんよう、どうぞお体を大切にお過ごしください。</w:t>
      </w:r>
    </w:p>
    <w:p>
      <w:pPr>
        <w:spacing w:before="0" w:after="0" w:line="228" w:lineRule="exact"/>
        <w:rPr>
          <w:sz w:val="8"/>
          <w:szCs w:val="8"/>
        </w:rPr>
      </w:pP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令和九年一月</w:t>
      </w:r>
    </w:p>
    <w:p>
      <w:pPr>
        <w:pageBreakBefore/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寒中お見舞い申し上げます。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年賀状ありがとう。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お返事が遅くなってごめんなさい。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みんな元気にしています。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昨年はなかなか会えなかったので、春になったらごはんでも行きませんか。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寒い日が続くので、風邪をひかないようにね。</w:t>
      </w:r>
    </w:p>
    <w:p>
      <w:pPr>
        <w:spacing w:before="0" w:after="0" w:line="228" w:lineRule="exact"/>
        <w:rPr>
          <w:sz w:val="8"/>
          <w:szCs w:val="8"/>
        </w:rPr>
      </w:pP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令和九年一月</w:t>
      </w:r>
    </w:p>
    <w:p>
      <w:pPr>
        <w:pageBreakBefore/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寒中お見舞い申し上げます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ご服喪中と伺い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年始のご挨拶を控えさせていただきました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ご尊父様のご逝去を知り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謹んでお悔やみ申し上げます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旧年中は大変お世話になりました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本年も変わらぬお付き合いのほど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お願い申し上げます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寒さ厳しき折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皆様のご健康を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お祈り申し上げます</w:t>
      </w:r>
    </w:p>
    <w:p>
      <w:pPr>
        <w:spacing w:before="0" w:after="0" w:line="228" w:lineRule="exact"/>
        <w:rPr>
          <w:sz w:val="8"/>
          <w:szCs w:val="8"/>
        </w:rPr>
      </w:pP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2"/>
        </w:rPr>
        <w:t>令和九年一月</w:t>
      </w:r>
    </w:p>
    <w:sectPr w:rsidR="00FC693F" w:rsidRPr="0006063C" w:rsidSect="00034616">
      <w:pgSz w:w="5669" w:h="8391"/>
      <w:pgMar w:top="737" w:right="567" w:bottom="680" w:left="567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