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寒中見舞い 文例集（全22文例）</w:t>
      </w:r>
    </w:p>
    <w:p>
      <w:pPr>
        <w:spacing w:before="0" w:after="40" w:line="27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template-free.jp／寒中見舞い文例集。文例1〜17は「句読点なし」を左、「句読点あり」を右に並べています。</w:t>
      </w:r>
    </w:p>
    <w:p>
      <w:pPr>
        <w:spacing w:before="0" w:after="40" w:line="27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文例18〜22（喪中に関わる寒中見舞い）は、弔事のため句読点なしだけです。喪中はがきの文例集の文例23〜27と同じ文面です。</w:t>
      </w:r>
    </w:p>
    <w:p>
      <w:pPr>
        <w:spacing w:before="0" w:after="40" w:line="27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日付は令和九年（2027年）の想定、氏名・社名・住所は架空の例です。ご自身の内容に打ち替えて使ってください。</w:t>
      </w:r>
    </w:p>
    <w:p>
      <w:pPr>
        <w:spacing w:before="0" w:after="0" w:line="113" w:lineRule="exact"/>
      </w:pP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文例1　一般（年賀状をやりとりしていない方へ）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厳しい寒さが続いておりますが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いかがお過ごしでしょうか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旧年中は大変お世話になり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ありがとうございました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本年も変わらぬお付き合いのほど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よろしくお願い申し上げます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風邪など召されませんよう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どうぞお体を大切にお過ごしください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厳しい寒さが続いておりますが、いかがお過ごしでしょうか。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旧年中は大変お世話になり、ありがとうございました。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本年も変わらぬお付き合いのほど、よろしくお願い申し上げます。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風邪など召されませんよう、どうぞお体を大切にお過ごしください。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文例2　年賀状の返礼が遅れた（親しい間柄）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ご丁寧な年賀状をいただきながら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お返事が遅くなり申し訳ありません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お元気なご様子を拝見して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うれしく思いました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こちらも家族そろって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元気に新年を迎えております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寒さの厳しい折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どうぞお体に気をつけてお過ごしください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ご丁寧な年賀状をいただきながら、お返事が遅くなり申し訳ありません。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お元気なご様子を拝見して、うれしく思いました。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こちらも家族そろって、元気に新年を迎えております。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寒さの厳しい折、どうぞお体に気をつけてお過ごしください。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文例3　年賀状の返礼が遅れた（目上の方・お世話になっている方）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ご丁寧な年始状を頂戴しながら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ご挨拶が遅れましたことを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お詫び申し上げます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旧年中は格別のご指導を賜り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心より御礼申し上げます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本年も変わらぬご厚情のほど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お願い申し上げます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くれぐれもご自愛くださいますよう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お祈り申し上げます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ご丁寧な年始状を頂戴しながら、ご挨拶が遅れましたことをお詫び申し上げます。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旧年中は格別のご指導を賜り、心より御礼申し上げます。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本年も変わらぬご厚情のほど、お願い申し上げます。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寒さ厳しき折、くれぐれもご自愛くださいますよう、お祈り申し上げます。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文例4　友人向け・堅苦しくない言い方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年賀状ありがとう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お返事が遅くなってごめんなさい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みんな元気にしています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昨年はなかなか会えなかったので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春になったらごはんでも行きませんか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寒い日が続くので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風邪をひかないようにね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年賀状ありがとう。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お返事が遅くなってごめんなさい。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みんな元気にしています。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昨年はなかなか会えなかったので、春になったらごはんでも行きませんか。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寒い日が続くので、風邪をひかないようにね。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文例5　年賀状を出しそびれた（年始の挨拶をしていない相手へ）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年始のご挨拶が遅くなり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申し訳ありません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旧年中は大変お世話になりました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本年も変わらぬお付き合いのほど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お願い申し上げます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寒さの厳しい折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どうぞお体を大切にお過ごしください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年始のご挨拶が遅くなり、申し訳ありません。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旧年中は大変お世話になりました。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本年も変わらぬお付き合いのほど、お願い申し上げます。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寒さの厳しい折、どうぞお体を大切にお過ごしください。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文例6　年賀状じまい（親しい間柄）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ご丁寧な年賀状をありがとうございました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勝手ながら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年賀状によるご挨拶は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今後　控えさせていただくことにしました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これまでのご厚情に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心より感謝申し上げます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これからは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メールや電話でご連絡できればうれしく思います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変わらぬお付き合いを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お願いいたします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お体を大切にお過ごしください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ご丁寧な年賀状をありがとうございました。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勝手ながら、年賀状によるご挨拶は今後、控えさせていただくことにしました。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これまでのご厚情に、心より感謝申し上げます。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これからは、メールや電話でご連絡できればうれしく思います。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変わらぬお付き合いをお願いいたします。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寒さ厳しき折、お体を大切にお過ごしください。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文例7　年賀状じまい（目上の方・仕事関係）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ご丁寧な年始状を賜り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誠にありがとうございました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私事で恐縮ですが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年賀状によるご挨拶は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今後　失礼させていただくことにいたしました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これまでの数々のご厚情に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深く感謝申し上げます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今後とも変わらぬご指導のほど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お願い申し上げます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くれぐれもご自愛ください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ご丁寧な年始状を賜り、誠にありがとうございました。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私事で恐縮ですが、年賀状によるご挨拶は今後、失礼させていただくことにいたしました。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これまでの数々のご厚情に、深く感謝申し上げます。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今後とも変わらぬご指導のほど、お願い申し上げます。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寒さ厳しき折、くれぐれもご自愛ください。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　注: 差し替え用の1文（任意）: 句読点なしの版では「年齢を重ね　筆を執ることが負担になってまいりましたため」、句読点ありの版では「年齢を重ね、筆を執ることが負担になってまいりましたため、」を、「私事で恐縮ですが」の次の行に入れます。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文例8　取引先へ（年始のご挨拶へのお礼・返礼が遅れた）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旧年中は格別のご高配を賜り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厚く御礼申し上げます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年頭に際しましては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ご丁寧なご挨拶を頂戴しながら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ご返礼が遅れましたことを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お詫び申し上げます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本年も社員一同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一層のサービス向上に努めてまいります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何とぞ倍旧のご支援を賜りますよう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お願い申し上げます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貴社の一層のご発展と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皆様のご健勝を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お祈り申し上げます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株式会社〇〇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代表取締役　青木大輔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旧年中は格別のご高配を賜り、厚く御礼申し上げます。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年頭に際しましては、ご丁寧なご挨拶を頂戴しながら、ご返礼が遅れましたことをお詫び申し上げます。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本年も社員一同、一層のサービス向上に努めてまいります。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何とぞ倍旧のご支援を賜りますよう、お願い申し上げます。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寒さ厳しき折、貴社の一層のご発展と皆様のご健勝をお祈り申し上げます。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株式会社〇〇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代表取締役　青木大輔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文例9　お客様へ（営業案内を兼ねる・店舗）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旧年中は格別のお引き立てを賜り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ありがとうございました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当店は一月四日より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通常どおり営業しております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本年も皆様のご期待に添えますよう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スタッフ一同努めてまいります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寒い日が続きます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風邪など召されませんよう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お体を大切にお過ごしください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喫茶あおぞら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店主　青木健太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旧年中は格別のお引き立てを賜り、ありがとうございました。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当店は一月四日より、通常どおり営業しております。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本年も皆様のご期待に添えますよう、スタッフ一同努めてまいります。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寒い日が続きます。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風邪など召されませんよう、お体を大切にお過ごしください。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喫茶あおぞら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店主　青木健太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　注: 営業開始日は例です。実際の日付に打ち替えてください。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文例10　余寒見舞い（ビジネス）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余寒お見舞い申し上げます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立春を過ぎても寒さが残っておりますが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貴社ますますご清栄のこととお慶び申し上げます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旧年中は格別のご高配を賜り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厚く御礼申し上げます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年始のご挨拶が遅れましたことを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お詫び申し上げます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本年も何とぞ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変わらぬご支援のほど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お願い申し上げます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余寒厳しき折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くれぐれもご自愛ください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令和九年二月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株式会社〇〇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代表取締役　青木大輔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余寒お見舞い申し上げます。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立春を過ぎても寒さが残っておりますが、貴社ますますご清栄のこととお慶び申し上げます。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旧年中は格別のご高配を賜り、厚く御礼申し上げます。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年始のご挨拶が遅れましたことを、お詫び申し上げます。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本年も何とぞ、変わらぬご支援のほどお願い申し上げます。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余寒厳しき折、くれぐれもご自愛ください。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令和九年二月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株式会社〇〇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代表取締役　青木大輔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文例11　病気見舞いを兼ねる（相手が入院・療養中）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ご入院なさったと伺い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大変驚いております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ご容体はいかがでしょうか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ご家族の皆様も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さぞお疲れのことと存じます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お見舞いにも伺えず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申し訳ありません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どうかお心安らかに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ご療養に専念なさってください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ご回復を心よりお祈り申し上げます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お返事はお気遣いなさらないでください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ご入院なさったと伺い、大変驚いております。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ご容体はいかがでしょうか。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ご家族の皆様も、さぞお疲れのことと存じます。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お見舞いにも伺えず、申し訳ありません。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どうかお心安らかに、ご療養に専念なさってください。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ご回復を心よりお祈り申し上げます。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お返事はお気遣いなさらないでください。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文例12　自分が療養中で年賀状の返事が遅れた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ご丁寧な年賀状をいただきながら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お返事が遅れて申し訳ありません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昨年末より体調を崩し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自宅で療養しておりました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今はだいぶ回復し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少しずつ普段の生活に戻っております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温かいお心遣いに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心より感謝申し上げます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どうぞお体を大切にお過ごしください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ご丁寧な年賀状をいただきながら、お返事が遅れて申し訳ありません。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昨年末より体調を崩し、自宅で療養しておりました。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今はだいぶ回復し、少しずつ普段の生活に戻っております。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温かいお心遣いに、心より感謝申し上げます。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寒さ厳しき折、どうぞお体を大切にお過ごしください。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文例13　災害見舞いを兼ねる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このたびの災害の報道に接し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大変心配しております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ご家族の皆様はご無事でしょうか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寒さの厳しい中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ご不便も多いことと拝察いたします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お力になれることがありましたら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遠慮なくお知らせください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一日も早く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穏やかな日常が戻りますようお祈り申し上げます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お返事はお気遣いなさらないでください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このたびの災害の報道に接し、大変心配しております。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ご家族の皆様はご無事でしょうか。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寒さの厳しい中、ご不便も多いことと拝察いたします。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お力になれることがありましたら、遠慮なくお知らせください。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一日も早く、穏やかな日常が戻りますようお祈り申し上げます。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お返事はお気遣いなさらないでください。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文例14　結婚の報告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旧年中は大変お世話になりました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ご報告が遅れましたが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私たちは昨年十一月に入籍し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新しい生活を始めました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慣れないことばかりですが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二人で力を合わせて歩んでまいります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お近くにお越しの際は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ぜひお立ち寄りください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皆様のご健康をお祈りいたします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新住所　〒〇〇〇‐〇〇〇〇　〇〇県〇〇市〇〇一丁目二番三号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旧年中は大変お世話になりました。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ご報告が遅れましたが、私たちは昨年十一月に入籍し、新しい生活を始めました。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慣れないことばかりですが、二人で力を合わせて歩んでまいります。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お近くにお越しの際は、ぜひお立ち寄りください。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寒さ厳しき折、皆様のご健康をお祈りいたします。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新住所　〒〇〇〇‐〇〇〇〇　〇〇県〇〇市〇〇一丁目二番三号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文例15　引っ越しの報告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旧年中は大変お世話になりました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このたび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左記の住所に転居いたしました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慣れない土地ですが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家族で元気に暮らしております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近くにお越しの際は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どうぞお立ち寄りください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お体を大切にお過ごしください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〒〇〇〇‐〇〇〇〇　〇〇県〇〇市〇〇一丁目二番三号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旧年中は大変お世話になりました。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このたび、左記の住所に転居いたしました。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慣れない土地ですが、家族で元気に暮らしております。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近くにお越しの際は、どうぞお立ち寄りください。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寒さ厳しき折、お体を大切にお過ごしください。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〒〇〇〇‐〇〇〇〇　〇〇県〇〇市〇〇一丁目二番三号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　注: 縦書きで住所を日付のあと（左側）に書く形の文面です。横書きで使うときは「左記」を「下記」に替えてください。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文例16　出産の報告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旧年中は大変お世話になりました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昨年十二月に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長女が誕生いたしました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家族三人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にぎやかな日々を過ごしております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ご報告が遅くなり申し訳ありません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落ち着きましたら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ぜひ顔を見にいらしてください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皆様もお体を大切にお過ごしください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旧年中は大変お世話になりました。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昨年十二月に、長女が誕生いたしました。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家族三人、にぎやかな日々を過ごしております。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ご報告が遅くなり申し訳ありません。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落ち着きましたら、ぜひ顔を見にいらしてください。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寒さ厳しき折、皆様もお体を大切にお過ごしください。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文例17　余寒見舞い（一般・年賀状への返事が立春を過ぎた）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47"/>
        <w:gridCol w:w="170"/>
        <w:gridCol w:w="4847"/>
      </w:tblGrid>
      <w:tr>
        <w:trPr>
          <w:cantSplit/>
        </w:trPr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余寒お見舞い申し上げます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暦の上では春となりましたが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寒さがなお続いております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ご丁寧な年賀状をいただきながら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お返事が遅くなり失礼いたしました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旧年中は大変お世話になり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ありがとうございました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本年も変わらぬお付き合いのほど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お願い申し上げます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本格的な春の訪れまで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どうぞお体を大切にお過ごしください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令和九年二月</w:t>
            </w:r>
          </w:p>
        </w:tc>
        <w:tc>
          <w:tcPr>
            <w:tcW w:type="dxa" w:w="170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</w:tc>
        <w:tc>
          <w:tcPr>
            <w:tcW w:type="dxa" w:w="4847"/>
            <w:tcMar>
              <w:top w:w="113" w:type="dxa"/>
              <w:bottom w:w="113" w:type="dxa"/>
              <w:left w:w="227" w:type="dxa"/>
              <w:right w:w="227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余寒お見舞い申し上げます。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暦の上では春となりましたが、寒さがなお続いております。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ご丁寧な年賀状をいただきながら、お返事が遅くなり失礼いたしました。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旧年中は大変お世話になり、ありがとうございました。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本年も変わらぬお付き合いのほど、お願い申し上げます。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本格的な春の訪れまで、どうぞお体を大切にお過ごしください。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令和九年二月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左: 句読点なし　右: 句読点あり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文例18　喪中はがきをいただいた（寒中見舞いで返事・松の内明け）（喪中はがきの文例集の文例23 と同じ）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113" w:type="dxa"/>
              <w:bottom w:w="113" w:type="dxa"/>
              <w:left w:w="227" w:type="dxa"/>
              <w:right w:w="227" w:type="dxa"/>
            </w:tcMar>
            <w:shd w:val="clear" w:color="auto" w:fill="FFFFF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ご服喪中と伺い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年始のご挨拶を控えさせていただきました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ご尊父様のご逝去を知り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謹んでお悔やみ申し上げます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旧年中は大変お世話になりました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本年も変わらぬお付き合いのほど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お願い申し上げます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寒さ厳しき折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皆様のご健康を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お祈り申し上げます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注: 「ご尊父様」は相手の父の敬称です。母ならご母堂様、夫ならご主人様、妻なら奥様（ご令室様）、祖父ならご祖父様、祖母ならご祖母様に替えます。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文例19　喪中と知らず年賀状を出してしまった（お詫びの寒中見舞い）（喪中はがきの文例集の文例24 と同じ）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113" w:type="dxa"/>
              <w:bottom w:w="113" w:type="dxa"/>
              <w:left w:w="227" w:type="dxa"/>
              <w:right w:w="227" w:type="dxa"/>
            </w:tcMar>
            <w:shd w:val="clear" w:color="auto" w:fill="FFFFF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ご服喪中とは存じ上げず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年始のご挨拶状を差し上げましたこと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深くお詫び申し上げます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ご尊父様のご逝去を知り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謹んでお悔やみ申し上げます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ご家族の皆様の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ご健康をお祈り申し上げます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spacing w:before="40" w:after="0" w:line="24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注: 「ご尊父様」は相手の父の敬称です。母ならご母堂様、夫ならご主人様、妻なら奥様（ご令室様）、祖父ならご祖父様、祖母ならご祖母様に替えます。</w:t>
      </w:r>
    </w:p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文例20　こちらが喪中のとき年賀状をいただいた（返礼の寒中見舞い）（喪中はがきの文例集の文例25 と同じ）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113" w:type="dxa"/>
              <w:bottom w:w="113" w:type="dxa"/>
              <w:left w:w="227" w:type="dxa"/>
              <w:right w:w="227" w:type="dxa"/>
            </w:tcMar>
            <w:shd w:val="clear" w:color="auto" w:fill="FFFFF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ご丁寧な年始のご挨拶を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ありがとうございました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昨年　父が永眠いたしましたので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年頭のご挨拶を控えさせていただきました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ご通知が行き届かず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失礼いたしました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本年も変わらぬご交誼のほど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お願い申し上げます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厳しい寒さが続きます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ご自愛ください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文例21　故人宛に年賀状が届いた（知らせる寒中見舞い）（喪中はがきの文例集の文例26 と同じ）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113" w:type="dxa"/>
              <w:bottom w:w="113" w:type="dxa"/>
              <w:left w:w="227" w:type="dxa"/>
              <w:right w:w="227" w:type="dxa"/>
            </w:tcMar>
            <w:shd w:val="clear" w:color="auto" w:fill="FFFFF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亡き父　山田一郎宛に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ご丁寧なご挨拶を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ありがとうございました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父は昨年九月に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八十五歳にて永眠いたしました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ご通知が遅れましたことを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お詫び申し上げます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生前賜りましたご厚情に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深く感謝申し上げます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keepNext/>
        <w:spacing w:before="160" w:after="40"/>
      </w:pPr>
      <w:r>
        <w:rPr>
          <w:rFonts w:ascii="Yu Gothic" w:hAnsi="Yu Gothic" w:eastAsia="Yu Gothic"/>
          <w:b/>
          <w:i w:val="0"/>
          <w:color w:val="1B3A5C"/>
          <w:sz w:val="21"/>
        </w:rPr>
        <w:t>文例22　12月に亡くなり喪中はがきが間に合わなかった（寒中見舞いで知らせる）（喪中はがきの文例集の文例27 と同じ）</w:t>
      </w:r>
    </w:p>
    <w:tbl>
      <w:tblPr>
        <w:tblW w:type="dxa" w:w="9865"/>
        <w:tblInd w:w="2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113" w:type="dxa"/>
              <w:bottom w:w="113" w:type="dxa"/>
              <w:left w:w="227" w:type="dxa"/>
              <w:right w:w="227" w:type="dxa"/>
            </w:tcMar>
            <w:shd w:val="clear" w:color="auto" w:fill="FFFFF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寒中お見舞い申し上げます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昨年十二月に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母　山田清子が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永眠いたしました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喪中のため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年頭のご挨拶を失礼いたしました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お知らせが遅れましたことを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お詫び申し上げます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旧年中のご厚情に</w:t>
            </w: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深く感謝申し上げます</w:t>
            </w:r>
          </w:p>
          <w:p>
            <w:pPr>
              <w:spacing w:before="0" w:after="0" w:line="140" w:lineRule="exact"/>
              <w:rPr>
                <w:sz w:val="10"/>
                <w:szCs w:val="10"/>
              </w:rPr>
            </w:pPr>
          </w:p>
          <w:p>
            <w:pPr>
              <w:spacing w:before="0" w:after="0" w:line="29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令和九年一月</w:t>
            </w:r>
          </w:p>
        </w:tc>
      </w:tr>
    </w:tbl>
    <w:p>
      <w:pPr>
        <w:spacing w:before="0" w:after="0" w:line="113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寒中見舞いは、松の内が明けてから節分（立春の前日）ごろまでに届くように出すのが一般的です。立春を過ぎたら余寒見舞いにします。地域や家の慣習で違います。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