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" w:after="60"/>
        <w:pStyle w:val="Heading1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現　金　受　領　書</w:t>
      </w:r>
    </w:p>
    <w:p>
      <w:pPr>
        <w:spacing w:before="0" w:after="20"/>
        <w:jc w:val="right"/>
      </w:pPr>
      <w:r>
        <w:rPr>
          <w:rFonts w:ascii="Yu Gothic" w:hAnsi="Yu Gothic" w:eastAsia="Yu Gothic"/>
          <w:b w:val="0"/>
          <w:i w:val="0"/>
          <w:color w:val="1A1A1A"/>
          <w:sz w:val="16"/>
        </w:rPr>
        <w:t xml:space="preserve">受領書番号：　　　　　　　　　　</w:t>
      </w:r>
    </w:p>
    <w:p>
      <w:pPr>
        <w:spacing w:before="0" w:after="20"/>
        <w:jc w:val="righ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受領日：　　　　年　　月　　日（　　）</w:t>
      </w:r>
    </w:p>
    <w:p>
      <w:pPr>
        <w:spacing w:before="60" w:after="40"/>
        <w:pStyle w:val="Heading2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現金を渡した人（宛先）</w:t>
      </w: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14"/>
        <w:gridCol w:w="8050"/>
      </w:tblGrid>
      <w:tr>
        <w:trPr>
          <w:cantSplit/>
          <w:trHeight w:val="340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会社名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40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部署・氏名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34" w:lineRule="exact"/>
      </w:pPr>
    </w:p>
    <w:p>
      <w:pPr>
        <w:spacing w:before="60" w:after="40"/>
        <w:pStyle w:val="Heading2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現金を受け取った人</w:t>
      </w: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14"/>
        <w:gridCol w:w="8050"/>
      </w:tblGrid>
      <w:tr>
        <w:trPr>
          <w:cantSplit/>
          <w:trHeight w:val="340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所属・氏名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40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住所または会社名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68" w:lineRule="exact"/>
      </w:pP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14"/>
        <w:gridCol w:w="8050"/>
      </w:tblGrid>
      <w:tr>
        <w:trPr>
          <w:cantSplit/>
          <w:trHeight w:val="510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受け取った金額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4"/>
              </w:rPr>
              <w:t>¥　　　　　　　　　-</w:t>
            </w:r>
          </w:p>
        </w:tc>
      </w:tr>
    </w:tbl>
    <w:p>
      <w:pPr>
        <w:spacing w:before="0" w:after="0" w:line="68" w:lineRule="exact"/>
      </w:pP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14"/>
        <w:gridCol w:w="8050"/>
      </w:tblGrid>
      <w:tr>
        <w:trPr>
          <w:cantSplit/>
          <w:trHeight w:val="340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但し書き（名目）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40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受け取った方法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現金（手渡し）・その他（　　　　　）</w:t>
            </w:r>
          </w:p>
        </w:tc>
      </w:tr>
    </w:tbl>
    <w:p>
      <w:pPr>
        <w:spacing w:before="0" w:after="0" w:line="68" w:lineRule="exact"/>
      </w:pPr>
    </w:p>
    <w:p>
      <w:pPr>
        <w:spacing w:before="40" w:after="120"/>
      </w:pPr>
      <w:r>
        <w:rPr>
          <w:rFonts w:ascii="Yu Gothic" w:hAnsi="Yu Gothic" w:eastAsia="Yu Gothic"/>
          <w:b/>
          <w:i w:val="0"/>
          <w:color w:val="1A1A1A"/>
          <w:sz w:val="19"/>
        </w:rPr>
        <w:t>上記の金額を、現金で確かに受け取りました。</w:t>
      </w:r>
    </w:p>
    <w:tbl>
      <w:tblPr>
        <w:tblW w:type="dxa" w:w="9865"/>
        <w:tblInd w:w="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67"/>
        <w:gridCol w:w="7483"/>
        <w:gridCol w:w="1814"/>
      </w:tblGrid>
      <w:tr>
        <w:trPr>
          <w:cantSplit/>
          <w:trHeight w:val="238" w:hRule="atLeast"/>
        </w:trPr>
        <w:tc>
          <w:tcPr>
            <w:tcW w:type="dxa" w:w="567"/>
            <w:tcMar>
              <w:top w:w="23" w:type="dxa"/>
              <w:bottom w:w="23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No.</w:t>
            </w:r>
          </w:p>
        </w:tc>
        <w:tc>
          <w:tcPr>
            <w:tcW w:type="dxa" w:w="7483"/>
            <w:tcMar>
              <w:top w:w="23" w:type="dxa"/>
              <w:bottom w:w="23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内訳（日付・内容）</w:t>
            </w:r>
          </w:p>
        </w:tc>
        <w:tc>
          <w:tcPr>
            <w:tcW w:type="dxa" w:w="1814"/>
            <w:tcMar>
              <w:top w:w="23" w:type="dxa"/>
              <w:bottom w:w="23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金額（円）</w:t>
            </w:r>
          </w:p>
        </w:tc>
      </w:tr>
      <w:tr>
        <w:trPr>
          <w:cantSplit/>
          <w:trHeight w:val="204" w:hRule="atLeast"/>
        </w:trPr>
        <w:tc>
          <w:tcPr>
            <w:tcW w:type="dxa" w:w="56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1</w:t>
            </w:r>
          </w:p>
        </w:tc>
        <w:tc>
          <w:tcPr>
            <w:tcW w:type="dxa" w:w="7483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1814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cantSplit/>
          <w:trHeight w:val="204" w:hRule="atLeast"/>
        </w:trPr>
        <w:tc>
          <w:tcPr>
            <w:tcW w:type="dxa" w:w="56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2</w:t>
            </w:r>
          </w:p>
        </w:tc>
        <w:tc>
          <w:tcPr>
            <w:tcW w:type="dxa" w:w="7483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1814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cantSplit/>
          <w:trHeight w:val="204" w:hRule="atLeast"/>
        </w:trPr>
        <w:tc>
          <w:tcPr>
            <w:tcW w:type="dxa" w:w="56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3</w:t>
            </w:r>
          </w:p>
        </w:tc>
        <w:tc>
          <w:tcPr>
            <w:tcW w:type="dxa" w:w="7483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1814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0" w:line="45" w:lineRule="exact"/>
      </w:pP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14"/>
        <w:gridCol w:w="8050"/>
      </w:tblGrid>
      <w:tr>
        <w:trPr>
          <w:cantSplit/>
          <w:trHeight w:val="312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合計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68" w:lineRule="exact"/>
      </w:pP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14"/>
        <w:gridCol w:w="8050"/>
      </w:tblGrid>
      <w:tr>
        <w:trPr>
          <w:cantSplit/>
          <w:trHeight w:val="397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受け取った人の署名・押印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　　　　　　　　　　　　㊞</w:t>
            </w:r>
          </w:p>
        </w:tc>
      </w:tr>
      <w:tr>
        <w:trPr>
          <w:cantSplit/>
          <w:trHeight w:val="397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備考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68" w:lineRule="exact"/>
      </w:pPr>
    </w:p>
    <w:p>
      <w:pPr>
        <w:spacing w:before="40" w:after="40"/>
        <w:jc w:val="right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以　上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現金受領書</dc:title>
  <dc:subject>受領書テンプレート</dc:subject>
  <dc:creator>テンプレートフリー</dc:creator>
  <cp:keywords/>
  <dc:description>generated by python-docx</dc:description>
  <cp:lastModifiedBy>テンプレートフリー</cp:lastModifiedBy>
  <cp:revision>1</cp:revision>
  <dcterms:created xsi:type="dcterms:W3CDTF">2026-10-09T15:00:00Z</dcterms:created>
  <dcterms:modified xsi:type="dcterms:W3CDTF">2026-10-09T15:00:00Z</dcterms:modified>
  <cp:category/>
  <dc:language>ja-JP</dc:language>
</cp:coreProperties>
</file>