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物　品　受　領　書</w:t>
      </w:r>
    </w:p>
    <w:p>
      <w:pPr>
        <w:spacing w:before="0" w:after="20"/>
        <w:jc w:val="right"/>
      </w:pPr>
      <w:r>
        <w:rPr>
          <w:rFonts w:ascii="Yu Gothic" w:hAnsi="Yu Gothic" w:eastAsia="Yu Gothic"/>
          <w:b w:val="0"/>
          <w:i w:val="0"/>
          <w:color w:val="1A1A1A"/>
          <w:sz w:val="16"/>
        </w:rPr>
        <w:t xml:space="preserve">受領書番号：　　　　　　　　　　</w:t>
      </w:r>
    </w:p>
    <w:p>
      <w:pPr>
        <w:spacing w:before="0" w:after="20"/>
        <w:jc w:val="righ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受領日：　　　　年　　月　　日（　　）</w:t>
      </w: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物を渡した人（発行先）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会社名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部署・氏名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対応する納品書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34" w:lineRule="exact"/>
      </w:pPr>
    </w:p>
    <w:p>
      <w:pPr>
        <w:spacing w:before="60" w:after="40"/>
        <w:pStyle w:val="Heading2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物を受け取った人（受領者）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会社名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部署・氏名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340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受け取った場所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68" w:lineRule="exact"/>
      </w:pPr>
    </w:p>
    <w:p>
      <w:pPr>
        <w:spacing w:before="80" w:after="120"/>
      </w:pPr>
      <w:r>
        <w:rPr>
          <w:rFonts w:ascii="Yu Gothic" w:hAnsi="Yu Gothic" w:eastAsia="Yu Gothic"/>
          <w:b/>
          <w:i w:val="0"/>
          <w:color w:val="1A1A1A"/>
          <w:sz w:val="19"/>
        </w:rPr>
        <w:t>下記の物を受け取り、数と状態を確認しました。</w:t>
      </w:r>
    </w:p>
    <w:tbl>
      <w:tblPr>
        <w:tblW w:type="dxa" w:w="9865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7"/>
        <w:gridCol w:w="3402"/>
        <w:gridCol w:w="1247"/>
        <w:gridCol w:w="1247"/>
        <w:gridCol w:w="3402"/>
      </w:tblGrid>
      <w:tr>
        <w:trPr>
          <w:cantSplit/>
          <w:trHeight w:val="238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No.</w:t>
            </w: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品名・型番</w:t>
            </w: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納品書の数量</w:t>
            </w: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受領した数量</w:t>
            </w: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6"/>
              </w:rPr>
              <w:t>検品の結果</w:t>
            </w: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1</w:t>
            </w: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2</w:t>
            </w: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3</w:t>
            </w: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4</w:t>
            </w: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204" w:hRule="atLeast"/>
        </w:trPr>
        <w:tc>
          <w:tcPr>
            <w:tcW w:type="dxa" w:w="56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5</w:t>
            </w: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247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3402"/>
            <w:tcMar>
              <w:top w:w="23" w:type="dxa"/>
              <w:bottom w:w="23" w:type="dxa"/>
              <w:left w:w="68" w:type="dxa"/>
              <w:right w:w="68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45" w:lineRule="exact"/>
      </w:pP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14"/>
        <w:gridCol w:w="8050"/>
      </w:tblGrid>
      <w:tr>
        <w:trPr>
          <w:cantSplit/>
          <w:trHeight w:val="454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備考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54" w:hRule="atLeast"/>
        </w:trPr>
        <w:tc>
          <w:tcPr>
            <w:tcW w:type="dxa" w:w="1814"/>
            <w:tcMar>
              <w:top w:w="23" w:type="dxa"/>
              <w:bottom w:w="23" w:type="dxa"/>
              <w:left w:w="85" w:type="dxa"/>
              <w:right w:w="85" w:type="dxa"/>
            </w:tcMar>
            <w:shd w:val="clear" w:color="auto" w:fill="F2F2EF"/>
            <w:vAlign w:val="center"/>
            <w:tcBorders>
              <w:top w:val="single" w:sz="3" w:space="0" w:color="B9C4CF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5"/>
              </w:rPr>
              <w:t>受領者の署名・押印</w:t>
            </w:r>
          </w:p>
        </w:tc>
        <w:tc>
          <w:tcPr>
            <w:tcW w:type="dxa" w:w="8050"/>
            <w:tcMar>
              <w:top w:w="23" w:type="dxa"/>
              <w:bottom w:w="23" w:type="dxa"/>
              <w:left w:w="85" w:type="dxa"/>
              <w:right w:w="85" w:type="dxa"/>
            </w:tcMar>
            <w:vAlign w:val="center"/>
            <w:tcBorders>
              <w:top w:val="single" w:sz="3" w:space="0" w:color="B9C4CF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　　　　　　　　　　　　　　　　㊞</w:t>
            </w:r>
          </w:p>
        </w:tc>
      </w:tr>
    </w:tbl>
    <w:p>
      <w:pPr>
        <w:spacing w:before="0" w:after="0" w:line="68" w:lineRule="exact"/>
      </w:pPr>
    </w:p>
    <w:p>
      <w:pPr>
        <w:spacing w:before="40" w:after="40"/>
        <w:jc w:val="right"/>
      </w:pPr>
      <w:r>
        <w:rPr>
          <w:rFonts w:ascii="Yu Gothic" w:hAnsi="Yu Gothic" w:eastAsia="Yu Gothic"/>
          <w:b w:val="0"/>
          <w:i w:val="0"/>
          <w:color w:val="1A1A1A"/>
          <w:sz w:val="21"/>
        </w:rPr>
        <w:t>以　上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物品受領書</dc:title>
  <dc:subject>受領書テンプレート</dc:subject>
  <dc:creator>テンプレートフリー</dc:creator>
  <cp:keywords/>
  <dc:description>generated by python-docx</dc:description>
  <cp:lastModifiedBy>テンプレートフリー</cp:lastModifiedBy>
  <cp:revision>1</cp:revision>
  <dcterms:created xsi:type="dcterms:W3CDTF">2026-10-09T15:00:00Z</dcterms:created>
  <dcterms:modified xsi:type="dcterms:W3CDTF">2026-10-09T15:00:00Z</dcterms:modified>
  <cp:category/>
  <dc:language>ja-JP</dc:language>
</cp:coreProperties>
</file>