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拝啓　晩秋の候、貴社ますますご清栄のこととお慶び申し上げます。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平素は格別のお引き立てを賜り、厚く御礼申し上げます。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さて、〇〇〇〇〇〇〇〇〇〇〇〇〇〇〇〇〇〇〇〇〇〇〇〇〇〇〇〇。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年の瀬が近づきます。どうぞご自愛ください。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末筆ながら、貴社のますますのご発展をお祈り申し上げます。</w:t>
      </w:r>
    </w:p>
    <w:p>
      <w:pPr>
        <w:spacing w:before="0" w:after="0" w:line="51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敬具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 xml:space="preserve"> </w:t>
      </w:r>
    </w:p>
    <w:p>
      <w:pPr>
        <w:spacing w:before="0" w:after="0" w:line="510" w:lineRule="exact"/>
        <w:ind w:left="520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令和〇年11月25日</w:t>
      </w:r>
    </w:p>
    <w:p>
      <w:pPr>
        <w:spacing w:before="0" w:after="0" w:line="51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〇〇株式会社　〇〇　〇〇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〇〇株式会社　〇〇　〇〇様</w:t>
      </w:r>
    </w:p>
    <w:p>
      <w:pPr>
        <w:pageBreakBefore/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拝啓　〇〇の候、貴社ますますご清栄のこととお慶び申し上げます。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平素は格別のお引き立てを賜り、厚く御礼申し上げます。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さて、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 xml:space="preserve"> 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〇〇〇〇〇〇〇〇〇〇〇〇〇〇〇〇〇〇〇〇〇〇〇〇。</w:t>
      </w:r>
    </w:p>
    <w:p>
      <w:pPr>
        <w:spacing w:before="0" w:after="0" w:line="51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敬具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 xml:space="preserve"> </w:t>
      </w:r>
    </w:p>
    <w:p>
      <w:pPr>
        <w:spacing w:before="0" w:after="0" w:line="510" w:lineRule="exact"/>
        <w:ind w:left="520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令和〇年〇月〇日</w:t>
      </w:r>
    </w:p>
    <w:p>
      <w:pPr>
        <w:spacing w:before="0" w:after="0" w:line="51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〇〇株式会社　〇〇　〇〇</w:t>
      </w:r>
    </w:p>
    <w:p>
      <w:pPr>
        <w:spacing w:before="0" w:after="0" w:line="51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〇〇株式会社　〇〇　〇〇様</w:t>
      </w:r>
    </w:p>
    <w:sectPr w:rsidR="00FC693F" w:rsidRPr="0006063C" w:rsidSect="00034616">
      <w:headerReference w:type="default" r:id="rId9"/>
      <w:pgSz w:w="11906" w:h="16838"/>
      <w:pgMar w:top="1020" w:right="1020" w:bottom="1020" w:left="1020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pict>
        <v:line id="rule0" o:allowincell="f" style="position:absolute;z-index:-251658240;mso-position-horizontal-relative:page;mso-position-vertical-relative:page" from="51.02pt,51.02pt" to="544.25pt,51.02pt" strokecolor="#9AA5B1" strokeweight=".5pt"/>
      </w:pict>
    </w:r>
    <w:r>
      <w:pict>
        <v:line id="rule1" o:allowincell="f" style="position:absolute;z-index:-251658240;mso-position-horizontal-relative:page;mso-position-vertical-relative:page" from="51.02pt,76.54pt" to="544.25pt,76.54pt" strokecolor="#9AA5B1" strokeweight=".5pt"/>
      </w:pict>
    </w:r>
    <w:r>
      <w:pict>
        <v:line id="rule2" o:allowincell="f" style="position:absolute;z-index:-251658240;mso-position-horizontal-relative:page;mso-position-vertical-relative:page" from="51.02pt,102.05pt" to="544.25pt,102.05pt" strokecolor="#9AA5B1" strokeweight=".5pt"/>
      </w:pict>
    </w:r>
    <w:r>
      <w:pict>
        <v:line id="rule3" o:allowincell="f" style="position:absolute;z-index:-251658240;mso-position-horizontal-relative:page;mso-position-vertical-relative:page" from="51.02pt,127.56pt" to="544.25pt,127.56pt" strokecolor="#9AA5B1" strokeweight=".5pt"/>
      </w:pict>
    </w:r>
    <w:r>
      <w:pict>
        <v:line id="rule4" o:allowincell="f" style="position:absolute;z-index:-251658240;mso-position-horizontal-relative:page;mso-position-vertical-relative:page" from="51.02pt,153.07pt" to="544.25pt,153.07pt" strokecolor="#9AA5B1" strokeweight=".5pt"/>
      </w:pict>
    </w:r>
    <w:r>
      <w:pict>
        <v:line id="rule5" o:allowincell="f" style="position:absolute;z-index:-251658240;mso-position-horizontal-relative:page;mso-position-vertical-relative:page" from="51.02pt,178.58pt" to="544.25pt,178.58pt" strokecolor="#9AA5B1" strokeweight=".5pt"/>
      </w:pict>
    </w:r>
    <w:r>
      <w:pict>
        <v:line id="rule6" o:allowincell="f" style="position:absolute;z-index:-251658240;mso-position-horizontal-relative:page;mso-position-vertical-relative:page" from="51.02pt,204.09pt" to="544.25pt,204.09pt" strokecolor="#9AA5B1" strokeweight=".5pt"/>
      </w:pict>
    </w:r>
    <w:r>
      <w:pict>
        <v:line id="rule7" o:allowincell="f" style="position:absolute;z-index:-251658240;mso-position-horizontal-relative:page;mso-position-vertical-relative:page" from="51.02pt,229.61pt" to="544.25pt,229.61pt" strokecolor="#9AA5B1" strokeweight=".5pt"/>
      </w:pict>
    </w:r>
    <w:r>
      <w:pict>
        <v:line id="rule8" o:allowincell="f" style="position:absolute;z-index:-251658240;mso-position-horizontal-relative:page;mso-position-vertical-relative:page" from="51.02pt,255.12pt" to="544.25pt,255.12pt" strokecolor="#9AA5B1" strokeweight=".5pt"/>
      </w:pict>
    </w:r>
    <w:r>
      <w:pict>
        <v:line id="rule9" o:allowincell="f" style="position:absolute;z-index:-251658240;mso-position-horizontal-relative:page;mso-position-vertical-relative:page" from="51.02pt,280.63pt" to="544.25pt,280.63pt" strokecolor="#9AA5B1" strokeweight=".5pt"/>
      </w:pict>
    </w:r>
    <w:r>
      <w:pict>
        <v:line id="rule10" o:allowincell="f" style="position:absolute;z-index:-251658240;mso-position-horizontal-relative:page;mso-position-vertical-relative:page" from="51.02pt,306.14pt" to="544.25pt,306.14pt" strokecolor="#9AA5B1" strokeweight=".5pt"/>
      </w:pict>
    </w:r>
    <w:r>
      <w:pict>
        <v:line id="rule11" o:allowincell="f" style="position:absolute;z-index:-251658240;mso-position-horizontal-relative:page;mso-position-vertical-relative:page" from="51.02pt,331.65pt" to="544.25pt,331.65pt" strokecolor="#9AA5B1" strokeweight=".5pt"/>
      </w:pict>
    </w:r>
    <w:r>
      <w:pict>
        <v:line id="rule12" o:allowincell="f" style="position:absolute;z-index:-251658240;mso-position-horizontal-relative:page;mso-position-vertical-relative:page" from="51.02pt,357.17pt" to="544.25pt,357.17pt" strokecolor="#9AA5B1" strokeweight=".5pt"/>
      </w:pict>
    </w:r>
    <w:r>
      <w:pict>
        <v:line id="rule13" o:allowincell="f" style="position:absolute;z-index:-251658240;mso-position-horizontal-relative:page;mso-position-vertical-relative:page" from="51.02pt,382.68pt" to="544.25pt,382.68pt" strokecolor="#9AA5B1" strokeweight=".5pt"/>
      </w:pict>
    </w:r>
    <w:r>
      <w:pict>
        <v:line id="rule14" o:allowincell="f" style="position:absolute;z-index:-251658240;mso-position-horizontal-relative:page;mso-position-vertical-relative:page" from="51.02pt,408.19pt" to="544.25pt,408.19pt" strokecolor="#9AA5B1" strokeweight=".5pt"/>
      </w:pict>
    </w:r>
    <w:r>
      <w:pict>
        <v:line id="rule15" o:allowincell="f" style="position:absolute;z-index:-251658240;mso-position-horizontal-relative:page;mso-position-vertical-relative:page" from="51.02pt,433.70pt" to="544.25pt,433.70pt" strokecolor="#9AA5B1" strokeweight=".5pt"/>
      </w:pict>
    </w:r>
    <w:r>
      <w:pict>
        <v:line id="rule16" o:allowincell="f" style="position:absolute;z-index:-251658240;mso-position-horizontal-relative:page;mso-position-vertical-relative:page" from="51.02pt,459.21pt" to="544.25pt,459.21pt" strokecolor="#9AA5B1" strokeweight=".5pt"/>
      </w:pict>
    </w:r>
    <w:r>
      <w:pict>
        <v:line id="rule17" o:allowincell="f" style="position:absolute;z-index:-251658240;mso-position-horizontal-relative:page;mso-position-vertical-relative:page" from="51.02pt,484.72pt" to="544.25pt,484.72pt" strokecolor="#9AA5B1" strokeweight=".5pt"/>
      </w:pict>
    </w:r>
    <w:r>
      <w:pict>
        <v:line id="rule18" o:allowincell="f" style="position:absolute;z-index:-251658240;mso-position-horizontal-relative:page;mso-position-vertical-relative:page" from="51.02pt,510.24pt" to="544.25pt,510.24pt" strokecolor="#9AA5B1" strokeweight=".5pt"/>
      </w:pict>
    </w:r>
    <w:r>
      <w:pict>
        <v:line id="rule19" o:allowincell="f" style="position:absolute;z-index:-251658240;mso-position-horizontal-relative:page;mso-position-vertical-relative:page" from="51.02pt,535.75pt" to="544.25pt,535.75pt" strokecolor="#9AA5B1" strokeweight=".5pt"/>
      </w:pict>
    </w:r>
    <w:r>
      <w:pict>
        <v:line id="rule20" o:allowincell="f" style="position:absolute;z-index:-251658240;mso-position-horizontal-relative:page;mso-position-vertical-relative:page" from="51.02pt,561.26pt" to="544.25pt,561.26pt" strokecolor="#9AA5B1" strokeweight=".5pt"/>
      </w:pict>
    </w:r>
    <w:r>
      <w:pict>
        <v:line id="rule21" o:allowincell="f" style="position:absolute;z-index:-251658240;mso-position-horizontal-relative:page;mso-position-vertical-relative:page" from="51.02pt,586.77pt" to="544.25pt,586.77pt" strokecolor="#9AA5B1" strokeweight=".5pt"/>
      </w:pict>
    </w:r>
    <w:r>
      <w:pict>
        <v:line id="rule22" o:allowincell="f" style="position:absolute;z-index:-251658240;mso-position-horizontal-relative:page;mso-position-vertical-relative:page" from="51.02pt,612.28pt" to="544.25pt,612.28pt" strokecolor="#9AA5B1" strokeweight=".5pt"/>
      </w:pict>
    </w:r>
    <w:r>
      <w:pict>
        <v:line id="rule23" o:allowincell="f" style="position:absolute;z-index:-251658240;mso-position-horizontal-relative:page;mso-position-vertical-relative:page" from="51.02pt,637.80pt" to="544.25pt,637.80pt" strokecolor="#9AA5B1" strokeweight=".5pt"/>
      </w:pict>
    </w:r>
    <w:r>
      <w:pict>
        <v:line id="rule24" o:allowincell="f" style="position:absolute;z-index:-251658240;mso-position-horizontal-relative:page;mso-position-vertical-relative:page" from="51.02pt,663.31pt" to="544.25pt,663.31pt" strokecolor="#9AA5B1" strokeweight=".5pt"/>
      </w:pict>
    </w:r>
    <w:r>
      <w:pict>
        <v:line id="rule25" o:allowincell="f" style="position:absolute;z-index:-251658240;mso-position-horizontal-relative:page;mso-position-vertical-relative:page" from="51.02pt,688.82pt" to="544.25pt,688.82pt" strokecolor="#9AA5B1" strokeweight=".5pt"/>
      </w:pict>
    </w:r>
    <w:r>
      <w:pict>
        <v:line id="rule26" o:allowincell="f" style="position:absolute;z-index:-251658240;mso-position-horizontal-relative:page;mso-position-vertical-relative:page" from="51.02pt,714.33pt" to="544.25pt,714.33pt" strokecolor="#9AA5B1" strokeweight=".5pt"/>
      </w:pict>
    </w:r>
    <w:r>
      <w:pict>
        <v:line id="rule27" o:allowincell="f" style="position:absolute;z-index:-251658240;mso-position-horizontal-relative:page;mso-position-vertical-relative:page" from="51.02pt,739.84pt" to="544.25pt,739.84pt" strokecolor="#9AA5B1" strokeweight=".5pt"/>
      </w:pict>
    </w:r>
    <w:r>
      <w:pict>
        <v:line id="rule28" o:allowincell="f" style="position:absolute;z-index:-251658240;mso-position-horizontal-relative:page;mso-position-vertical-relative:page" from="51.02pt,765.35pt" to="544.25pt,765.35pt" strokecolor="#9AA5B1" strokeweight=".5pt"/>
      </w:pict>
    </w:r>
    <w:r>
      <w:pict>
        <v:line id="rule29" o:allowincell="f" style="position:absolute;z-index:-251658240;mso-position-horizontal-relative:page;mso-position-vertical-relative:page" from="51.02pt,790.87pt" to="544.25pt,790.87pt" strokecolor="#9AA5B1" strokeweight=".5pt"/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