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事業計画書（記入例・IT受託開発）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4"/>
        <w:gridCol w:w="3628"/>
        <w:gridCol w:w="1304"/>
        <w:gridCol w:w="3628"/>
      </w:tblGrid>
      <w:tr>
        <w:trPr>
          <w:cantSplit/>
          <w:trHeight w:val="482" w:hRule="atLeast"/>
        </w:trPr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作成日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2026年10月1日（木）</w:t>
            </w: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計画番号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2026-002</w:t>
            </w:r>
          </w:p>
        </w:tc>
      </w:tr>
    </w:tbl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4"/>
        <w:gridCol w:w="3628"/>
        <w:gridCol w:w="1304"/>
        <w:gridCol w:w="3628"/>
      </w:tblGrid>
      <w:tr>
        <w:trPr>
          <w:cantSplit/>
          <w:trHeight w:val="482" w:hRule="atLeast"/>
        </w:trPr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事業者名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合同会社サンプルシステムズ</w:t>
            </w: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代表者名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佐藤　健　㊞</w:t>
            </w:r>
          </w:p>
        </w:tc>
      </w:tr>
    </w:tbl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4"/>
        <w:gridCol w:w="3628"/>
        <w:gridCol w:w="1304"/>
        <w:gridCol w:w="3628"/>
      </w:tblGrid>
      <w:tr>
        <w:trPr>
          <w:cantSplit/>
          <w:trHeight w:val="482" w:hRule="atLeast"/>
        </w:trPr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住所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東京都新宿区西新宿一丁目2番3号</w:t>
            </w: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電話番号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03-XXXX-XXXX</w:t>
            </w:r>
          </w:p>
        </w:tc>
      </w:tr>
    </w:tbl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4"/>
        <w:gridCol w:w="3628"/>
        <w:gridCol w:w="1304"/>
        <w:gridCol w:w="3628"/>
      </w:tblGrid>
      <w:tr>
        <w:trPr>
          <w:cantSplit/>
          <w:trHeight w:val="482" w:hRule="atLeast"/>
        </w:trPr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業種・事業形態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■ 法人（合同会社）　□ 個人事業主</w:t>
            </w: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資本金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¥1,000,000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1. 事業概要（ビジネスモデル・提供価値）</w:t>
      </w:r>
    </w:p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事業名・ブランド名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「SAMPLE System」中小企業向け 業務システムの受託開発・保守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提供する商品・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サービス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従業員10〜50名の会社が、エクセルと紙で回している受発注・在庫・勤怠などの業務を、Webの業務システムにして納める（受託開発）。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納品後は月額50,000円の保守契約（障害対応・軽微な改修・月次の稼働確認）を結ぶ。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開発1件あたりの平均受注額は1,500,000円（税抜）、開発期間は2〜3か月。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ターゲット顧客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（誰に・何を・なぜ）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主要ターゲット: 東京都多摩・城西エリアの製造業・卸売業・小売業（従業員10〜50名）。受発注や在庫をエクセルと紙で管理していて、既製のソフトでは合わない会社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副次ターゲット: 既存の取引先・知人からの紹介案件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依頼の動機: 「既製ソフトは機能が多すぎて使いこなせない。いまのエクセルの流れをそのまま画面にしたい」という課題の解決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競合との差別化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（強み・独自性）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① 現場の担当者に聞き取りをしてから作る（開発前の業務整理＝要件定義は無料）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② 納品後も同じ担当者が保守する（外注先が変わらない）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③ 代表の開発経験10年（前職は中堅メーカーの社内システム担当）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417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ビジネスモデル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（収益の仕組み）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売上は「受託開発（1件 平均1,500,000円）」＋「月額保守（50,000円/社）」の2本。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1年目: 開発6件・保守は年平均2社（年末4社）＝ 10,200,000円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2年目: 開発9件・保守は年平均5社（年末6社）＝ 16,500,000円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3年目: 開発12件・保守は年平均8社（年末10社）＝ 22,800,000円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2. 市場分析・競合分析</w:t>
      </w:r>
    </w:p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市場規模・成長性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（数値・出典）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商圏: 東京都多摩・城西エリアの従業員10〜50名の製造業・卸売業・小売業 約800社（出典: 自社の営業リスト。商工会議所の公開名簿と各社のWebサイトから2026年9月に作成）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このうち、受発注・在庫・勤怠をエクセルや紙で管理していることを各社のWebサイトや面談で確認できたのは約120社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3年間の開発27件は、この約120社に対する延べ27件（約2割）の受注計画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主要競合（3社以上）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・特徴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A社（大手システム会社）: 品質は高いが、最低見積が500万円からで、10〜50名の会社には大きすぎる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B社（パッケージ販売）: 月額数万円で導入できるが、自社の運用に合わせた変更は不可または有償のことが多い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C社（フリーランス個人）: 安いが、担当者が動けなくなると保守が止まる（シェアは各社とも公表なし）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794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自社のポジション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「A社より低価格（平均150万円）、B社より現場に合わせて作れる、C社より継続して保守できる」中間のポジション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価格帯は150万円前後、納期は2〜3か月、保守は月額5万円で固定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417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SWOT分析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【強み】開発経験10年・納品後も同じ担当者が保守・要件定義が無料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【弱み】創業直後で実績が少ない・代表1名と外注に依存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【機会】エクセル運用の約120社が業務のシステム化を検討する時期にある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【脅威】生成AIで自作する顧客が増える・大手パッケージの低価格化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3. 収支計画サマリー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381"/>
        <w:gridCol w:w="1871"/>
        <w:gridCol w:w="1871"/>
        <w:gridCol w:w="1871"/>
        <w:gridCol w:w="1871"/>
      </w:tblGrid>
      <w:tr>
        <w:trPr>
          <w:cantSplit/>
          <w:trHeight w:val="425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項目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1年目（年間）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2年目（年間）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3年目（年間）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備考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売上高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¥10,200,000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¥16,500,000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¥22,800,000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開発＋月額保守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売上原価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¥2,600,000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¥4,500,000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¥6,400,000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外注費・クラウド利用料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売上総利益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¥7,600,000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¥12,000,000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¥16,400,000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売上高−売上原価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販管費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¥6,700,000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¥9,900,000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¥12,600,000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役員報酬・給与・家賃・広告等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営業利益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¥900,000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¥2,100,000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¥3,800,000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3年目の営業利益率16.7%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累積利益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¥900,000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¥3,000,000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¥6,800,000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融資返済原資として確保</w:t>
            </w:r>
          </w:p>
        </w:tc>
      </w:tr>
    </w:tbl>
    <w:p>
      <w:pPr>
        <w:spacing w:before="0" w:after="0" w:line="113" w:lineRule="exact"/>
      </w:pPr>
    </w:p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4. 資金計画（創業時）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66"/>
        <w:gridCol w:w="2466"/>
        <w:gridCol w:w="2466"/>
        <w:gridCol w:w="2466"/>
      </w:tblGrid>
      <w:tr>
        <w:trPr>
          <w:cantSplit/>
          <w:trHeight w:val="425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資金の使い道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金額（¥）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資金の調達方法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金額（¥）</w:t>
            </w:r>
          </w:p>
        </w:tc>
      </w:tr>
      <w:tr>
        <w:trPr>
          <w:cantSplit/>
          <w:trHeight w:val="482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開発用PC・機材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¥800,000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自己資金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¥1,500,000</w:t>
            </w:r>
          </w:p>
        </w:tc>
      </w:tr>
      <w:tr>
        <w:trPr>
          <w:cantSplit/>
          <w:trHeight w:val="482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事務所の保証金・什器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¥400,000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日本政策金融公庫（新規開業・スタートアップ支援資金）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¥2,500,000</w:t>
            </w:r>
          </w:p>
        </w:tc>
      </w:tr>
      <w:tr>
        <w:trPr>
          <w:cantSplit/>
          <w:trHeight w:val="482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ライセンス・クラウド初期費用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¥300,000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その他（補助金・助成金）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¥0</w:t>
            </w:r>
          </w:p>
        </w:tc>
      </w:tr>
      <w:tr>
        <w:trPr>
          <w:cantSplit/>
          <w:trHeight w:val="482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運転資金（3か月分）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¥2,500,000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合計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¥4,000,000</w:t>
            </w:r>
          </w:p>
        </w:tc>
      </w:tr>
    </w:tbl>
    <w:p>
      <w:pPr>
        <w:spacing w:before="0" w:after="0" w:line="113" w:lineRule="exact"/>
      </w:pPr>
    </w:p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5. 返済計画（借入金がある場合）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cantSplit/>
          <w:trHeight w:val="425" w:hRule="atLeast"/>
        </w:trPr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借入先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借入金額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借入期間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年利（概算）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月返済額（概算）</w:t>
            </w:r>
          </w:p>
        </w:tc>
      </w:tr>
      <w:tr>
        <w:trPr>
          <w:cantSplit/>
          <w:trHeight w:val="482" w:hRule="atLeast"/>
        </w:trPr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日本政策金融公庫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¥2,500,000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5年（60ヶ月）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約2.5%（目安）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約¥44,400</w:t>
            </w:r>
          </w:p>
        </w:tc>
      </w:tr>
    </w:tbl>
    <w:p>
      <w:pPr>
        <w:spacing w:before="0" w:after="0" w:line="113" w:lineRule="exact"/>
      </w:pPr>
    </w:p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6. 特記事項・添付書類</w:t>
      </w:r>
    </w:p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84"/>
        <w:gridCol w:w="7880"/>
      </w:tblGrid>
      <w:tr>
        <w:trPr>
          <w:cantSplit/>
          <w:trHeight w:val="1729" w:hRule="atLeast"/>
        </w:trPr>
        <w:tc>
          <w:tcPr>
            <w:tcW w:type="dxa" w:w="1984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特記事項</w:t>
            </w:r>
          </w:p>
        </w:tc>
        <w:tc>
          <w:tcPr>
            <w:tcW w:type="dxa" w:w="7880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・代表は社内システム開発10年（中堅メーカーの情報システム部）。要件定義から保守までの経験あり。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・見込み案件: 紹介元の製造業2社（受発注システム）から開発の相談を受けている。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・1年目の売上原価2,600,000円＝外注費1,800,000円＋クラウド利用料800,000円。販管費6,700,000円＝役員報酬4,800,000円＋家賃600,000円＋広告・営業500,000円＋通信・保険等800,000円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・年間返済額は約53万円で、1年目の営業利益（90万円）の範囲内（1.7倍）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・小規模事業者持続化補助金は申請予定（採択されても資金計画には入れていない）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84"/>
        <w:gridCol w:w="7880"/>
      </w:tblGrid>
      <w:tr>
        <w:trPr>
          <w:cantSplit/>
          <w:trHeight w:val="510" w:hRule="atLeast"/>
        </w:trPr>
        <w:tc>
          <w:tcPr>
            <w:tcW w:type="dxa" w:w="1984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添付書類</w:t>
            </w:r>
          </w:p>
        </w:tc>
        <w:tc>
          <w:tcPr>
            <w:tcW w:type="dxa" w:w="7880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☑ 開発案件の見積書（2社分）　☑ 事務所の賃貸借契約書（案）　☑ 職務経歴書　☑ 登記事項証明書</w:t>
            </w:r>
          </w:p>
        </w:tc>
      </w:tr>
    </w:tbl>
    <w:p>
      <w:pPr>
        <w:spacing w:before="0" w:after="0" w:line="113" w:lineRule="exact"/>
      </w:pPr>
    </w:p>
    <w:p>
      <w:pPr>
        <w:spacing w:before="80" w:after="0"/>
        <w:jc w:val="righ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本書は記入例です。金利・融資限度額等は日本政策金融公庫公式サイト（jfc.go.jp）で最新情報をご確認ください。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