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20" w:after="60" w:line="240" w:lineRule="auto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委 任 状</w:t>
      </w:r>
    </w:p>
    <w:p>
      <w:pPr>
        <w:tabs>
          <w:tab w:pos="9865" w:val="right"/>
        </w:tabs>
        <w:spacing w:before="40" w:after="60"/>
      </w:pPr>
      <w:r>
        <w:tab/>
      </w:r>
      <w:r>
        <w:rPr>
          <w:rFonts w:ascii="Yu Gothic" w:hAnsi="Yu Gothic" w:eastAsia="Yu Gothic"/>
          <w:b w:val="0"/>
          <w:i w:val="0"/>
          <w:color w:val="1A1A1A"/>
          <w:sz w:val="21"/>
        </w:rPr>
        <w:t>令和　　年　　月　　日</w:t>
      </w:r>
    </w:p>
    <w:p>
      <w:pPr>
        <w:spacing w:before="20" w:after="80" w:line="26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私は、下記の者を代理人と定め、下記の事項を委任します。</w:t>
      </w: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委任事項（具体的に書く）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74" w:hRule="atLeast"/>
        </w:trPr>
        <w:tc>
          <w:tcPr>
            <w:tcW w:type="dxa" w:w="1928"/>
            <w:tcMar>
              <w:top w:w="45" w:type="dxa"/>
              <w:bottom w:w="4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手続きの名称</w:t>
            </w:r>
          </w:p>
        </w:tc>
        <w:tc>
          <w:tcPr>
            <w:tcW w:type="dxa" w:w="7937"/>
            <w:tcMar>
              <w:top w:w="45" w:type="dxa"/>
              <w:bottom w:w="4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 w:line="34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74" w:hRule="atLeast"/>
        </w:trPr>
        <w:tc>
          <w:tcPr>
            <w:tcW w:type="dxa" w:w="1928"/>
            <w:tcMar>
              <w:top w:w="45" w:type="dxa"/>
              <w:bottom w:w="4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対象・通数など</w:t>
            </w:r>
          </w:p>
        </w:tc>
        <w:tc>
          <w:tcPr>
            <w:tcW w:type="dxa" w:w="7937"/>
            <w:tcMar>
              <w:top w:w="45" w:type="dxa"/>
              <w:bottom w:w="4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 w:line="34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74" w:hRule="atLeast"/>
        </w:trPr>
        <w:tc>
          <w:tcPr>
            <w:tcW w:type="dxa" w:w="1928"/>
            <w:tcMar>
              <w:top w:w="45" w:type="dxa"/>
              <w:bottom w:w="4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提出先</w:t>
            </w:r>
          </w:p>
        </w:tc>
        <w:tc>
          <w:tcPr>
            <w:tcW w:type="dxa" w:w="7937"/>
            <w:tcMar>
              <w:top w:w="45" w:type="dxa"/>
              <w:bottom w:w="4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 w:line="34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74" w:hRule="atLeast"/>
        </w:trPr>
        <w:tc>
          <w:tcPr>
            <w:tcW w:type="dxa" w:w="1928"/>
            <w:tcMar>
              <w:top w:w="45" w:type="dxa"/>
              <w:bottom w:w="4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使用目的</w:t>
            </w:r>
          </w:p>
        </w:tc>
        <w:tc>
          <w:tcPr>
            <w:tcW w:type="dxa" w:w="7937"/>
            <w:tcMar>
              <w:top w:w="45" w:type="dxa"/>
              <w:bottom w:w="4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 w:line="34" w:lineRule="exact"/>
      </w:pPr>
    </w:p>
    <w:p>
      <w:pPr>
        <w:spacing w:before="20" w:after="20"/>
      </w:pPr>
      <w:r>
        <w:rPr>
          <w:rFonts w:ascii="Yu Gothic" w:hAnsi="Yu Gothic" w:eastAsia="Yu Gothic"/>
          <w:b w:val="0"/>
          <w:i w:val="0"/>
          <w:color w:val="66707A"/>
          <w:sz w:val="17"/>
        </w:rPr>
        <w:t>委任する範囲（任せるものにチェック）</w:t>
      </w:r>
    </w:p>
    <w:tbl>
      <w:tblPr>
        <w:tblW w:type="dxa" w:w="9865"/>
        <w:tblInd w:w="1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85" w:type="dxa"/>
              <w:bottom w:w="68" w:type="dxa"/>
              <w:left w:w="198" w:type="dxa"/>
              <w:right w:w="198" w:type="dxa"/>
            </w:tcMar>
            <w:shd w:val="clear" w:color="auto" w:fill="F2F2EF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2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B3A5C"/>
                <w:sz w:val="22"/>
              </w:rPr>
              <w:t xml:space="preserve">☐ 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申請書類の作成・提出</w:t>
            </w:r>
          </w:p>
          <w:p>
            <w:pPr>
              <w:spacing w:before="0" w:after="2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B3A5C"/>
                <w:sz w:val="22"/>
              </w:rPr>
              <w:t xml:space="preserve">☐ 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証明書・書類の受領</w:t>
            </w:r>
          </w:p>
          <w:p>
            <w:pPr>
              <w:spacing w:before="0" w:after="2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B3A5C"/>
                <w:sz w:val="22"/>
              </w:rPr>
              <w:t xml:space="preserve">☐ 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手数料等の支払い</w:t>
            </w:r>
          </w:p>
          <w:p>
            <w:pPr>
              <w:spacing w:before="0" w:after="2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B3A5C"/>
                <w:sz w:val="22"/>
              </w:rPr>
              <w:t xml:space="preserve">☐ 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その他：</w:t>
            </w:r>
          </w:p>
        </w:tc>
      </w:tr>
    </w:tbl>
    <w:p>
      <w:pPr>
        <w:spacing w:before="0" w:after="0" w:line="68" w:lineRule="exact"/>
      </w:pPr>
    </w:p>
    <w:p>
      <w:pPr>
        <w:spacing w:before="0" w:after="80"/>
      </w:pPr>
      <w:r>
        <w:rPr>
          <w:rFonts w:ascii="Yu Gothic" w:hAnsi="Yu Gothic" w:eastAsia="Yu Gothic"/>
          <w:b/>
          <w:i w:val="0"/>
          <w:color w:val="1A1A1A"/>
          <w:sz w:val="18"/>
        </w:rPr>
        <w:t>上記以外の事項は委任しません。</w:t>
      </w: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受任者（代理人）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3969"/>
        <w:gridCol w:w="1304"/>
        <w:gridCol w:w="1474"/>
        <w:gridCol w:w="1191"/>
      </w:tblGrid>
      <w:tr>
        <w:trPr>
          <w:cantSplit/>
          <w:trHeight w:val="510" w:hRule="atLeast"/>
        </w:trPr>
        <w:tc>
          <w:tcPr>
            <w:tcW w:type="dxa" w:w="1928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住所</w:t>
            </w:r>
          </w:p>
        </w:tc>
        <w:tc>
          <w:tcPr>
            <w:tcW w:type="dxa" w:w="7937"/>
            <w:gridSpan w:val="4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408" w:hRule="atLeast"/>
        </w:trPr>
        <w:tc>
          <w:tcPr>
            <w:tcW w:type="dxa" w:w="1928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氏名</w:t>
            </w:r>
          </w:p>
        </w:tc>
        <w:tc>
          <w:tcPr>
            <w:tcW w:type="dxa" w:w="6746"/>
            <w:gridSpan w:val="3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1191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08" w:hRule="atLeast"/>
        </w:trPr>
        <w:tc>
          <w:tcPr>
            <w:tcW w:type="dxa" w:w="1928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6"/>
              </w:rPr>
              <w:t>生年月日</w:t>
            </w:r>
          </w:p>
        </w:tc>
        <w:tc>
          <w:tcPr>
            <w:tcW w:type="dxa" w:w="3969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1304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6"/>
              </w:rPr>
              <w:t>電話</w:t>
            </w:r>
          </w:p>
        </w:tc>
        <w:tc>
          <w:tcPr>
            <w:tcW w:type="dxa" w:w="2665"/>
            <w:gridSpan w:val="2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 w:line="23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40" w:hRule="atLeast"/>
        </w:trPr>
        <w:tc>
          <w:tcPr>
            <w:tcW w:type="dxa" w:w="1928"/>
            <w:tcMar>
              <w:top w:w="45" w:type="dxa"/>
              <w:bottom w:w="4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委任者との関係</w:t>
            </w:r>
          </w:p>
        </w:tc>
        <w:tc>
          <w:tcPr>
            <w:tcW w:type="dxa" w:w="7937"/>
            <w:tcMar>
              <w:top w:w="45" w:type="dxa"/>
              <w:bottom w:w="4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 w:line="28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委任者（本人）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3969"/>
        <w:gridCol w:w="1304"/>
        <w:gridCol w:w="1474"/>
        <w:gridCol w:w="1191"/>
      </w:tblGrid>
      <w:tr>
        <w:trPr>
          <w:cantSplit/>
          <w:trHeight w:val="510" w:hRule="atLeast"/>
        </w:trPr>
        <w:tc>
          <w:tcPr>
            <w:tcW w:type="dxa" w:w="1928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住所</w:t>
            </w:r>
          </w:p>
        </w:tc>
        <w:tc>
          <w:tcPr>
            <w:tcW w:type="dxa" w:w="7937"/>
            <w:gridSpan w:val="4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408" w:hRule="atLeast"/>
        </w:trPr>
        <w:tc>
          <w:tcPr>
            <w:tcW w:type="dxa" w:w="1928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氏名</w:t>
            </w:r>
          </w:p>
        </w:tc>
        <w:tc>
          <w:tcPr>
            <w:tcW w:type="dxa" w:w="6746"/>
            <w:gridSpan w:val="3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1191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B9C4CF"/>
                <w:sz w:val="26"/>
              </w:rPr>
              <w:t>㊞</w:t>
            </w:r>
          </w:p>
        </w:tc>
      </w:tr>
      <w:tr>
        <w:trPr>
          <w:cantSplit/>
          <w:trHeight w:val="408" w:hRule="atLeast"/>
        </w:trPr>
        <w:tc>
          <w:tcPr>
            <w:tcW w:type="dxa" w:w="1928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6"/>
              </w:rPr>
              <w:t>生年月日</w:t>
            </w:r>
          </w:p>
        </w:tc>
        <w:tc>
          <w:tcPr>
            <w:tcW w:type="dxa" w:w="3969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1304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6"/>
              </w:rPr>
              <w:t>電話</w:t>
            </w:r>
          </w:p>
        </w:tc>
        <w:tc>
          <w:tcPr>
            <w:tcW w:type="dxa" w:w="2665"/>
            <w:gridSpan w:val="2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 w:line="23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40" w:hRule="atLeast"/>
        </w:trPr>
        <w:tc>
          <w:tcPr>
            <w:tcW w:type="dxa" w:w="1928"/>
            <w:tcMar>
              <w:top w:w="45" w:type="dxa"/>
              <w:bottom w:w="4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有効期限</w:t>
            </w:r>
          </w:p>
        </w:tc>
        <w:tc>
          <w:tcPr>
            <w:tcW w:type="dxa" w:w="7937"/>
            <w:tcMar>
              <w:top w:w="45" w:type="dxa"/>
              <w:bottom w:w="4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令和　　年　　月　　日まで</w:t>
            </w:r>
          </w:p>
        </w:tc>
      </w:tr>
    </w:tbl>
    <w:p>
      <w:pPr>
        <w:spacing w:before="0" w:after="0" w:line="28" w:lineRule="exact"/>
      </w:pPr>
    </w:p>
    <w:tbl>
      <w:tblPr>
        <w:tblW w:type="dxa" w:w="9865"/>
        <w:tblInd w:w="1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57" w:type="dxa"/>
              <w:bottom w:w="45" w:type="dxa"/>
              <w:left w:w="198" w:type="dxa"/>
              <w:right w:w="198" w:type="dxa"/>
            </w:tcMar>
            <w:shd w:val="clear" w:color="auto" w:fill="F2F2EF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20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9"/>
              </w:rPr>
              <w:t>窓口へ持参するもの</w:t>
            </w:r>
          </w:p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・代理人は自分の本人確認書類を持参する（北区・中央区の例）</w:t>
            </w:r>
          </w:p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・委任事項・受任者の欄は空けたまま渡さない。提出先に所定の様式があるときは、そちらを使う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ascii="Yu Gothic" w:hAnsi="Yu Gothic" w:eastAsia="Yu Gothic" w:cs="Yu Gothic"/>
      <w:b/>
      <w:bCs/>
      <w:i w:val="0"/>
      <w:color w:val="1B3A5C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/>
      <w:outlineLvl w:val="1"/>
    </w:pPr>
    <w:rPr>
      <w:rFonts w:ascii="Yu Gothic" w:hAnsi="Yu Gothic" w:eastAsia="Yu Gothic" w:cs="Yu Gothic"/>
      <w:b/>
      <w:bCs/>
      <w:i w:val="0"/>
      <w:color w:val="1B3A5C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委任状（汎用・A4 1枚）</dc:title>
  <dc:subject>委任状テンプレート</dc:subject>
  <dc:creator>template-free.jp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ja-JP</dc:language>
</cp:coreProperties>
</file>