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884"/>
      </w:tblGrid>
      <w:tr>
        <w:trPr>
          <w:trHeight w:val="10541" w:hRule="exact"/>
        </w:trPr>
        <w:tc>
          <w:tcPr>
            <w:tcW w:type="dxa" w:w="16884"/>
            <w:textDirection w:val="tbRl"/>
          </w:tcPr>
          <w:p>
            <w:pPr>
              <w:spacing w:before="252" w:after="808" w:line="2448" w:lineRule="exact"/>
              <w:ind w:left="3475"/>
            </w:pPr>
            <w:r>
              <w:rPr>
                <w:rFonts w:ascii="Yu Mincho" w:hAnsi="Yu Mincho" w:eastAsia="Yu Mincho"/>
                <w:b/>
                <w:spacing w:val="343"/>
                <w:sz w:val="132"/>
              </w:rPr>
              <w:t>表彰状</w:t>
            </w:r>
          </w:p>
          <w:p>
            <w:pPr>
              <w:spacing w:before="0" w:after="505" w:line="1578" w:lineRule="exact"/>
              <w:ind w:left="2779"/>
            </w:pPr>
            <w:r>
              <w:rPr>
                <w:rFonts w:ascii="Yu Mincho" w:hAnsi="Yu Mincho" w:eastAsia="Yu Mincho"/>
                <w:b w:val="0"/>
                <w:sz w:val="68"/>
              </w:rPr>
              <w:t>〇〇部　〇〇　〇〇　殿</w:t>
            </w:r>
          </w:p>
          <w:p>
            <w:pPr>
              <w:spacing w:before="0" w:after="505" w:line="1132" w:lineRule="exact"/>
            </w:pPr>
            <w:r>
              <w:rPr>
                <w:rFonts w:ascii="Yu Mincho" w:hAnsi="Yu Mincho" w:eastAsia="Yu Mincho"/>
                <w:b w:val="0"/>
                <w:sz w:val="53"/>
              </w:rPr>
              <w:t>あなたは〇〇において</w:t>
            </w:r>
          </w:p>
          <w:p>
            <w:pPr>
              <w:spacing w:before="0" w:after="505" w:line="1132" w:lineRule="exact"/>
            </w:pPr>
            <w:r>
              <w:rPr>
                <w:rFonts w:ascii="Yu Mincho" w:hAnsi="Yu Mincho" w:eastAsia="Yu Mincho"/>
                <w:b w:val="0"/>
                <w:sz w:val="53"/>
              </w:rPr>
              <w:t>〇〇の功績をあげ</w:t>
            </w:r>
          </w:p>
          <w:p>
            <w:pPr>
              <w:spacing w:before="0" w:after="808" w:line="1132" w:lineRule="exact"/>
            </w:pPr>
            <w:r>
              <w:rPr>
                <w:rFonts w:ascii="Yu Mincho" w:hAnsi="Yu Mincho" w:eastAsia="Yu Mincho"/>
                <w:b w:val="0"/>
                <w:sz w:val="53"/>
              </w:rPr>
              <w:t>〇〇に貢献されました</w:t>
            </w:r>
          </w:p>
          <w:p>
            <w:pPr>
              <w:spacing w:before="0" w:after="606" w:line="1132" w:lineRule="exact"/>
            </w:pPr>
            <w:r>
              <w:rPr>
                <w:rFonts w:ascii="Yu Mincho" w:hAnsi="Yu Mincho" w:eastAsia="Yu Mincho"/>
                <w:b w:val="0"/>
                <w:sz w:val="53"/>
              </w:rPr>
              <w:t>よってここに表彰します</w:t>
            </w:r>
          </w:p>
          <w:p>
            <w:pPr>
              <w:spacing w:before="0" w:after="353" w:line="916" w:lineRule="exact"/>
              <w:ind w:left="2084"/>
            </w:pPr>
            <w:r>
              <w:rPr>
                <w:rFonts w:ascii="Yu Mincho" w:hAnsi="Yu Mincho" w:eastAsia="Yu Mincho"/>
                <w:b w:val="0"/>
                <w:sz w:val="41"/>
              </w:rPr>
              <w:t>令和〇年〇月〇日</w:t>
            </w:r>
          </w:p>
          <w:p>
            <w:pPr>
              <w:spacing w:before="0" w:after="353" w:line="916" w:lineRule="exact"/>
              <w:ind w:left="4169"/>
            </w:pPr>
            <w:r>
              <w:rPr>
                <w:rFonts w:ascii="Yu Mincho" w:hAnsi="Yu Mincho" w:eastAsia="Yu Mincho"/>
                <w:b w:val="0"/>
                <w:sz w:val="41"/>
              </w:rPr>
              <w:t>株式会社〇〇</w:t>
            </w:r>
          </w:p>
          <w:p>
            <w:pPr>
              <w:spacing w:before="0" w:after="0" w:line="1078" w:lineRule="exact"/>
              <w:ind w:left="3822"/>
            </w:pPr>
            <w:r>
              <w:rPr>
                <w:rFonts w:ascii="Yu Mincho" w:hAnsi="Yu Mincho" w:eastAsia="Yu Mincho"/>
                <w:b w:val="0"/>
                <w:sz w:val="53"/>
              </w:rPr>
              <w:t>代表取締役　〇〇　〇〇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884"/>
      </w:tblGrid>
      <w:tr>
        <w:trPr>
          <w:trHeight w:val="10541" w:hRule="exact"/>
        </w:trPr>
        <w:tc>
          <w:tcPr>
            <w:tcW w:type="dxa" w:w="16884"/>
            <w:textDirection w:val="tbRl"/>
          </w:tcPr>
          <w:p>
            <w:pPr>
              <w:spacing w:before="240" w:after="766" w:line="2448" w:lineRule="exact"/>
              <w:ind w:left="4309"/>
            </w:pPr>
            <w:r>
              <w:rPr>
                <w:rFonts w:ascii="Yu Mincho" w:hAnsi="Yu Mincho" w:eastAsia="Yu Mincho"/>
                <w:b/>
                <w:spacing w:val="343"/>
                <w:sz w:val="132"/>
              </w:rPr>
              <w:t>賞状</w:t>
            </w:r>
          </w:p>
          <w:p>
            <w:pPr>
              <w:spacing w:before="0" w:after="766" w:line="1098" w:lineRule="exact"/>
              <w:ind w:left="4799"/>
            </w:pPr>
            <w:r>
              <w:rPr>
                <w:rFonts w:ascii="Yu Mincho" w:hAnsi="Yu Mincho" w:eastAsia="Yu Mincho"/>
                <w:b/>
                <w:spacing w:val="98"/>
                <w:sz w:val="68"/>
              </w:rPr>
              <w:t>〇〇賞</w:t>
            </w:r>
          </w:p>
          <w:p>
            <w:pPr>
              <w:spacing w:before="0" w:after="479" w:line="1578" w:lineRule="exact"/>
              <w:ind w:left="2779"/>
            </w:pPr>
            <w:r>
              <w:rPr>
                <w:rFonts w:ascii="Yu Mincho" w:hAnsi="Yu Mincho" w:eastAsia="Yu Mincho"/>
                <w:b w:val="0"/>
                <w:sz w:val="68"/>
              </w:rPr>
              <w:t>〇〇　〇〇　殿</w:t>
            </w:r>
          </w:p>
          <w:p>
            <w:pPr>
              <w:spacing w:before="0" w:after="479" w:line="1132" w:lineRule="exact"/>
            </w:pPr>
            <w:r>
              <w:rPr>
                <w:rFonts w:ascii="Yu Mincho" w:hAnsi="Yu Mincho" w:eastAsia="Yu Mincho"/>
                <w:b w:val="0"/>
                <w:sz w:val="53"/>
              </w:rPr>
              <w:t>あなたは〇〇において</w:t>
            </w:r>
          </w:p>
          <w:p>
            <w:pPr>
              <w:spacing w:before="0" w:after="766" w:line="1132" w:lineRule="exact"/>
            </w:pPr>
            <w:r>
              <w:rPr>
                <w:rFonts w:ascii="Yu Mincho" w:hAnsi="Yu Mincho" w:eastAsia="Yu Mincho"/>
                <w:b w:val="0"/>
                <w:sz w:val="53"/>
              </w:rPr>
              <w:t>優秀な成績を収められましたので</w:t>
            </w:r>
          </w:p>
          <w:p>
            <w:pPr>
              <w:spacing w:before="0" w:after="575" w:line="1132" w:lineRule="exact"/>
            </w:pPr>
            <w:r>
              <w:rPr>
                <w:rFonts w:ascii="Yu Mincho" w:hAnsi="Yu Mincho" w:eastAsia="Yu Mincho"/>
                <w:b w:val="0"/>
                <w:sz w:val="53"/>
              </w:rPr>
              <w:t>ここにこれを賞します</w:t>
            </w:r>
          </w:p>
          <w:p>
            <w:pPr>
              <w:spacing w:before="0" w:after="335" w:line="916" w:lineRule="exact"/>
              <w:ind w:left="2084"/>
            </w:pPr>
            <w:r>
              <w:rPr>
                <w:rFonts w:ascii="Yu Mincho" w:hAnsi="Yu Mincho" w:eastAsia="Yu Mincho"/>
                <w:b w:val="0"/>
                <w:sz w:val="41"/>
              </w:rPr>
              <w:t>令和〇年〇月〇日</w:t>
            </w:r>
          </w:p>
          <w:p>
            <w:pPr>
              <w:spacing w:before="0" w:after="335" w:line="916" w:lineRule="exact"/>
              <w:ind w:left="4169"/>
            </w:pPr>
            <w:r>
              <w:rPr>
                <w:rFonts w:ascii="Yu Mincho" w:hAnsi="Yu Mincho" w:eastAsia="Yu Mincho"/>
                <w:b w:val="0"/>
                <w:sz w:val="41"/>
              </w:rPr>
              <w:t>〇〇協会</w:t>
            </w:r>
          </w:p>
          <w:p>
            <w:pPr>
              <w:spacing w:before="0" w:after="0" w:line="1078" w:lineRule="exact"/>
              <w:ind w:left="3822"/>
            </w:pPr>
            <w:r>
              <w:rPr>
                <w:rFonts w:ascii="Yu Mincho" w:hAnsi="Yu Mincho" w:eastAsia="Yu Mincho"/>
                <w:b w:val="0"/>
                <w:sz w:val="53"/>
              </w:rPr>
              <w:t>会長　〇〇　〇〇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884"/>
      </w:tblGrid>
      <w:tr>
        <w:trPr>
          <w:trHeight w:val="10541" w:hRule="exact"/>
        </w:trPr>
        <w:tc>
          <w:tcPr>
            <w:tcW w:type="dxa" w:w="16884"/>
            <w:textDirection w:val="tbRl"/>
          </w:tcPr>
          <w:p>
            <w:pPr>
              <w:spacing w:before="345" w:after="1105" w:line="2448" w:lineRule="exact"/>
              <w:ind w:left="3475"/>
            </w:pPr>
            <w:r>
              <w:rPr>
                <w:rFonts w:ascii="Yu Mincho" w:hAnsi="Yu Mincho" w:eastAsia="Yu Mincho"/>
                <w:b/>
                <w:spacing w:val="343"/>
                <w:sz w:val="132"/>
              </w:rPr>
              <w:t>感謝状</w:t>
            </w:r>
          </w:p>
          <w:p>
            <w:pPr>
              <w:spacing w:before="0" w:after="691" w:line="1578" w:lineRule="exact"/>
              <w:ind w:left="2779"/>
            </w:pPr>
            <w:r>
              <w:rPr>
                <w:rFonts w:ascii="Yu Mincho" w:hAnsi="Yu Mincho" w:eastAsia="Yu Mincho"/>
                <w:b w:val="0"/>
                <w:sz w:val="68"/>
              </w:rPr>
              <w:t>〇〇　〇〇　様</w:t>
            </w:r>
          </w:p>
          <w:p>
            <w:pPr>
              <w:spacing w:before="0" w:after="691" w:line="1132" w:lineRule="exact"/>
            </w:pPr>
            <w:r>
              <w:rPr>
                <w:rFonts w:ascii="Yu Mincho" w:hAnsi="Yu Mincho" w:eastAsia="Yu Mincho"/>
                <w:b w:val="0"/>
                <w:sz w:val="53"/>
              </w:rPr>
              <w:t>あなたは〇〇として</w:t>
            </w:r>
          </w:p>
          <w:p>
            <w:pPr>
              <w:spacing w:before="0" w:after="1105" w:line="1132" w:lineRule="exact"/>
            </w:pPr>
            <w:r>
              <w:rPr>
                <w:rFonts w:ascii="Yu Mincho" w:hAnsi="Yu Mincho" w:eastAsia="Yu Mincho"/>
                <w:b w:val="0"/>
                <w:sz w:val="53"/>
              </w:rPr>
              <w:t>〇〇に尽力されました</w:t>
            </w:r>
          </w:p>
          <w:p>
            <w:pPr>
              <w:spacing w:before="0" w:after="829" w:line="1132" w:lineRule="exact"/>
            </w:pPr>
            <w:r>
              <w:rPr>
                <w:rFonts w:ascii="Yu Mincho" w:hAnsi="Yu Mincho" w:eastAsia="Yu Mincho"/>
                <w:b w:val="0"/>
                <w:sz w:val="53"/>
              </w:rPr>
              <w:t>ここに深く感謝の意を表します</w:t>
            </w:r>
          </w:p>
          <w:p>
            <w:pPr>
              <w:spacing w:before="0" w:after="484" w:line="916" w:lineRule="exact"/>
              <w:ind w:left="2084"/>
            </w:pPr>
            <w:r>
              <w:rPr>
                <w:rFonts w:ascii="Yu Mincho" w:hAnsi="Yu Mincho" w:eastAsia="Yu Mincho"/>
                <w:b w:val="0"/>
                <w:sz w:val="41"/>
              </w:rPr>
              <w:t>令和〇年〇月〇日</w:t>
            </w:r>
          </w:p>
          <w:p>
            <w:pPr>
              <w:spacing w:before="0" w:after="484" w:line="916" w:lineRule="exact"/>
              <w:ind w:left="4169"/>
            </w:pPr>
            <w:r>
              <w:rPr>
                <w:rFonts w:ascii="Yu Mincho" w:hAnsi="Yu Mincho" w:eastAsia="Yu Mincho"/>
                <w:b w:val="0"/>
                <w:sz w:val="41"/>
              </w:rPr>
              <w:t>株式会社〇〇</w:t>
            </w:r>
          </w:p>
          <w:p>
            <w:pPr>
              <w:spacing w:before="0" w:after="0" w:line="1078" w:lineRule="exact"/>
              <w:ind w:left="3822"/>
            </w:pPr>
            <w:r>
              <w:rPr>
                <w:rFonts w:ascii="Yu Mincho" w:hAnsi="Yu Mincho" w:eastAsia="Yu Mincho"/>
                <w:b w:val="0"/>
                <w:sz w:val="53"/>
              </w:rPr>
              <w:t>代表取締役　〇〇　〇〇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20636" w:h="14570" w:orient="landscape"/>
      <w:pgMar w:top="1876" w:right="1876" w:bottom="1876" w:left="1876" w:header="17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Mincho" w:hAnsi="Yu Mincho" w:eastAsia="Yu Mincho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