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206" w:after="658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表彰状</w:t>
            </w:r>
          </w:p>
          <w:p>
            <w:pPr>
              <w:spacing w:before="0" w:after="412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〇〇部　〇〇　〇〇　殿</w:t>
            </w:r>
          </w:p>
          <w:p>
            <w:pPr>
              <w:spacing w:before="0" w:after="412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あなたは〇〇において</w:t>
            </w:r>
          </w:p>
          <w:p>
            <w:pPr>
              <w:spacing w:before="0" w:after="412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〇〇の功績をあげ</w:t>
            </w:r>
          </w:p>
          <w:p>
            <w:pPr>
              <w:spacing w:before="0" w:after="65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〇〇に貢献されました</w:t>
            </w:r>
          </w:p>
          <w:p>
            <w:pPr>
              <w:spacing w:before="0" w:after="494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よってここに表彰します</w:t>
            </w:r>
          </w:p>
          <w:p>
            <w:pPr>
              <w:spacing w:before="0" w:after="288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令和〇年〇月〇日</w:t>
            </w:r>
          </w:p>
          <w:p>
            <w:pPr>
              <w:spacing w:before="0" w:after="288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株式会社〇〇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95" w:after="625" w:line="1998" w:lineRule="exact"/>
              <w:ind w:left="351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賞状</w:t>
            </w:r>
          </w:p>
          <w:p>
            <w:pPr>
              <w:spacing w:before="0" w:after="625" w:line="896" w:lineRule="exact"/>
              <w:ind w:left="3916"/>
            </w:pPr>
            <w:r>
              <w:rPr>
                <w:rFonts w:ascii="Yu Mincho" w:hAnsi="Yu Mincho" w:eastAsia="Yu Mincho"/>
                <w:b/>
                <w:spacing w:val="80"/>
                <w:sz w:val="56"/>
              </w:rPr>
              <w:t>〇〇賞</w:t>
            </w:r>
          </w:p>
          <w:p>
            <w:pPr>
              <w:spacing w:before="0" w:after="390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〇〇　〇〇　殿</w:t>
            </w:r>
          </w:p>
          <w:p>
            <w:pPr>
              <w:spacing w:before="0" w:after="39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あなたは〇〇において</w:t>
            </w:r>
          </w:p>
          <w:p>
            <w:pPr>
              <w:spacing w:before="0" w:after="62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優秀な成績を収められましたので</w:t>
            </w:r>
          </w:p>
          <w:p>
            <w:pPr>
              <w:spacing w:before="0" w:after="46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ここにこれを賞します</w:t>
            </w:r>
          </w:p>
          <w:p>
            <w:pPr>
              <w:spacing w:before="0" w:after="273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令和〇年〇月〇日</w:t>
            </w:r>
          </w:p>
          <w:p>
            <w:pPr>
              <w:spacing w:before="0" w:after="273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〇〇協会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会長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282" w:after="901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感謝状</w:t>
            </w:r>
          </w:p>
          <w:p>
            <w:pPr>
              <w:spacing w:before="0" w:after="563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〇〇　〇〇　様</w:t>
            </w:r>
          </w:p>
          <w:p>
            <w:pPr>
              <w:spacing w:before="0" w:after="563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あなたは〇〇として</w:t>
            </w:r>
          </w:p>
          <w:p>
            <w:pPr>
              <w:spacing w:before="0" w:after="90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〇〇に尽力されました</w:t>
            </w:r>
          </w:p>
          <w:p>
            <w:pPr>
              <w:spacing w:before="0" w:after="67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ここに深く感謝の意を表します</w:t>
            </w:r>
          </w:p>
          <w:p>
            <w:pPr>
              <w:spacing w:before="0" w:after="394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令和〇年〇月〇日</w:t>
            </w:r>
          </w:p>
          <w:p>
            <w:pPr>
              <w:spacing w:before="0" w:after="394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株式会社〇〇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1531" w:right="1531" w:bottom="1531" w:left="1531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