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82"/>
      </w:tblGrid>
      <w:tr>
        <w:trPr>
          <w:trHeight w:val="12189" w:hRule="exact"/>
        </w:trPr>
        <w:tc>
          <w:tcPr>
            <w:tcW w:type="dxa" w:w="19482"/>
            <w:textDirection w:val="tbRl"/>
          </w:tcPr>
          <w:p>
            <w:pPr>
              <w:spacing w:before="291" w:after="931" w:line="2826" w:lineRule="exact"/>
              <w:ind w:left="4010"/>
            </w:pPr>
            <w:r>
              <w:rPr>
                <w:rFonts w:ascii="Yu Mincho" w:hAnsi="Yu Mincho" w:eastAsia="Yu Mincho"/>
                <w:b/>
                <w:spacing w:val="396"/>
                <w:sz w:val="152"/>
              </w:rPr>
              <w:t>表彰状</w:t>
            </w:r>
          </w:p>
          <w:p>
            <w:pPr>
              <w:spacing w:before="0" w:after="582" w:line="1822" w:lineRule="exact"/>
              <w:ind w:left="3207"/>
            </w:pPr>
            <w:r>
              <w:rPr>
                <w:rFonts w:ascii="Yu Mincho" w:hAnsi="Yu Mincho" w:eastAsia="Yu Mincho"/>
                <w:b w:val="0"/>
                <w:sz w:val="79"/>
              </w:rPr>
              <w:t>〇〇部　〇〇　〇〇　殿</w:t>
            </w:r>
          </w:p>
          <w:p>
            <w:pPr>
              <w:spacing w:before="0" w:after="582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あなたは〇〇において</w:t>
            </w:r>
          </w:p>
          <w:p>
            <w:pPr>
              <w:spacing w:before="0" w:after="582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〇〇の功績をあげ</w:t>
            </w:r>
          </w:p>
          <w:p>
            <w:pPr>
              <w:spacing w:before="0" w:after="931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〇〇に貢献されました</w:t>
            </w:r>
          </w:p>
          <w:p>
            <w:pPr>
              <w:spacing w:before="0" w:after="699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よってここに表彰します</w:t>
            </w:r>
          </w:p>
          <w:p>
            <w:pPr>
              <w:spacing w:before="0" w:after="407" w:line="1058" w:lineRule="exact"/>
              <w:ind w:left="2405"/>
            </w:pPr>
            <w:r>
              <w:rPr>
                <w:rFonts w:ascii="Yu Mincho" w:hAnsi="Yu Mincho" w:eastAsia="Yu Mincho"/>
                <w:b w:val="0"/>
                <w:sz w:val="48"/>
              </w:rPr>
              <w:t>令和〇年〇月〇日</w:t>
            </w:r>
          </w:p>
          <w:p>
            <w:pPr>
              <w:spacing w:before="0" w:after="407" w:line="1058" w:lineRule="exact"/>
              <w:ind w:left="4810"/>
            </w:pPr>
            <w:r>
              <w:rPr>
                <w:rFonts w:ascii="Yu Mincho" w:hAnsi="Yu Mincho" w:eastAsia="Yu Mincho"/>
                <w:b w:val="0"/>
                <w:sz w:val="48"/>
              </w:rPr>
              <w:t>株式会社〇〇</w:t>
            </w:r>
          </w:p>
          <w:p>
            <w:pPr>
              <w:spacing w:before="0" w:after="0" w:line="1244" w:lineRule="exact"/>
              <w:ind w:left="4409"/>
            </w:pPr>
            <w:r>
              <w:rPr>
                <w:rFonts w:ascii="Yu Mincho" w:hAnsi="Yu Mincho" w:eastAsia="Yu Mincho"/>
                <w:b w:val="0"/>
                <w:sz w:val="62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82"/>
      </w:tblGrid>
      <w:tr>
        <w:trPr>
          <w:trHeight w:val="12189" w:hRule="exact"/>
        </w:trPr>
        <w:tc>
          <w:tcPr>
            <w:tcW w:type="dxa" w:w="19482"/>
            <w:textDirection w:val="tbRl"/>
          </w:tcPr>
          <w:p>
            <w:pPr>
              <w:spacing w:before="276" w:after="883" w:line="2826" w:lineRule="exact"/>
              <w:ind w:left="4972"/>
            </w:pPr>
            <w:r>
              <w:rPr>
                <w:rFonts w:ascii="Yu Mincho" w:hAnsi="Yu Mincho" w:eastAsia="Yu Mincho"/>
                <w:b/>
                <w:spacing w:val="396"/>
                <w:sz w:val="152"/>
              </w:rPr>
              <w:t>賞状</w:t>
            </w:r>
          </w:p>
          <w:p>
            <w:pPr>
              <w:spacing w:before="0" w:after="883" w:line="1268" w:lineRule="exact"/>
              <w:ind w:left="5537"/>
            </w:pPr>
            <w:r>
              <w:rPr>
                <w:rFonts w:ascii="Yu Mincho" w:hAnsi="Yu Mincho" w:eastAsia="Yu Mincho"/>
                <w:b/>
                <w:spacing w:val="113"/>
                <w:sz w:val="79"/>
              </w:rPr>
              <w:t>〇〇賞</w:t>
            </w:r>
          </w:p>
          <w:p>
            <w:pPr>
              <w:spacing w:before="0" w:after="552" w:line="1822" w:lineRule="exact"/>
              <w:ind w:left="3207"/>
            </w:pPr>
            <w:r>
              <w:rPr>
                <w:rFonts w:ascii="Yu Mincho" w:hAnsi="Yu Mincho" w:eastAsia="Yu Mincho"/>
                <w:b w:val="0"/>
                <w:sz w:val="79"/>
              </w:rPr>
              <w:t>〇〇　〇〇　殿</w:t>
            </w:r>
          </w:p>
          <w:p>
            <w:pPr>
              <w:spacing w:before="0" w:after="552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あなたは〇〇において</w:t>
            </w:r>
          </w:p>
          <w:p>
            <w:pPr>
              <w:spacing w:before="0" w:after="883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優秀な成績を収められましたので</w:t>
            </w:r>
          </w:p>
          <w:p>
            <w:pPr>
              <w:spacing w:before="0" w:after="663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ここにこれを賞します</w:t>
            </w:r>
          </w:p>
          <w:p>
            <w:pPr>
              <w:spacing w:before="0" w:after="387" w:line="1058" w:lineRule="exact"/>
              <w:ind w:left="2405"/>
            </w:pPr>
            <w:r>
              <w:rPr>
                <w:rFonts w:ascii="Yu Mincho" w:hAnsi="Yu Mincho" w:eastAsia="Yu Mincho"/>
                <w:b w:val="0"/>
                <w:sz w:val="48"/>
              </w:rPr>
              <w:t>令和〇年〇月〇日</w:t>
            </w:r>
          </w:p>
          <w:p>
            <w:pPr>
              <w:spacing w:before="0" w:after="387" w:line="1058" w:lineRule="exact"/>
              <w:ind w:left="4810"/>
            </w:pPr>
            <w:r>
              <w:rPr>
                <w:rFonts w:ascii="Yu Mincho" w:hAnsi="Yu Mincho" w:eastAsia="Yu Mincho"/>
                <w:b w:val="0"/>
                <w:sz w:val="48"/>
              </w:rPr>
              <w:t>〇〇協会</w:t>
            </w:r>
          </w:p>
          <w:p>
            <w:pPr>
              <w:spacing w:before="0" w:after="0" w:line="1244" w:lineRule="exact"/>
              <w:ind w:left="4409"/>
            </w:pPr>
            <w:r>
              <w:rPr>
                <w:rFonts w:ascii="Yu Mincho" w:hAnsi="Yu Mincho" w:eastAsia="Yu Mincho"/>
                <w:b w:val="0"/>
                <w:sz w:val="62"/>
              </w:rPr>
              <w:t>会長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82"/>
      </w:tblGrid>
      <w:tr>
        <w:trPr>
          <w:trHeight w:val="12189" w:hRule="exact"/>
        </w:trPr>
        <w:tc>
          <w:tcPr>
            <w:tcW w:type="dxa" w:w="19482"/>
            <w:textDirection w:val="tbRl"/>
          </w:tcPr>
          <w:p>
            <w:pPr>
              <w:spacing w:before="398" w:after="1275" w:line="2826" w:lineRule="exact"/>
              <w:ind w:left="4010"/>
            </w:pPr>
            <w:r>
              <w:rPr>
                <w:rFonts w:ascii="Yu Mincho" w:hAnsi="Yu Mincho" w:eastAsia="Yu Mincho"/>
                <w:b/>
                <w:spacing w:val="396"/>
                <w:sz w:val="152"/>
              </w:rPr>
              <w:t>感謝状</w:t>
            </w:r>
          </w:p>
          <w:p>
            <w:pPr>
              <w:spacing w:before="0" w:after="797" w:line="1822" w:lineRule="exact"/>
              <w:ind w:left="3207"/>
            </w:pPr>
            <w:r>
              <w:rPr>
                <w:rFonts w:ascii="Yu Mincho" w:hAnsi="Yu Mincho" w:eastAsia="Yu Mincho"/>
                <w:b w:val="0"/>
                <w:sz w:val="79"/>
              </w:rPr>
              <w:t>〇〇　〇〇　様</w:t>
            </w:r>
          </w:p>
          <w:p>
            <w:pPr>
              <w:spacing w:before="0" w:after="797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あなたは〇〇として</w:t>
            </w:r>
          </w:p>
          <w:p>
            <w:pPr>
              <w:spacing w:before="0" w:after="1275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〇〇に尽力されました</w:t>
            </w:r>
          </w:p>
          <w:p>
            <w:pPr>
              <w:spacing w:before="0" w:after="956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ここに深く感謝の意を表します</w:t>
            </w:r>
          </w:p>
          <w:p>
            <w:pPr>
              <w:spacing w:before="0" w:after="558" w:line="1058" w:lineRule="exact"/>
              <w:ind w:left="2405"/>
            </w:pPr>
            <w:r>
              <w:rPr>
                <w:rFonts w:ascii="Yu Mincho" w:hAnsi="Yu Mincho" w:eastAsia="Yu Mincho"/>
                <w:b w:val="0"/>
                <w:sz w:val="48"/>
              </w:rPr>
              <w:t>令和〇年〇月〇日</w:t>
            </w:r>
          </w:p>
          <w:p>
            <w:pPr>
              <w:spacing w:before="0" w:after="558" w:line="1058" w:lineRule="exact"/>
              <w:ind w:left="4810"/>
            </w:pPr>
            <w:r>
              <w:rPr>
                <w:rFonts w:ascii="Yu Mincho" w:hAnsi="Yu Mincho" w:eastAsia="Yu Mincho"/>
                <w:b w:val="0"/>
                <w:sz w:val="48"/>
              </w:rPr>
              <w:t>株式会社〇〇</w:t>
            </w:r>
          </w:p>
          <w:p>
            <w:pPr>
              <w:spacing w:before="0" w:after="0" w:line="1244" w:lineRule="exact"/>
              <w:ind w:left="4409"/>
            </w:pPr>
            <w:r>
              <w:rPr>
                <w:rFonts w:ascii="Yu Mincho" w:hAnsi="Yu Mincho" w:eastAsia="Yu Mincho"/>
                <w:b w:val="0"/>
                <w:sz w:val="62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23811" w:h="16838" w:orient="landscape"/>
      <w:pgMar w:top="2165" w:right="2165" w:bottom="2165" w:left="2165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