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3776"/>
      </w:tblGrid>
      <w:tr>
        <w:trPr>
          <w:trHeight w:val="8618" w:hRule="exact"/>
        </w:trPr>
        <w:tc>
          <w:tcPr>
            <w:tcW w:type="dxa" w:w="13776"/>
            <w:textDirection w:val="tbRl"/>
          </w:tcPr>
          <w:p>
            <w:pPr>
              <w:spacing w:before="206" w:after="658" w:line="1998" w:lineRule="exact"/>
              <w:ind w:left="2836"/>
            </w:pPr>
            <w:r>
              <w:rPr>
                <w:rFonts w:ascii="Yu Mincho" w:hAnsi="Yu Mincho" w:eastAsia="Yu Mincho"/>
                <w:b/>
                <w:spacing w:val="280"/>
                <w:sz w:val="108"/>
              </w:rPr>
              <w:t>表彰状</w:t>
            </w:r>
          </w:p>
          <w:p>
            <w:pPr>
              <w:spacing w:before="0" w:after="412" w:line="1288" w:lineRule="exact"/>
              <w:ind w:left="2268"/>
            </w:pPr>
            <w:r>
              <w:rPr>
                <w:rFonts w:ascii="Yu Mincho" w:hAnsi="Yu Mincho" w:eastAsia="Yu Mincho"/>
                <w:b w:val="0"/>
                <w:sz w:val="56"/>
              </w:rPr>
              <w:t>〇〇部　〇〇　〇〇　殿</w:t>
            </w:r>
          </w:p>
          <w:p>
            <w:pPr>
              <w:spacing w:before="0" w:after="412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あなたは〇〇において</w:t>
            </w:r>
          </w:p>
          <w:p>
            <w:pPr>
              <w:spacing w:before="0" w:after="412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〇〇の功績をあげ</w:t>
            </w:r>
          </w:p>
          <w:p>
            <w:pPr>
              <w:spacing w:before="0" w:after="658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〇〇に貢献されました</w:t>
            </w:r>
          </w:p>
          <w:p>
            <w:pPr>
              <w:spacing w:before="0" w:after="494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よってここに表彰します</w:t>
            </w:r>
          </w:p>
          <w:p>
            <w:pPr>
              <w:spacing w:before="0" w:after="288" w:line="748" w:lineRule="exact"/>
              <w:ind w:left="1701"/>
            </w:pPr>
            <w:r>
              <w:rPr>
                <w:rFonts w:ascii="Yu Mincho" w:hAnsi="Yu Mincho" w:eastAsia="Yu Mincho"/>
                <w:b w:val="0"/>
                <w:sz w:val="34"/>
              </w:rPr>
              <w:t>令和〇年〇月〇日</w:t>
            </w:r>
          </w:p>
          <w:p>
            <w:pPr>
              <w:spacing w:before="0" w:after="288" w:line="748" w:lineRule="exact"/>
              <w:ind w:left="3402"/>
            </w:pPr>
            <w:r>
              <w:rPr>
                <w:rFonts w:ascii="Yu Mincho" w:hAnsi="Yu Mincho" w:eastAsia="Yu Mincho"/>
                <w:b w:val="0"/>
                <w:sz w:val="34"/>
              </w:rPr>
              <w:t>株式会社〇〇</w:t>
            </w:r>
          </w:p>
          <w:p>
            <w:pPr>
              <w:spacing w:before="0" w:after="0" w:line="880" w:lineRule="exact"/>
              <w:ind w:left="3118"/>
            </w:pPr>
            <w:r>
              <w:rPr>
                <w:rFonts w:ascii="Yu Mincho" w:hAnsi="Yu Mincho" w:eastAsia="Yu Mincho"/>
                <w:b w:val="0"/>
                <w:sz w:val="44"/>
              </w:rPr>
              <w:t>代表取締役　〇〇　〇〇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3776"/>
      </w:tblGrid>
      <w:tr>
        <w:trPr>
          <w:trHeight w:val="8618" w:hRule="exact"/>
        </w:trPr>
        <w:tc>
          <w:tcPr>
            <w:tcW w:type="dxa" w:w="13776"/>
            <w:textDirection w:val="tbRl"/>
          </w:tcPr>
          <w:p>
            <w:pPr>
              <w:spacing w:before="195" w:after="625" w:line="1998" w:lineRule="exact"/>
              <w:ind w:left="3516"/>
            </w:pPr>
            <w:r>
              <w:rPr>
                <w:rFonts w:ascii="Yu Mincho" w:hAnsi="Yu Mincho" w:eastAsia="Yu Mincho"/>
                <w:b/>
                <w:spacing w:val="280"/>
                <w:sz w:val="108"/>
              </w:rPr>
              <w:t>賞状</w:t>
            </w:r>
          </w:p>
          <w:p>
            <w:pPr>
              <w:spacing w:before="0" w:after="625" w:line="896" w:lineRule="exact"/>
              <w:ind w:left="3916"/>
            </w:pPr>
            <w:r>
              <w:rPr>
                <w:rFonts w:ascii="Yu Mincho" w:hAnsi="Yu Mincho" w:eastAsia="Yu Mincho"/>
                <w:b/>
                <w:spacing w:val="80"/>
                <w:sz w:val="56"/>
              </w:rPr>
              <w:t>〇〇賞</w:t>
            </w:r>
          </w:p>
          <w:p>
            <w:pPr>
              <w:spacing w:before="0" w:after="390" w:line="1288" w:lineRule="exact"/>
              <w:ind w:left="2268"/>
            </w:pPr>
            <w:r>
              <w:rPr>
                <w:rFonts w:ascii="Yu Mincho" w:hAnsi="Yu Mincho" w:eastAsia="Yu Mincho"/>
                <w:b w:val="0"/>
                <w:sz w:val="56"/>
              </w:rPr>
              <w:t>〇〇　〇〇　殿</w:t>
            </w:r>
          </w:p>
          <w:p>
            <w:pPr>
              <w:spacing w:before="0" w:after="390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あなたは〇〇において</w:t>
            </w:r>
          </w:p>
          <w:p>
            <w:pPr>
              <w:spacing w:before="0" w:after="625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優秀な成績を収められましたので</w:t>
            </w:r>
          </w:p>
          <w:p>
            <w:pPr>
              <w:spacing w:before="0" w:after="469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ここにこれを賞します</w:t>
            </w:r>
          </w:p>
          <w:p>
            <w:pPr>
              <w:spacing w:before="0" w:after="273" w:line="748" w:lineRule="exact"/>
              <w:ind w:left="1701"/>
            </w:pPr>
            <w:r>
              <w:rPr>
                <w:rFonts w:ascii="Yu Mincho" w:hAnsi="Yu Mincho" w:eastAsia="Yu Mincho"/>
                <w:b w:val="0"/>
                <w:sz w:val="34"/>
              </w:rPr>
              <w:t>令和〇年〇月〇日</w:t>
            </w:r>
          </w:p>
          <w:p>
            <w:pPr>
              <w:spacing w:before="0" w:after="273" w:line="748" w:lineRule="exact"/>
              <w:ind w:left="3402"/>
            </w:pPr>
            <w:r>
              <w:rPr>
                <w:rFonts w:ascii="Yu Mincho" w:hAnsi="Yu Mincho" w:eastAsia="Yu Mincho"/>
                <w:b w:val="0"/>
                <w:sz w:val="34"/>
              </w:rPr>
              <w:t>〇〇協会</w:t>
            </w:r>
          </w:p>
          <w:p>
            <w:pPr>
              <w:spacing w:before="0" w:after="0" w:line="880" w:lineRule="exact"/>
              <w:ind w:left="3118"/>
            </w:pPr>
            <w:r>
              <w:rPr>
                <w:rFonts w:ascii="Yu Mincho" w:hAnsi="Yu Mincho" w:eastAsia="Yu Mincho"/>
                <w:b w:val="0"/>
                <w:sz w:val="44"/>
              </w:rPr>
              <w:t>会長　〇〇　〇〇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3776"/>
      </w:tblGrid>
      <w:tr>
        <w:trPr>
          <w:trHeight w:val="8618" w:hRule="exact"/>
        </w:trPr>
        <w:tc>
          <w:tcPr>
            <w:tcW w:type="dxa" w:w="13776"/>
            <w:textDirection w:val="tbRl"/>
          </w:tcPr>
          <w:p>
            <w:pPr>
              <w:spacing w:before="282" w:after="901" w:line="1998" w:lineRule="exact"/>
              <w:ind w:left="2836"/>
            </w:pPr>
            <w:r>
              <w:rPr>
                <w:rFonts w:ascii="Yu Mincho" w:hAnsi="Yu Mincho" w:eastAsia="Yu Mincho"/>
                <w:b/>
                <w:spacing w:val="280"/>
                <w:sz w:val="108"/>
              </w:rPr>
              <w:t>感謝状</w:t>
            </w:r>
          </w:p>
          <w:p>
            <w:pPr>
              <w:spacing w:before="0" w:after="563" w:line="1288" w:lineRule="exact"/>
              <w:ind w:left="2268"/>
            </w:pPr>
            <w:r>
              <w:rPr>
                <w:rFonts w:ascii="Yu Mincho" w:hAnsi="Yu Mincho" w:eastAsia="Yu Mincho"/>
                <w:b w:val="0"/>
                <w:sz w:val="56"/>
              </w:rPr>
              <w:t>〇〇　〇〇　様</w:t>
            </w:r>
          </w:p>
          <w:p>
            <w:pPr>
              <w:spacing w:before="0" w:after="563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あなたは〇〇として</w:t>
            </w:r>
          </w:p>
          <w:p>
            <w:pPr>
              <w:spacing w:before="0" w:after="901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〇〇に尽力されました</w:t>
            </w:r>
          </w:p>
          <w:p>
            <w:pPr>
              <w:spacing w:before="0" w:after="676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ここに深く感謝の意を表します</w:t>
            </w:r>
          </w:p>
          <w:p>
            <w:pPr>
              <w:spacing w:before="0" w:after="394" w:line="748" w:lineRule="exact"/>
              <w:ind w:left="1701"/>
            </w:pPr>
            <w:r>
              <w:rPr>
                <w:rFonts w:ascii="Yu Mincho" w:hAnsi="Yu Mincho" w:eastAsia="Yu Mincho"/>
                <w:b w:val="0"/>
                <w:sz w:val="34"/>
              </w:rPr>
              <w:t>令和〇年〇月〇日</w:t>
            </w:r>
          </w:p>
          <w:p>
            <w:pPr>
              <w:spacing w:before="0" w:after="394" w:line="748" w:lineRule="exact"/>
              <w:ind w:left="3402"/>
            </w:pPr>
            <w:r>
              <w:rPr>
                <w:rFonts w:ascii="Yu Mincho" w:hAnsi="Yu Mincho" w:eastAsia="Yu Mincho"/>
                <w:b w:val="0"/>
                <w:sz w:val="34"/>
              </w:rPr>
              <w:t>株式会社〇〇</w:t>
            </w:r>
          </w:p>
          <w:p>
            <w:pPr>
              <w:spacing w:before="0" w:after="0" w:line="880" w:lineRule="exact"/>
              <w:ind w:left="3118"/>
            </w:pPr>
            <w:r>
              <w:rPr>
                <w:rFonts w:ascii="Yu Mincho" w:hAnsi="Yu Mincho" w:eastAsia="Yu Mincho"/>
                <w:b w:val="0"/>
                <w:sz w:val="44"/>
              </w:rPr>
              <w:t>代表取締役　〇〇　〇〇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headerReference w:type="default" r:id="rId9"/>
      <w:pgSz w:w="16838" w:h="11906" w:orient="landscape"/>
      <w:pgMar w:top="1531" w:right="1531" w:bottom="1531" w:left="1531" w:header="170" w:footer="17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anchor xmlns:a="http://schemas.openxmlformats.org/drawingml/2006/main" xmlns:pic="http://schemas.openxmlformats.org/drawingml/2006/picture" distT="0" distB="0" distL="0" distR="0" simplePos="0" relativeHeight="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2000" cy="7560000"/>
          <wp:effectExtent l="0" t="0" r="0" b="0"/>
          <wp:wrapNone/>
          <wp:docPr id="100" name="frame" descr="賞状の枠（文字なし）"/>
          <wp:cNvGraphicFramePr/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692000" cy="75600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Mincho" w:hAnsi="Yu Mincho" w:eastAsia="Yu Mincho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