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291" w:after="931" w:line="2826" w:lineRule="exact"/>
              <w:ind w:left="4010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表彰状</w:t>
            </w:r>
          </w:p>
          <w:p>
            <w:pPr>
              <w:spacing w:before="0" w:after="582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〇〇部　〇〇　〇〇　殿</w:t>
            </w:r>
          </w:p>
          <w:p>
            <w:pPr>
              <w:spacing w:before="0" w:after="58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あなたは〇〇において</w:t>
            </w:r>
          </w:p>
          <w:p>
            <w:pPr>
              <w:spacing w:before="0" w:after="58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〇〇の功績をあげ</w:t>
            </w:r>
          </w:p>
          <w:p>
            <w:pPr>
              <w:spacing w:before="0" w:after="931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〇〇に貢献されました</w:t>
            </w:r>
          </w:p>
          <w:p>
            <w:pPr>
              <w:spacing w:before="0" w:after="699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よってここに表彰します</w:t>
            </w:r>
          </w:p>
          <w:p>
            <w:pPr>
              <w:spacing w:before="0" w:after="407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407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株式会社〇〇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276" w:after="883" w:line="2826" w:lineRule="exact"/>
              <w:ind w:left="4972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賞状</w:t>
            </w:r>
          </w:p>
          <w:p>
            <w:pPr>
              <w:spacing w:before="0" w:after="883" w:line="1268" w:lineRule="exact"/>
              <w:ind w:left="5537"/>
            </w:pPr>
            <w:r>
              <w:rPr>
                <w:rFonts w:ascii="Yu Mincho" w:hAnsi="Yu Mincho" w:eastAsia="Yu Mincho"/>
                <w:b/>
                <w:spacing w:val="113"/>
                <w:sz w:val="79"/>
              </w:rPr>
              <w:t>〇〇賞</w:t>
            </w:r>
          </w:p>
          <w:p>
            <w:pPr>
              <w:spacing w:before="0" w:after="552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　〇〇　殿</w:t>
            </w:r>
          </w:p>
          <w:p>
            <w:pPr>
              <w:spacing w:before="0" w:after="552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あなたは〇〇において</w:t>
            </w:r>
          </w:p>
          <w:p>
            <w:pPr>
              <w:spacing w:before="0" w:after="883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優秀な成績を収められましたので</w:t>
            </w:r>
          </w:p>
          <w:p>
            <w:pPr>
              <w:spacing w:before="0" w:after="663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ここにこれを賞します</w:t>
            </w:r>
          </w:p>
          <w:p>
            <w:pPr>
              <w:spacing w:before="0" w:after="387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387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〇〇協会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82"/>
      </w:tblGrid>
      <w:tr>
        <w:trPr>
          <w:trHeight w:val="12189" w:hRule="exact"/>
        </w:trPr>
        <w:tc>
          <w:tcPr>
            <w:tcW w:type="dxa" w:w="19482"/>
            <w:textDirection w:val="tbRl"/>
          </w:tcPr>
          <w:p>
            <w:pPr>
              <w:spacing w:before="398" w:after="1275" w:line="2826" w:lineRule="exact"/>
              <w:ind w:left="4010"/>
            </w:pPr>
            <w:r>
              <w:rPr>
                <w:rFonts w:ascii="Yu Mincho" w:hAnsi="Yu Mincho" w:eastAsia="Yu Mincho"/>
                <w:b/>
                <w:spacing w:val="396"/>
                <w:sz w:val="152"/>
              </w:rPr>
              <w:t>感謝状</w:t>
            </w:r>
          </w:p>
          <w:p>
            <w:pPr>
              <w:spacing w:before="0" w:after="797" w:line="1822" w:lineRule="exact"/>
              <w:ind w:left="3207"/>
            </w:pPr>
            <w:r>
              <w:rPr>
                <w:rFonts w:ascii="Yu Mincho" w:hAnsi="Yu Mincho" w:eastAsia="Yu Mincho"/>
                <w:b w:val="0"/>
                <w:sz w:val="79"/>
              </w:rPr>
              <w:t>〇〇　〇〇　様</w:t>
            </w:r>
          </w:p>
          <w:p>
            <w:pPr>
              <w:spacing w:before="0" w:after="797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あなたは〇〇として</w:t>
            </w:r>
          </w:p>
          <w:p>
            <w:pPr>
              <w:spacing w:before="0" w:after="1275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〇〇に尽力されました</w:t>
            </w:r>
          </w:p>
          <w:p>
            <w:pPr>
              <w:spacing w:before="0" w:after="956" w:line="1306" w:lineRule="exact"/>
            </w:pPr>
            <w:r>
              <w:rPr>
                <w:rFonts w:ascii="Yu Mincho" w:hAnsi="Yu Mincho" w:eastAsia="Yu Mincho"/>
                <w:b w:val="0"/>
                <w:sz w:val="62"/>
              </w:rPr>
              <w:t>ここに深く感謝の意を表します</w:t>
            </w:r>
          </w:p>
          <w:p>
            <w:pPr>
              <w:spacing w:before="0" w:after="558" w:line="1058" w:lineRule="exact"/>
              <w:ind w:left="2405"/>
            </w:pPr>
            <w:r>
              <w:rPr>
                <w:rFonts w:ascii="Yu Mincho" w:hAnsi="Yu Mincho" w:eastAsia="Yu Mincho"/>
                <w:b w:val="0"/>
                <w:sz w:val="48"/>
              </w:rPr>
              <w:t>令和〇年〇月〇日</w:t>
            </w:r>
          </w:p>
          <w:p>
            <w:pPr>
              <w:spacing w:before="0" w:after="558" w:line="1058" w:lineRule="exact"/>
              <w:ind w:left="4810"/>
            </w:pPr>
            <w:r>
              <w:rPr>
                <w:rFonts w:ascii="Yu Mincho" w:hAnsi="Yu Mincho" w:eastAsia="Yu Mincho"/>
                <w:b w:val="0"/>
                <w:sz w:val="48"/>
              </w:rPr>
              <w:t>株式会社〇〇</w:t>
            </w:r>
          </w:p>
          <w:p>
            <w:pPr>
              <w:spacing w:before="0" w:after="0" w:line="1244" w:lineRule="exact"/>
              <w:ind w:left="4409"/>
            </w:pPr>
            <w:r>
              <w:rPr>
                <w:rFonts w:ascii="Yu Mincho" w:hAnsi="Yu Mincho" w:eastAsia="Yu Mincho"/>
                <w:b w:val="0"/>
                <w:sz w:val="62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headerReference w:type="default" r:id="rId9"/>
      <w:pgSz w:w="23811" w:h="16838" w:orient="landscape"/>
      <w:pgMar w:top="2165" w:right="2165" w:bottom="2165" w:left="2165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5120000" cy="10692000"/>
          <wp:effectExtent l="0" t="0" r="0" b="0"/>
          <wp:wrapNone/>
          <wp:docPr id="100" name="frame" descr="賞状の枠（文字なし）"/>
          <wp:cNvGraphicFramePr/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