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44" w:after="461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288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営業部　山田　太郎　殿</w:t>
            </w:r>
          </w:p>
          <w:p>
            <w:pPr>
              <w:spacing w:before="0" w:after="28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あなたは入社以来十年にわたり</w:t>
            </w:r>
          </w:p>
          <w:p>
            <w:pPr>
              <w:spacing w:before="0" w:after="28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誠実に職務を果たし</w:t>
            </w:r>
          </w:p>
          <w:p>
            <w:pPr>
              <w:spacing w:before="0" w:after="28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会社の発展に寄与されました</w:t>
            </w:r>
          </w:p>
          <w:p>
            <w:pPr>
              <w:spacing w:before="0" w:after="46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その勤続をたたえ</w:t>
            </w:r>
          </w:p>
          <w:p>
            <w:pPr>
              <w:spacing w:before="0" w:after="34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ここに表彰します</w:t>
            </w:r>
          </w:p>
          <w:p>
            <w:pPr>
              <w:spacing w:before="0" w:after="201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令和八年十月一日</w:t>
            </w:r>
          </w:p>
          <w:p>
            <w:pPr>
              <w:spacing w:before="0" w:after="201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93" w:after="296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185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製造部　佐藤　花子　殿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あなたは入社以来二十年にわたり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常に品質を第一に考え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後進の指導にも力を尽くされました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その功績は誠に大きく</w:t>
            </w:r>
          </w:p>
          <w:p>
            <w:pPr>
              <w:spacing w:before="0" w:after="29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ここに永年の勤続を表彰し</w:t>
            </w:r>
          </w:p>
          <w:p>
            <w:pPr>
              <w:spacing w:before="0" w:after="222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記念品を贈ります</w:t>
            </w:r>
          </w:p>
          <w:p>
            <w:pPr>
              <w:spacing w:before="0" w:after="130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令和八年十月一日</w:t>
            </w:r>
          </w:p>
          <w:p>
            <w:pPr>
              <w:spacing w:before="0" w:after="130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93" w:after="296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185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総務部　高橋　健一　殿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あなたは入社以来三十年にわたり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変わらぬ誠意をもって職務に精励し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会社の礎を築かれました</w:t>
            </w:r>
          </w:p>
          <w:p>
            <w:pPr>
              <w:spacing w:before="0" w:after="18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その長年の功労に深く感謝し</w:t>
            </w:r>
          </w:p>
          <w:p>
            <w:pPr>
              <w:spacing w:before="0" w:after="29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ここに永年の勤続を表彰し</w:t>
            </w:r>
          </w:p>
          <w:p>
            <w:pPr>
              <w:spacing w:before="0" w:after="222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記念品を贈ります</w:t>
            </w:r>
          </w:p>
          <w:p>
            <w:pPr>
              <w:spacing w:before="0" w:after="130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令和八年十月一日</w:t>
            </w:r>
          </w:p>
          <w:p>
            <w:pPr>
              <w:spacing w:before="0" w:after="130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89" w:after="286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286" w:line="896" w:lineRule="exact"/>
              <w:ind w:left="263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営業成績優秀賞</w:t>
            </w:r>
          </w:p>
          <w:p>
            <w:pPr>
              <w:spacing w:before="0" w:after="178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営業部　伊藤　誠　殿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あなたは令和八年度の営業活動において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目標を大きく上回る成績を収め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会社の業績向上に貢献されました</w:t>
            </w:r>
          </w:p>
          <w:p>
            <w:pPr>
              <w:spacing w:before="0" w:after="28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よってその功績をたたえ</w:t>
            </w:r>
          </w:p>
          <w:p>
            <w:pPr>
              <w:spacing w:before="0" w:after="214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ここに表彰します</w:t>
            </w:r>
          </w:p>
          <w:p>
            <w:pPr>
              <w:spacing w:before="0" w:after="12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令和九年四月一日</w:t>
            </w:r>
          </w:p>
          <w:p>
            <w:pPr>
              <w:spacing w:before="0" w:after="12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38" w:after="440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440" w:line="896" w:lineRule="exact"/>
              <w:ind w:left="327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改善提案賞</w:t>
            </w:r>
          </w:p>
          <w:p>
            <w:pPr>
              <w:spacing w:before="0" w:after="275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製造部　渡辺　優子　殿</w:t>
            </w:r>
          </w:p>
          <w:p>
            <w:pPr>
              <w:spacing w:before="0" w:after="27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あなたは日々の業務の中で</w:t>
            </w:r>
          </w:p>
          <w:p>
            <w:pPr>
              <w:spacing w:before="0" w:after="27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作業手順の改善を提案し</w:t>
            </w:r>
          </w:p>
          <w:p>
            <w:pPr>
              <w:spacing w:before="0" w:after="44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現場の効率化に大きく貢献されました</w:t>
            </w:r>
          </w:p>
          <w:p>
            <w:pPr>
              <w:spacing w:before="0" w:after="33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よってここに表彰します</w:t>
            </w:r>
          </w:p>
          <w:p>
            <w:pPr>
              <w:spacing w:before="0" w:after="193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令和八年十二月二十日</w:t>
            </w:r>
          </w:p>
          <w:p>
            <w:pPr>
              <w:spacing w:before="0" w:after="193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89" w:after="286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286" w:line="896" w:lineRule="exact"/>
              <w:ind w:left="391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新人賞</w:t>
            </w:r>
          </w:p>
          <w:p>
            <w:pPr>
              <w:spacing w:before="0" w:after="178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営業部　小川　大輔　殿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あなたは入社一年目にもかかわらず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積極的に業務に取り組み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周囲の模範となる成果を上げられました</w:t>
            </w:r>
          </w:p>
          <w:p>
            <w:pPr>
              <w:spacing w:before="0" w:after="28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よってその努力をたたえ</w:t>
            </w:r>
          </w:p>
          <w:p>
            <w:pPr>
              <w:spacing w:before="0" w:after="214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ここに表彰します</w:t>
            </w:r>
          </w:p>
          <w:p>
            <w:pPr>
              <w:spacing w:before="0" w:after="12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令和九年三月三十一日</w:t>
            </w:r>
          </w:p>
          <w:p>
            <w:pPr>
              <w:spacing w:before="0" w:after="12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89" w:after="286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表彰状</w:t>
            </w:r>
          </w:p>
          <w:p>
            <w:pPr>
              <w:spacing w:before="0" w:after="286" w:line="896" w:lineRule="exact"/>
              <w:ind w:left="391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精勤賞</w:t>
            </w:r>
          </w:p>
          <w:p>
            <w:pPr>
              <w:spacing w:before="0" w:after="178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物流部　中島　和也　殿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あなたは令和八年度の一年間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職務に精励し</w:t>
            </w:r>
          </w:p>
          <w:p>
            <w:pPr>
              <w:spacing w:before="0" w:after="17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職場の模範となりました</w:t>
            </w:r>
          </w:p>
          <w:p>
            <w:pPr>
              <w:spacing w:before="0" w:after="28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その精勤をたたえ</w:t>
            </w:r>
          </w:p>
          <w:p>
            <w:pPr>
              <w:spacing w:before="0" w:after="214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ここに表彰します</w:t>
            </w:r>
          </w:p>
          <w:p>
            <w:pPr>
              <w:spacing w:before="0" w:after="12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令和九年三月三十一日</w:t>
            </w:r>
          </w:p>
          <w:p>
            <w:pPr>
              <w:spacing w:before="0" w:after="12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50" w:after="481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感謝状</w:t>
            </w:r>
          </w:p>
          <w:p>
            <w:pPr>
              <w:spacing w:before="0" w:after="301" w:line="1150" w:lineRule="exact"/>
              <w:ind w:left="2268"/>
            </w:pPr>
            <w:r>
              <w:rPr>
                <w:rFonts w:ascii="Yu Mincho" w:hAnsi="Yu Mincho" w:eastAsia="Yu Mincho"/>
                <w:b w:val="0"/>
                <w:sz w:val="50"/>
              </w:rPr>
              <w:t>営業部長　小林　正雄　様</w:t>
            </w:r>
          </w:p>
          <w:p>
            <w:pPr>
              <w:spacing w:before="0" w:after="30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あなたは三十五年の長きにわたり</w:t>
            </w:r>
          </w:p>
          <w:p>
            <w:pPr>
              <w:spacing w:before="0" w:after="30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会社の発展のために尽力され</w:t>
            </w:r>
          </w:p>
          <w:p>
            <w:pPr>
              <w:spacing w:before="0" w:after="30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多くの後進を育てられました</w:t>
            </w:r>
          </w:p>
          <w:p>
            <w:pPr>
              <w:spacing w:before="0" w:after="48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その功績に深く感謝の意を表し</w:t>
            </w:r>
          </w:p>
          <w:p>
            <w:pPr>
              <w:spacing w:before="0" w:after="36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記念品を贈呈します</w:t>
            </w:r>
          </w:p>
          <w:p>
            <w:pPr>
              <w:spacing w:before="0" w:after="210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令和九年三月三十一日</w:t>
            </w:r>
          </w:p>
          <w:p>
            <w:pPr>
              <w:spacing w:before="0" w:after="210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44" w:after="461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感謝状</w:t>
            </w:r>
          </w:p>
          <w:p>
            <w:pPr>
              <w:spacing w:before="0" w:after="288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事務課　中村　由美　様</w:t>
            </w:r>
          </w:p>
          <w:p>
            <w:pPr>
              <w:spacing w:before="0" w:after="28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あなたは在職中</w:t>
            </w:r>
          </w:p>
          <w:p>
            <w:pPr>
              <w:spacing w:before="0" w:after="28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丁寧な仕事ぶりで</w:t>
            </w:r>
          </w:p>
          <w:p>
            <w:pPr>
              <w:spacing w:before="0" w:after="288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職場に大きく貢献されました</w:t>
            </w:r>
          </w:p>
          <w:p>
            <w:pPr>
              <w:spacing w:before="0" w:after="46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退職にあたり</w:t>
            </w:r>
          </w:p>
          <w:p>
            <w:pPr>
              <w:spacing w:before="0" w:after="34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心から感謝の意を表します</w:t>
            </w:r>
          </w:p>
          <w:p>
            <w:pPr>
              <w:spacing w:before="0" w:after="201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令和八年九月三十日</w:t>
            </w:r>
          </w:p>
          <w:p>
            <w:pPr>
              <w:spacing w:before="0" w:after="201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213" w:after="681" w:line="1998" w:lineRule="exact"/>
              <w:ind w:left="283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感謝状</w:t>
            </w:r>
          </w:p>
          <w:p>
            <w:pPr>
              <w:spacing w:before="0" w:after="426" w:line="1150" w:lineRule="exact"/>
              <w:ind w:left="2268"/>
            </w:pPr>
            <w:r>
              <w:rPr>
                <w:rFonts w:ascii="Yu Mincho" w:hAnsi="Yu Mincho" w:eastAsia="Yu Mincho"/>
                <w:b w:val="0"/>
                <w:sz w:val="50"/>
              </w:rPr>
              <w:t>あおぞら精機株式会社　様</w:t>
            </w:r>
          </w:p>
          <w:p>
            <w:pPr>
              <w:spacing w:before="0" w:after="42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貴社は長年にわたり</w:t>
            </w:r>
          </w:p>
          <w:p>
            <w:pPr>
              <w:spacing w:before="0" w:after="42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当社の事業に格別のご支援を賜りました</w:t>
            </w:r>
          </w:p>
          <w:p>
            <w:pPr>
              <w:spacing w:before="0" w:after="68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ここに深く感謝の意を表し</w:t>
            </w:r>
          </w:p>
          <w:p>
            <w:pPr>
              <w:spacing w:before="0" w:after="511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記念品を贈呈します</w:t>
            </w:r>
          </w:p>
          <w:p>
            <w:pPr>
              <w:spacing w:before="0" w:after="298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令和八年十二月二十日</w:t>
            </w:r>
          </w:p>
          <w:p>
            <w:pPr>
              <w:spacing w:before="0" w:after="298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株式会社青桐工業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代表取締役　鈴木　一郎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38" w:after="440" w:line="1998" w:lineRule="exact"/>
              <w:ind w:left="351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賞状</w:t>
            </w:r>
          </w:p>
          <w:p>
            <w:pPr>
              <w:spacing w:before="0" w:after="440" w:line="896" w:lineRule="exact"/>
              <w:ind w:left="423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優勝</w:t>
            </w:r>
          </w:p>
          <w:p>
            <w:pPr>
              <w:spacing w:before="0" w:after="275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〇〇チーム　殿</w:t>
            </w:r>
          </w:p>
          <w:p>
            <w:pPr>
              <w:spacing w:before="0" w:after="27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貴チームは第十回</w:t>
            </w:r>
          </w:p>
          <w:p>
            <w:pPr>
              <w:spacing w:before="0" w:after="27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〇〇市民ソフトボール大会において</w:t>
            </w:r>
          </w:p>
          <w:p>
            <w:pPr>
              <w:spacing w:before="0" w:after="44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優秀な成績を収められましたので</w:t>
            </w:r>
          </w:p>
          <w:p>
            <w:pPr>
              <w:spacing w:before="0" w:after="33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ここにこれを賞します</w:t>
            </w:r>
          </w:p>
          <w:p>
            <w:pPr>
              <w:spacing w:before="0" w:after="193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令和八年十一月三日</w:t>
            </w:r>
          </w:p>
          <w:p>
            <w:pPr>
              <w:spacing w:before="0" w:after="193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〇〇ソフトボール協会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渡部　修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38" w:after="440" w:line="1998" w:lineRule="exact"/>
              <w:ind w:left="351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賞状</w:t>
            </w:r>
          </w:p>
          <w:p>
            <w:pPr>
              <w:spacing w:before="0" w:after="440" w:line="896" w:lineRule="exact"/>
              <w:ind w:left="391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準優勝</w:t>
            </w:r>
          </w:p>
          <w:p>
            <w:pPr>
              <w:spacing w:before="0" w:after="275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〇〇チーム　殿</w:t>
            </w:r>
          </w:p>
          <w:p>
            <w:pPr>
              <w:spacing w:before="0" w:after="27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貴チームは第十回</w:t>
            </w:r>
          </w:p>
          <w:p>
            <w:pPr>
              <w:spacing w:before="0" w:after="27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〇〇市民ソフトボール大会において</w:t>
            </w:r>
          </w:p>
          <w:p>
            <w:pPr>
              <w:spacing w:before="0" w:after="44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準優勝の成績を収められましたので</w:t>
            </w:r>
          </w:p>
          <w:p>
            <w:pPr>
              <w:spacing w:before="0" w:after="33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ここにこれを賞します</w:t>
            </w:r>
          </w:p>
          <w:p>
            <w:pPr>
              <w:spacing w:before="0" w:after="193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令和八年十一月三日</w:t>
            </w:r>
          </w:p>
          <w:p>
            <w:pPr>
              <w:spacing w:before="0" w:after="193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〇〇ソフトボール協会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渡部　修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48" w:after="154" w:line="1998" w:lineRule="exact"/>
              <w:ind w:left="3516"/>
            </w:pPr>
            <w:r>
              <w:rPr>
                <w:rFonts w:ascii="Yu Mincho" w:hAnsi="Yu Mincho" w:eastAsia="Yu Mincho"/>
                <w:b/>
                <w:spacing w:val="280"/>
                <w:sz w:val="108"/>
              </w:rPr>
              <w:t>賞状</w:t>
            </w:r>
          </w:p>
          <w:p>
            <w:pPr>
              <w:spacing w:before="0" w:after="154" w:line="896" w:lineRule="exact"/>
              <w:ind w:left="3916"/>
            </w:pPr>
            <w:r>
              <w:rPr>
                <w:rFonts w:ascii="Yu Mincho" w:hAnsi="Yu Mincho" w:eastAsia="Yu Mincho"/>
                <w:b/>
                <w:spacing w:val="80"/>
                <w:sz w:val="56"/>
              </w:rPr>
              <w:t>完走賞</w:t>
            </w:r>
          </w:p>
          <w:p>
            <w:pPr>
              <w:spacing w:before="0" w:after="96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〇〇　〇〇　殿</w:t>
            </w:r>
          </w:p>
          <w:p>
            <w:pPr>
              <w:spacing w:before="0" w:after="9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</w:t>
            </w:r>
          </w:p>
          <w:p>
            <w:pPr>
              <w:spacing w:before="0" w:after="9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第十回〇〇市民マラソン大会において</w:t>
            </w:r>
          </w:p>
          <w:p>
            <w:pPr>
              <w:spacing w:before="0" w:after="9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最後まで力走し</w:t>
            </w:r>
          </w:p>
          <w:p>
            <w:pPr>
              <w:spacing w:before="0" w:after="96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見事に完走されました</w:t>
            </w:r>
          </w:p>
          <w:p>
            <w:pPr>
              <w:spacing w:before="0" w:after="154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その健闘をたたえ</w:t>
            </w:r>
          </w:p>
          <w:p>
            <w:pPr>
              <w:spacing w:before="0" w:after="115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これを賞します</w:t>
            </w:r>
          </w:p>
          <w:p>
            <w:pPr>
              <w:spacing w:before="0" w:after="67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令和八年十一月三日</w:t>
            </w:r>
          </w:p>
          <w:p>
            <w:pPr>
              <w:spacing w:before="0" w:after="67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〇〇陸上競技協会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岡田　進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75" w:after="559" w:line="1332" w:lineRule="exact"/>
              <w:ind w:left="1796"/>
            </w:pPr>
            <w:r>
              <w:rPr>
                <w:rFonts w:ascii="Yu Mincho" w:hAnsi="Yu Mincho" w:eastAsia="Yu Mincho"/>
                <w:b/>
                <w:spacing w:val="160"/>
                <w:sz w:val="72"/>
              </w:rPr>
              <w:t>かいきんしょう</w:t>
            </w:r>
          </w:p>
          <w:p>
            <w:pPr>
              <w:spacing w:before="0" w:after="350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あおい　はると　さん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　いちねんかん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ただの　いちども　おやすみせず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まいにち　げんきに　きました</w:t>
            </w:r>
          </w:p>
          <w:p>
            <w:pPr>
              <w:spacing w:before="0" w:after="55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たいへん　りっぱです</w:t>
            </w:r>
          </w:p>
          <w:p>
            <w:pPr>
              <w:spacing w:before="0" w:after="41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よって　ここに　しょうします</w:t>
            </w:r>
          </w:p>
          <w:p>
            <w:pPr>
              <w:spacing w:before="0" w:after="24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令和八年三月二十日</w:t>
            </w:r>
          </w:p>
          <w:p>
            <w:pPr>
              <w:spacing w:before="0" w:after="24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〇〇町　子ども会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木村　直子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75" w:after="559" w:line="1332" w:lineRule="exact"/>
              <w:ind w:left="2236"/>
            </w:pPr>
            <w:r>
              <w:rPr>
                <w:rFonts w:ascii="Yu Mincho" w:hAnsi="Yu Mincho" w:eastAsia="Yu Mincho"/>
                <w:b/>
                <w:spacing w:val="160"/>
                <w:sz w:val="72"/>
              </w:rPr>
              <w:t>しょうじょう</w:t>
            </w:r>
          </w:p>
          <w:p>
            <w:pPr>
              <w:spacing w:before="0" w:after="350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みどり　そうた　さん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　たいかいで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さいごまで　あきらめずに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〇〇を　がんばりました</w:t>
            </w:r>
          </w:p>
          <w:p>
            <w:pPr>
              <w:spacing w:before="0" w:after="55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そのがんばりを　たたえ</w:t>
            </w:r>
          </w:p>
          <w:p>
            <w:pPr>
              <w:spacing w:before="0" w:after="41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　しょうします</w:t>
            </w:r>
          </w:p>
          <w:p>
            <w:pPr>
              <w:spacing w:before="0" w:after="24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令和八年十一月三日</w:t>
            </w:r>
          </w:p>
          <w:p>
            <w:pPr>
              <w:spacing w:before="0" w:after="24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〇〇スポーツ少年団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団長　森田　健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75" w:after="559" w:line="1332" w:lineRule="exact"/>
              <w:ind w:left="1796"/>
            </w:pPr>
            <w:r>
              <w:rPr>
                <w:rFonts w:ascii="Yu Mincho" w:hAnsi="Yu Mincho" w:eastAsia="Yu Mincho"/>
                <w:b/>
                <w:spacing w:val="160"/>
                <w:sz w:val="72"/>
              </w:rPr>
              <w:t>かんしゃじょう</w:t>
            </w:r>
          </w:p>
          <w:p>
            <w:pPr>
              <w:spacing w:before="0" w:after="350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ひかり　ゆうな　さん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あなたは　しょうねんだんで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ながいあいだ　れんしゅうに　はげみ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なかまを　たいせつに　しました</w:t>
            </w:r>
          </w:p>
          <w:p>
            <w:pPr>
              <w:spacing w:before="0" w:after="55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ここに　かんしゃの　きもちを</w:t>
            </w:r>
          </w:p>
          <w:p>
            <w:pPr>
              <w:spacing w:before="0" w:after="41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あらわします</w:t>
            </w:r>
          </w:p>
          <w:p>
            <w:pPr>
              <w:spacing w:before="0" w:after="24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令和九年三月二十日</w:t>
            </w:r>
          </w:p>
          <w:p>
            <w:pPr>
              <w:spacing w:before="0" w:after="24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〇〇スポーツ少年団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団長　森田　健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776"/>
      </w:tblGrid>
      <w:tr>
        <w:trPr>
          <w:trHeight w:val="8618" w:hRule="exact"/>
        </w:trPr>
        <w:tc>
          <w:tcPr>
            <w:tcW w:type="dxa" w:w="13776"/>
            <w:textDirection w:val="tbRl"/>
          </w:tcPr>
          <w:p>
            <w:pPr>
              <w:spacing w:before="175" w:after="559" w:line="1332" w:lineRule="exact"/>
              <w:ind w:left="1796"/>
            </w:pPr>
            <w:r>
              <w:rPr>
                <w:rFonts w:ascii="Yu Mincho" w:hAnsi="Yu Mincho" w:eastAsia="Yu Mincho"/>
                <w:b/>
                <w:spacing w:val="160"/>
                <w:sz w:val="72"/>
              </w:rPr>
              <w:t>かんしゃじょう</w:t>
            </w:r>
          </w:p>
          <w:p>
            <w:pPr>
              <w:spacing w:before="0" w:after="350" w:line="1288" w:lineRule="exact"/>
              <w:ind w:left="2268"/>
            </w:pPr>
            <w:r>
              <w:rPr>
                <w:rFonts w:ascii="Yu Mincho" w:hAnsi="Yu Mincho" w:eastAsia="Yu Mincho"/>
                <w:b w:val="0"/>
                <w:sz w:val="56"/>
              </w:rPr>
              <w:t>やなぎ　けんじ　さん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ながいあいだ　子ども会の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やくいんとして</w:t>
            </w:r>
          </w:p>
          <w:p>
            <w:pPr>
              <w:spacing w:before="0" w:after="350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たくさんの　おせわを</w:t>
            </w:r>
          </w:p>
          <w:p>
            <w:pPr>
              <w:spacing w:before="0" w:after="55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してくださいました</w:t>
            </w:r>
          </w:p>
          <w:p>
            <w:pPr>
              <w:spacing w:before="0" w:after="419" w:line="924" w:lineRule="exact"/>
            </w:pPr>
            <w:r>
              <w:rPr>
                <w:rFonts w:ascii="Yu Mincho" w:hAnsi="Yu Mincho" w:eastAsia="Yu Mincho"/>
                <w:b w:val="0"/>
                <w:sz w:val="44"/>
              </w:rPr>
              <w:t>こころから　かんしゃ　いたします</w:t>
            </w:r>
          </w:p>
          <w:p>
            <w:pPr>
              <w:spacing w:before="0" w:after="245" w:line="748" w:lineRule="exact"/>
              <w:ind w:left="1701"/>
            </w:pPr>
            <w:r>
              <w:rPr>
                <w:rFonts w:ascii="Yu Mincho" w:hAnsi="Yu Mincho" w:eastAsia="Yu Mincho"/>
                <w:b w:val="0"/>
                <w:sz w:val="34"/>
              </w:rPr>
              <w:t>令和九年三月二十日</w:t>
            </w:r>
          </w:p>
          <w:p>
            <w:pPr>
              <w:spacing w:before="0" w:after="245" w:line="748" w:lineRule="exact"/>
              <w:ind w:left="3402"/>
            </w:pPr>
            <w:r>
              <w:rPr>
                <w:rFonts w:ascii="Yu Mincho" w:hAnsi="Yu Mincho" w:eastAsia="Yu Mincho"/>
                <w:b w:val="0"/>
                <w:sz w:val="34"/>
              </w:rPr>
              <w:t>〇〇町　子ども会</w:t>
            </w:r>
          </w:p>
          <w:p>
            <w:pPr>
              <w:spacing w:before="0" w:after="0" w:line="880" w:lineRule="exact"/>
              <w:ind w:left="3118"/>
            </w:pPr>
            <w:r>
              <w:rPr>
                <w:rFonts w:ascii="Yu Mincho" w:hAnsi="Yu Mincho" w:eastAsia="Yu Mincho"/>
                <w:b w:val="0"/>
                <w:sz w:val="44"/>
              </w:rPr>
              <w:t>会長　木村　直子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headerReference w:type="default" r:id="rId9"/>
      <w:pgSz w:w="16838" w:h="11906" w:orient="landscape"/>
      <w:pgMar w:top="1531" w:right="1531" w:bottom="1531" w:left="1531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00" name="frame" descr="賞状の枠（文字なし）"/>
          <wp:cNvGraphicFramePr/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