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業務報告書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報告日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宛先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報告者（所属・氏名）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報告期間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 〜　月　日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件名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1　概要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998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2　実施内容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474"/>
        <w:gridCol w:w="8277"/>
      </w:tblGrid>
      <w:tr>
        <w:trPr>
          <w:cantSplit/>
          <w:trHeight w:val="329" w:hRule="atLeast"/>
        </w:trPr>
        <w:tc>
          <w:tcPr>
            <w:tcW w:type="dxa" w:w="147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期間</w:t>
            </w:r>
          </w:p>
        </w:tc>
        <w:tc>
          <w:tcPr>
            <w:tcW w:type="dxa" w:w="827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内容</w:t>
            </w:r>
          </w:p>
        </w:tc>
      </w:tr>
      <w:tr>
        <w:trPr>
          <w:cantSplit/>
          <w:trHeight w:val="329" w:hRule="atLeast"/>
        </w:trPr>
        <w:tc>
          <w:tcPr>
            <w:tcW w:type="dxa" w:w="147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827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47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827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47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827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47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827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3　成果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082"/>
        <w:gridCol w:w="2835"/>
        <w:gridCol w:w="2835"/>
      </w:tblGrid>
      <w:tr>
        <w:trPr>
          <w:cantSplit/>
          <w:trHeight w:val="329" w:hRule="atLeast"/>
        </w:trPr>
        <w:tc>
          <w:tcPr>
            <w:tcW w:type="dxa" w:w="4082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項目</w:t>
            </w: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目標</w:t>
            </w: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実績</w:t>
            </w:r>
          </w:p>
        </w:tc>
      </w:tr>
      <w:tr>
        <w:trPr>
          <w:cantSplit/>
          <w:trHeight w:val="329" w:hRule="atLeast"/>
        </w:trPr>
        <w:tc>
          <w:tcPr>
            <w:tcW w:type="dxa" w:w="4082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4082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4082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4082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4　課題と原因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998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5　次期間の対応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29"/>
        <w:gridCol w:w="1814"/>
        <w:gridCol w:w="2608"/>
      </w:tblGrid>
      <w:tr>
        <w:trPr>
          <w:cantSplit/>
          <w:trHeight w:val="329" w:hRule="atLeast"/>
        </w:trPr>
        <w:tc>
          <w:tcPr>
            <w:tcW w:type="dxa" w:w="532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内容</w:t>
            </w: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担当</w:t>
            </w: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期限</w:t>
            </w:r>
          </w:p>
        </w:tc>
      </w:tr>
      <w:tr>
        <w:trPr>
          <w:cantSplit/>
          <w:trHeight w:val="329" w:hRule="atLeast"/>
        </w:trPr>
        <w:tc>
          <w:tcPr>
            <w:tcW w:type="dxa" w:w="532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532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532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6　添付資料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408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spacing w:before="40" w:after="0" w:line="26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以上</w:t>
      </w:r>
    </w:p>
    <w:p>
      <w:pPr>
        <w:spacing w:before="0" w:after="0" w:line="28" w:lineRule="exact"/>
      </w:pPr>
      <w:r>
        <w:br w:type="page"/>
      </w:r>
    </w:p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作業報告書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報告日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宛先（依頼元）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報告者（所属・氏名）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件名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作業日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作業場所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1　作業内容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247"/>
        <w:gridCol w:w="1247"/>
        <w:gridCol w:w="7257"/>
      </w:tblGrid>
      <w:tr>
        <w:trPr>
          <w:cantSplit/>
          <w:trHeight w:val="329" w:hRule="atLeast"/>
        </w:trPr>
        <w:tc>
          <w:tcPr>
            <w:tcW w:type="dxa" w:w="124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開始</w:t>
            </w:r>
          </w:p>
        </w:tc>
        <w:tc>
          <w:tcPr>
            <w:tcW w:type="dxa" w:w="124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終了</w:t>
            </w:r>
          </w:p>
        </w:tc>
        <w:tc>
          <w:tcPr>
            <w:tcW w:type="dxa" w:w="725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内容</w:t>
            </w:r>
          </w:p>
        </w:tc>
      </w:tr>
      <w:tr>
        <w:trPr>
          <w:cantSplit/>
          <w:trHeight w:val="329" w:hRule="atLeast"/>
        </w:trPr>
        <w:tc>
          <w:tcPr>
            <w:tcW w:type="dxa" w:w="124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725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24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725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24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725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24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725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作業時間の合計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2　使用した部材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17"/>
        <w:gridCol w:w="2835"/>
      </w:tblGrid>
      <w:tr>
        <w:trPr>
          <w:cantSplit/>
          <w:trHeight w:val="329" w:hRule="atLeast"/>
        </w:trPr>
        <w:tc>
          <w:tcPr>
            <w:tcW w:type="dxa" w:w="691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名称</w:t>
            </w: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数量</w:t>
            </w:r>
          </w:p>
        </w:tc>
      </w:tr>
      <w:tr>
        <w:trPr>
          <w:cantSplit/>
          <w:trHeight w:val="329" w:hRule="atLeast"/>
        </w:trPr>
        <w:tc>
          <w:tcPr>
            <w:tcW w:type="dxa" w:w="691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691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3　結果・確認したこと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998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4　残った作業・次回の予定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703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5　立会確認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立会者（所属・氏名）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確認印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spacing w:before="40" w:after="0" w:line="26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以上</w:t>
      </w:r>
    </w:p>
    <w:p>
      <w:pPr>
        <w:spacing w:before="0" w:after="0" w:line="28" w:lineRule="exact"/>
      </w:pPr>
      <w:r>
        <w:br w:type="page"/>
      </w:r>
    </w:p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調査報告書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報告日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宛先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報告者（所属・氏名）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件名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調査期間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 〜　月　日</w:t>
            </w: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1　調査の目的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408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2　調査の方法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408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3　結果の要約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703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4　データ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268"/>
        <w:gridCol w:w="2494"/>
        <w:gridCol w:w="2494"/>
        <w:gridCol w:w="2494"/>
      </w:tblGrid>
      <w:tr>
        <w:trPr>
          <w:cantSplit/>
          <w:trHeight w:val="329" w:hRule="atLeast"/>
        </w:trPr>
        <w:tc>
          <w:tcPr>
            <w:tcW w:type="dxa" w:w="226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項目</w:t>
            </w: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比較対象1</w:t>
            </w: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比較対象2</w:t>
            </w: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比較対象3</w:t>
            </w:r>
          </w:p>
        </w:tc>
      </w:tr>
      <w:tr>
        <w:trPr>
          <w:cantSplit/>
          <w:trHeight w:val="329" w:hRule="atLeast"/>
        </w:trPr>
        <w:tc>
          <w:tcPr>
            <w:tcW w:type="dxa" w:w="226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26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26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26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5　事実（調べて分かったこと）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703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6　推測（事実からの見立て）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703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7　提案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703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8　限界・追加で確認すること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408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spacing w:before="40" w:after="0" w:line="26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以上</w:t>
      </w:r>
    </w:p>
    <w:p>
      <w:pPr>
        <w:spacing w:before="0" w:after="0" w:line="28" w:lineRule="exact"/>
      </w:pPr>
      <w:r>
        <w:br w:type="page"/>
      </w:r>
    </w:p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トラブル報告書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報告日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宛先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報告者（所属・氏名）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件名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発生日時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　時　分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発生場所・システム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1　影響を受けた相手・範囲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408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2　経緯（時系列）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5443"/>
        <w:gridCol w:w="1701"/>
      </w:tblGrid>
      <w:tr>
        <w:trPr>
          <w:cantSplit/>
          <w:trHeight w:val="329" w:hRule="atLeast"/>
        </w:trPr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日時</w:t>
            </w:r>
          </w:p>
        </w:tc>
        <w:tc>
          <w:tcPr>
            <w:tcW w:type="dxa" w:w="5443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出来事</w:t>
            </w:r>
          </w:p>
        </w:tc>
        <w:tc>
          <w:tcPr>
            <w:tcW w:type="dxa" w:w="170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対応した人</w:t>
            </w:r>
          </w:p>
        </w:tc>
      </w:tr>
      <w:tr>
        <w:trPr>
          <w:cantSplit/>
          <w:trHeight w:val="329" w:hRule="atLeast"/>
        </w:trPr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5443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5443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5443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5443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5443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3　原因（事実）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703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4　原因（推測・確認中のこと）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703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5　対応の状況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408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6　再発防止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29"/>
        <w:gridCol w:w="1814"/>
        <w:gridCol w:w="2608"/>
      </w:tblGrid>
      <w:tr>
        <w:trPr>
          <w:cantSplit/>
          <w:trHeight w:val="329" w:hRule="atLeast"/>
        </w:trPr>
        <w:tc>
          <w:tcPr>
            <w:tcW w:type="dxa" w:w="532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内容</w:t>
            </w: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担当</w:t>
            </w: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期限</w:t>
            </w:r>
          </w:p>
        </w:tc>
      </w:tr>
      <w:tr>
        <w:trPr>
          <w:cantSplit/>
          <w:trHeight w:val="329" w:hRule="atLeast"/>
        </w:trPr>
        <w:tc>
          <w:tcPr>
            <w:tcW w:type="dxa" w:w="532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532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532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7　相手への連絡（いつ・誰に・何を）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408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spacing w:before="40" w:after="0" w:line="26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以上</w:t>
      </w:r>
    </w:p>
    <w:p>
      <w:pPr>
        <w:spacing w:before="0" w:after="0" w:line="28" w:lineRule="exact"/>
      </w:pPr>
      <w:r>
        <w:br w:type="page"/>
      </w:r>
    </w:p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研修報告書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報告日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宛先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報告者（所属・氏名）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研修名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主催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受講日・時間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　　時　分〜　時　分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受講形式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1　費用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受講料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円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交通費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円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合計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円</w:t>
            </w: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2　内容の要点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143"/>
      </w:tblGrid>
      <w:tr>
        <w:trPr>
          <w:cantSplit/>
          <w:trHeight w:val="329" w:hRule="atLeast"/>
        </w:trPr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テーマ</w:t>
            </w:r>
          </w:p>
        </w:tc>
        <w:tc>
          <w:tcPr>
            <w:tcW w:type="dxa" w:w="7143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要点</w:t>
            </w:r>
          </w:p>
        </w:tc>
      </w:tr>
      <w:tr>
        <w:trPr>
          <w:cantSplit/>
          <w:trHeight w:val="329" w:hRule="atLeast"/>
        </w:trPr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7143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7143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7143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3　学んだこと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703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4　業務への活用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2835"/>
        <w:gridCol w:w="2041"/>
      </w:tblGrid>
      <w:tr>
        <w:trPr>
          <w:cantSplit/>
          <w:trHeight w:val="329" w:hRule="atLeast"/>
        </w:trPr>
        <w:tc>
          <w:tcPr>
            <w:tcW w:type="dxa" w:w="4876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何を</w:t>
            </w: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いつから</w:t>
            </w:r>
          </w:p>
        </w:tc>
        <w:tc>
          <w:tcPr>
            <w:tcW w:type="dxa" w:w="204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担当</w:t>
            </w:r>
          </w:p>
        </w:tc>
      </w:tr>
      <w:tr>
        <w:trPr>
          <w:cantSplit/>
          <w:trHeight w:val="329" w:hRule="atLeast"/>
        </w:trPr>
        <w:tc>
          <w:tcPr>
            <w:tcW w:type="dxa" w:w="4876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04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4876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04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4876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83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04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5　所感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408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6　次のアクション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703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7　添付資料</w:t>
      </w:r>
    </w:p>
    <w:tbl>
      <w:tblPr>
        <w:tblW w:type="dxa" w:w="9751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51"/>
      </w:tblGrid>
      <w:tr>
        <w:trPr>
          <w:cantSplit/>
          <w:trHeight w:val="408" w:hRule="atLeast"/>
        </w:trPr>
        <w:tc>
          <w:tcPr>
            <w:tcW w:type="dxa" w:w="9751"/>
            <w:tcMar>
              <w:top w:w="57" w:type="dxa"/>
              <w:bottom w:w="57" w:type="dxa"/>
              <w:left w:w="142" w:type="dxa"/>
              <w:right w:w="142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spacing w:before="40" w:after="0" w:line="26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以上</w:t>
      </w:r>
    </w:p>
    <w:sectPr w:rsidR="00FC693F" w:rsidRPr="0006063C" w:rsidSect="00034616">
      <w:footerReference w:type="default" r:id="rId9"/>
      <w:pgSz w:w="11906" w:h="16838"/>
      <w:pgMar w:top="850" w:right="1077" w:bottom="850" w:left="1077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40"/>
      <w:outlineLvl w:val="0"/>
    </w:pPr>
    <w:rPr>
      <w:rFonts w:ascii="Yu Gothic" w:hAnsi="Yu Gothic" w:eastAsia="Yu Gothic" w:cs="Yu Gothic"/>
      <w:b w:val="0"/>
      <w:bCs/>
      <w:i w:val="0"/>
      <w:color w:val="66707A"/>
      <w:sz w:val="1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Yu Gothic" w:hAnsi="Yu Gothic" w:eastAsia="Yu Gothic" w:cs="Yu Gothic"/>
      <w:b/>
      <w:bCs/>
      <w:i w:val="0"/>
      <w:color w:val="1B3A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Yu Mincho" w:hAnsi="Yu Mincho" w:eastAsia="Yu Mincho" w:cs="Yu Mincho"/>
      <w:b/>
      <w:i w:val="0"/>
      <w:color w:val="1B3A5C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報告書テンプレート（白紙5種）</dc:title>
  <dc:subject>報告書テンプレート</dc:subject>
  <dc:creator>template-free.jp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ja-JP</dc:language>
</cp:coreProperties>
</file>