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Yu Gothic" w:hAnsi="Yu Gothic" w:eastAsia="Yu Gothic"/>
          <w:b w:val="0"/>
          <w:i w:val="0"/>
          <w:color w:val="66707A"/>
          <w:sz w:val="16"/>
        </w:rPr>
        <w:t>template-free.jp　エンディングノート</w:t>
      </w:r>
    </w:p>
    <w:p>
      <w:pPr>
        <w:spacing w:before="20" w:after="60"/>
        <w:pBdr>
          <w:bottom w:val="double" w:sz="10" w:space="1" w:color="1B3A5C"/>
        </w:pBdr>
      </w:pPr>
      <w:r>
        <w:rPr>
          <w:rFonts w:ascii="Yu Mincho" w:hAnsi="Yu Mincho" w:eastAsia="Yu Mincho"/>
          <w:b/>
          <w:i w:val="0"/>
          <w:color w:val="1B3A5C"/>
          <w:sz w:val="36"/>
          <w:spacing w:val="36"/>
        </w:rPr>
        <w:t>エンディングノート</w:t>
      </w:r>
    </w:p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175"/>
        <w:gridCol w:w="6690"/>
      </w:tblGrid>
      <w:tr>
        <w:trPr>
          <w:cantSplit/>
          <w:trHeight w:val="737" w:hRule="atLeast"/>
        </w:trPr>
        <w:tc>
          <w:tcPr>
            <w:tcW w:type="dxa" w:w="3175"/>
            <w:tcMar>
              <w:top w:w="57" w:type="dxa"/>
              <w:bottom w:w="57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書いた日</w:t>
            </w:r>
          </w:p>
        </w:tc>
        <w:tc>
          <w:tcPr>
            <w:tcW w:type="dxa" w:w="6690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737" w:hRule="atLeast"/>
        </w:trPr>
        <w:tc>
          <w:tcPr>
            <w:tcW w:type="dxa" w:w="3175"/>
            <w:tcMar>
              <w:top w:w="57" w:type="dxa"/>
              <w:bottom w:w="57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見直した日</w:t>
            </w:r>
          </w:p>
        </w:tc>
        <w:tc>
          <w:tcPr>
            <w:tcW w:type="dxa" w:w="6690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8"/>
              </w:rPr>
              <w:t xml:space="preserve">　　　年　　月　　日　／　　　年　　月　　日</w:t>
            </w:r>
          </w:p>
        </w:tc>
      </w:tr>
      <w:tr>
        <w:trPr>
          <w:cantSplit/>
          <w:trHeight w:val="737" w:hRule="atLeast"/>
        </w:trPr>
        <w:tc>
          <w:tcPr>
            <w:tcW w:type="dxa" w:w="3175"/>
            <w:tcMar>
              <w:top w:w="57" w:type="dxa"/>
              <w:bottom w:w="57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このノートの置き場所</w:t>
            </w:r>
          </w:p>
        </w:tc>
        <w:tc>
          <w:tcPr>
            <w:tcW w:type="dxa" w:w="6690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</w:tbl>
    <w:p>
      <w:pPr>
        <w:spacing w:before="0" w:after="0" w:line="113" w:lineRule="exact"/>
      </w:pPr>
    </w:p>
    <w:tbl>
      <w:tblPr>
        <w:tblW w:type="dxa" w:w="9865"/>
        <w:tblInd w:w="19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865"/>
      </w:tblGrid>
      <w:tr>
        <w:trPr>
          <w:cantSplit/>
        </w:trPr>
        <w:tc>
          <w:tcPr>
            <w:tcW w:type="dxa" w:w="9865"/>
            <w:tcMar>
              <w:top w:w="68" w:type="dxa"/>
              <w:bottom w:w="85" w:type="dxa"/>
              <w:left w:w="198" w:type="dxa"/>
              <w:right w:w="198" w:type="dxa"/>
            </w:tcMar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10" w:space="0" w:color="1B3A5C"/>
            </w:tcBorders>
          </w:tcPr>
          <w:p>
            <w:pPr>
              <w:spacing w:before="0" w:after="60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9"/>
              </w:rPr>
              <w:t>このノートは遺言書ではありません。</w:t>
            </w:r>
          </w:p>
          <w:p>
            <w:pPr>
              <w:spacing w:before="0" w:after="20" w:line="28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書いてあることに、法律上の効力はありません。財産の分け方を確実に実現したいときは遺言書を作ってください（案内は template-free.jp のエンディングノートのページの末尾）。</w:t>
            </w:r>
          </w:p>
        </w:tc>
      </w:tr>
    </w:tbl>
    <w:p>
      <w:pPr>
        <w:spacing w:before="0" w:after="0" w:line="113" w:lineRule="exact"/>
      </w:pPr>
    </w:p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175"/>
        <w:gridCol w:w="6690"/>
      </w:tblGrid>
      <w:tr>
        <w:trPr>
          <w:cantSplit/>
          <w:trHeight w:val="567" w:hRule="atLeast"/>
        </w:trPr>
        <w:tc>
          <w:tcPr>
            <w:tcW w:type="dxa" w:w="3175"/>
            <w:tcMar>
              <w:top w:w="57" w:type="dxa"/>
              <w:bottom w:w="57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家族に伝える方法</w:t>
            </w:r>
          </w:p>
        </w:tc>
        <w:tc>
          <w:tcPr>
            <w:tcW w:type="dxa" w:w="6690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8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 xml:space="preserve">□置き場所を伝えてある　</w:t>
            </w: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 xml:space="preserve">□封はしない　</w:t>
            </w: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 xml:space="preserve">□年に1回は見直す　</w:t>
            </w:r>
          </w:p>
        </w:tc>
      </w:tr>
    </w:tbl>
    <w:p>
      <w:pPr>
        <w:spacing w:before="0" w:after="0" w:line="113" w:lineRule="exact"/>
      </w:pPr>
    </w:p>
    <w:tbl>
      <w:tblPr>
        <w:tblW w:type="dxa" w:w="9865"/>
        <w:tblInd w:w="19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865"/>
      </w:tblGrid>
      <w:tr>
        <w:trPr>
          <w:cantSplit/>
        </w:trPr>
        <w:tc>
          <w:tcPr>
            <w:tcW w:type="dxa" w:w="9865"/>
            <w:tcMar>
              <w:top w:w="68" w:type="dxa"/>
              <w:bottom w:w="85" w:type="dxa"/>
              <w:left w:w="198" w:type="dxa"/>
              <w:right w:w="198" w:type="dxa"/>
            </w:tcMar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10" w:space="0" w:color="1B3A5C"/>
            </w:tcBorders>
          </w:tcPr>
          <w:p>
            <w:pPr>
              <w:spacing w:before="0" w:after="60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9"/>
              </w:rPr>
              <w:t>はじめに（書き方）</w:t>
            </w:r>
          </w:p>
          <w:p>
            <w:pPr>
              <w:spacing w:before="0" w:after="20" w:line="27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全部を埋める必要はありません。分かるところ、今日書けるところだけで構いません。空白は空白のままで足ります。</w:t>
            </w:r>
          </w:p>
          <w:p>
            <w:pPr>
              <w:spacing w:before="0" w:after="20" w:line="27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書かなくてよいもの：暗証番号・ログインパスワード・クレジットカードの番号（残し方は第6章）。このノートが人に見られても困らないようにするためです。</w:t>
            </w:r>
          </w:p>
          <w:p>
            <w:pPr>
              <w:spacing w:before="0" w:after="20" w:line="27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書き換えるときは消さずに二重線で直し、日付を書き添えてください。</w:t>
            </w:r>
          </w:p>
        </w:tc>
      </w:tr>
    </w:tbl>
    <w:p>
      <w:pPr>
        <w:spacing w:before="0" w:after="0" w:line="113" w:lineRule="exact"/>
      </w:pPr>
    </w:p>
    <w:p>
      <w:pPr>
        <w:spacing w:before="60" w:after="40"/>
        <w:keepNext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第1章　わたしのこと</w:t>
      </w:r>
    </w:p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175"/>
        <w:gridCol w:w="6690"/>
      </w:tblGrid>
      <w:tr>
        <w:trPr>
          <w:cantSplit/>
          <w:trHeight w:val="737" w:hRule="atLeast"/>
        </w:trPr>
        <w:tc>
          <w:tcPr>
            <w:tcW w:type="dxa" w:w="3175"/>
            <w:tcMar>
              <w:top w:w="57" w:type="dxa"/>
              <w:bottom w:w="57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氏名（ふりがな）</w:t>
            </w:r>
          </w:p>
        </w:tc>
        <w:tc>
          <w:tcPr>
            <w:tcW w:type="dxa" w:w="6690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737" w:hRule="atLeast"/>
        </w:trPr>
        <w:tc>
          <w:tcPr>
            <w:tcW w:type="dxa" w:w="3175"/>
            <w:tcMar>
              <w:top w:w="57" w:type="dxa"/>
              <w:bottom w:w="57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生年月日・血液型</w:t>
            </w:r>
          </w:p>
        </w:tc>
        <w:tc>
          <w:tcPr>
            <w:tcW w:type="dxa" w:w="6690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737" w:hRule="atLeast"/>
        </w:trPr>
        <w:tc>
          <w:tcPr>
            <w:tcW w:type="dxa" w:w="3175"/>
            <w:tcMar>
              <w:top w:w="57" w:type="dxa"/>
              <w:bottom w:w="57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住所（郵便番号から）</w:t>
            </w:r>
          </w:p>
        </w:tc>
        <w:tc>
          <w:tcPr>
            <w:tcW w:type="dxa" w:w="6690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737" w:hRule="atLeast"/>
        </w:trPr>
        <w:tc>
          <w:tcPr>
            <w:tcW w:type="dxa" w:w="3175"/>
            <w:tcMar>
              <w:top w:w="57" w:type="dxa"/>
              <w:bottom w:w="57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本籍地（市区町村まで）</w:t>
            </w:r>
          </w:p>
        </w:tc>
        <w:tc>
          <w:tcPr>
            <w:tcW w:type="dxa" w:w="6690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737" w:hRule="atLeast"/>
        </w:trPr>
        <w:tc>
          <w:tcPr>
            <w:tcW w:type="dxa" w:w="3175"/>
            <w:tcMar>
              <w:top w:w="57" w:type="dxa"/>
              <w:bottom w:w="57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電話（自宅・携帯）</w:t>
            </w:r>
          </w:p>
        </w:tc>
        <w:tc>
          <w:tcPr>
            <w:tcW w:type="dxa" w:w="6690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737" w:hRule="atLeast"/>
        </w:trPr>
        <w:tc>
          <w:tcPr>
            <w:tcW w:type="dxa" w:w="3175"/>
            <w:tcMar>
              <w:top w:w="57" w:type="dxa"/>
              <w:bottom w:w="57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メールアドレス</w:t>
            </w:r>
          </w:p>
        </w:tc>
        <w:tc>
          <w:tcPr>
            <w:tcW w:type="dxa" w:w="6690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737" w:hRule="atLeast"/>
        </w:trPr>
        <w:tc>
          <w:tcPr>
            <w:tcW w:type="dxa" w:w="3175"/>
            <w:tcMar>
              <w:top w:w="57" w:type="dxa"/>
              <w:bottom w:w="57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勤務先・所属（あれば）</w:t>
            </w:r>
          </w:p>
        </w:tc>
        <w:tc>
          <w:tcPr>
            <w:tcW w:type="dxa" w:w="6690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737" w:hRule="atLeast"/>
        </w:trPr>
        <w:tc>
          <w:tcPr>
            <w:tcW w:type="dxa" w:w="3175"/>
            <w:tcMar>
              <w:top w:w="57" w:type="dxa"/>
              <w:bottom w:w="57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最終学歴・職歴（任意）</w:t>
            </w:r>
          </w:p>
        </w:tc>
        <w:tc>
          <w:tcPr>
            <w:tcW w:type="dxa" w:w="6690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737" w:hRule="atLeast"/>
        </w:trPr>
        <w:tc>
          <w:tcPr>
            <w:tcW w:type="dxa" w:w="3175"/>
            <w:tcMar>
              <w:top w:w="57" w:type="dxa"/>
              <w:bottom w:w="57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宗教・菩提寺（あれば）</w:t>
            </w:r>
          </w:p>
        </w:tc>
        <w:tc>
          <w:tcPr>
            <w:tcW w:type="dxa" w:w="6690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1202" w:hRule="atLeast"/>
        </w:trPr>
        <w:tc>
          <w:tcPr>
            <w:tcW w:type="dxa" w:w="3175"/>
            <w:tcMar>
              <w:top w:w="57" w:type="dxa"/>
              <w:bottom w:w="57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運転免許証・健康保険証・マイナンバーカード・年金手帳または基礎年金番号通知書（年金証書）の保管場所</w:t>
            </w:r>
          </w:p>
        </w:tc>
        <w:tc>
          <w:tcPr>
            <w:tcW w:type="dxa" w:w="6690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737" w:hRule="atLeast"/>
        </w:trPr>
        <w:tc>
          <w:tcPr>
            <w:tcW w:type="dxa" w:w="3175"/>
            <w:tcMar>
              <w:top w:w="57" w:type="dxa"/>
              <w:bottom w:w="57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加入している年金（国民年金・厚生年金・企業年金）</w:t>
            </w:r>
          </w:p>
        </w:tc>
        <w:tc>
          <w:tcPr>
            <w:tcW w:type="dxa" w:w="6690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1843" w:hRule="atLeast"/>
        </w:trPr>
        <w:tc>
          <w:tcPr>
            <w:tcW w:type="dxa" w:w="3175"/>
            <w:tcMar>
              <w:top w:w="57" w:type="dxa"/>
              <w:bottom w:w="57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好きなもの・大事にしていること</w:t>
            </w:r>
          </w:p>
        </w:tc>
        <w:tc>
          <w:tcPr>
            <w:tcW w:type="dxa" w:w="6690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</w:tbl>
    <w:p>
      <w:pPr>
        <w:spacing w:before="0" w:after="0" w:line="113" w:lineRule="exact"/>
      </w:pPr>
    </w:p>
    <w:p>
      <w:pPr>
        <w:spacing w:before="60" w:after="40"/>
        <w:keepNext/>
        <w:pageBreakBefore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第2章　連絡してほしい人</w:t>
      </w:r>
    </w:p>
    <w:p>
      <w:pPr>
        <w:keepNext/>
        <w:spacing w:before="40" w:after="60" w:line="250" w:lineRule="exact"/>
      </w:pPr>
      <w:r>
        <w:rPr>
          <w:rFonts w:ascii="Yu Gothic" w:hAnsi="Yu Gothic" w:eastAsia="Yu Gothic"/>
          <w:b w:val="0"/>
          <w:i w:val="0"/>
          <w:color w:val="66707A"/>
          <w:sz w:val="17"/>
        </w:rPr>
        <w:t>知らせてほしい人を、家族・親族、友人・知人、勤め先・仲間、かかりつけ医・ケアマネジャー・民生委員などから書いてください。</w:t>
      </w:r>
    </w:p>
    <w:tbl>
      <w:tblPr>
        <w:tblW w:type="dxa" w:w="9865"/>
        <w:tblInd w:w="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814"/>
        <w:gridCol w:w="1247"/>
        <w:gridCol w:w="1814"/>
        <w:gridCol w:w="2268"/>
        <w:gridCol w:w="2721"/>
      </w:tblGrid>
      <w:tr>
        <w:trPr>
          <w:cantSplit/>
          <w:trHeight w:val="454" w:hRule="atLeast"/>
        </w:trPr>
        <w:tc>
          <w:tcPr>
            <w:tcW w:type="dxa" w:w="1814"/>
            <w:tcMar>
              <w:top w:w="45" w:type="dxa"/>
              <w:bottom w:w="45" w:type="dxa"/>
              <w:left w:w="85" w:type="dxa"/>
              <w:right w:w="85" w:type="dxa"/>
            </w:tcMar>
            <w:shd w:val="clear" w:color="auto" w:fill="1B3A5C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6"/>
              </w:rPr>
              <w:t>氏名</w:t>
            </w:r>
          </w:p>
        </w:tc>
        <w:tc>
          <w:tcPr>
            <w:tcW w:type="dxa" w:w="1247"/>
            <w:tcMar>
              <w:top w:w="45" w:type="dxa"/>
              <w:bottom w:w="45" w:type="dxa"/>
              <w:left w:w="85" w:type="dxa"/>
              <w:right w:w="85" w:type="dxa"/>
            </w:tcMar>
            <w:shd w:val="clear" w:color="auto" w:fill="1B3A5C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6"/>
              </w:rPr>
              <w:t>関係</w:t>
            </w:r>
          </w:p>
        </w:tc>
        <w:tc>
          <w:tcPr>
            <w:tcW w:type="dxa" w:w="1814"/>
            <w:tcMar>
              <w:top w:w="45" w:type="dxa"/>
              <w:bottom w:w="45" w:type="dxa"/>
              <w:left w:w="85" w:type="dxa"/>
              <w:right w:w="85" w:type="dxa"/>
            </w:tcMar>
            <w:shd w:val="clear" w:color="auto" w:fill="1B3A5C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6"/>
              </w:rPr>
              <w:t>電話</w:t>
            </w:r>
          </w:p>
        </w:tc>
        <w:tc>
          <w:tcPr>
            <w:tcW w:type="dxa" w:w="2268"/>
            <w:tcMar>
              <w:top w:w="45" w:type="dxa"/>
              <w:bottom w:w="45" w:type="dxa"/>
              <w:left w:w="85" w:type="dxa"/>
              <w:right w:w="85" w:type="dxa"/>
            </w:tcMar>
            <w:shd w:val="clear" w:color="auto" w:fill="1B3A5C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6"/>
              </w:rPr>
              <w:t>住所またはメール</w:t>
            </w:r>
          </w:p>
        </w:tc>
        <w:tc>
          <w:tcPr>
            <w:tcW w:type="dxa" w:w="2721"/>
            <w:tcMar>
              <w:top w:w="45" w:type="dxa"/>
              <w:bottom w:w="45" w:type="dxa"/>
              <w:left w:w="85" w:type="dxa"/>
              <w:right w:w="85" w:type="dxa"/>
            </w:tcMar>
            <w:shd w:val="clear" w:color="auto" w:fill="1B3A5C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6"/>
              </w:rPr>
              <w:t>連絡してほしい場面（入院・亡くなったとき・どちらも）</w:t>
            </w:r>
          </w:p>
        </w:tc>
      </w:tr>
      <w:tr>
        <w:trPr>
          <w:cantSplit/>
          <w:trHeight w:val="737" w:hRule="atLeast"/>
        </w:trPr>
        <w:tc>
          <w:tcPr>
            <w:tcW w:type="dxa" w:w="1814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247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814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2268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2721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737" w:hRule="atLeast"/>
        </w:trPr>
        <w:tc>
          <w:tcPr>
            <w:tcW w:type="dxa" w:w="1814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247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814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2268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2721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737" w:hRule="atLeast"/>
        </w:trPr>
        <w:tc>
          <w:tcPr>
            <w:tcW w:type="dxa" w:w="1814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247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814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2268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2721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737" w:hRule="atLeast"/>
        </w:trPr>
        <w:tc>
          <w:tcPr>
            <w:tcW w:type="dxa" w:w="1814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247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814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2268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2721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737" w:hRule="atLeast"/>
        </w:trPr>
        <w:tc>
          <w:tcPr>
            <w:tcW w:type="dxa" w:w="1814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247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814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2268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2721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737" w:hRule="atLeast"/>
        </w:trPr>
        <w:tc>
          <w:tcPr>
            <w:tcW w:type="dxa" w:w="1814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247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814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2268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2721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737" w:hRule="atLeast"/>
        </w:trPr>
        <w:tc>
          <w:tcPr>
            <w:tcW w:type="dxa" w:w="1814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247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814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2268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2721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737" w:hRule="atLeast"/>
        </w:trPr>
        <w:tc>
          <w:tcPr>
            <w:tcW w:type="dxa" w:w="1814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247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814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2268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2721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</w:tbl>
    <w:p>
      <w:pPr>
        <w:spacing w:before="0" w:after="0" w:line="113" w:lineRule="exact"/>
      </w:pPr>
    </w:p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175"/>
        <w:gridCol w:w="6690"/>
      </w:tblGrid>
      <w:tr>
        <w:trPr>
          <w:cantSplit/>
          <w:trHeight w:val="737" w:hRule="atLeast"/>
        </w:trPr>
        <w:tc>
          <w:tcPr>
            <w:tcW w:type="dxa" w:w="3175"/>
            <w:tcMar>
              <w:top w:w="57" w:type="dxa"/>
              <w:bottom w:w="57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連絡してほしくない人（任意）：氏名と理由</w:t>
            </w:r>
          </w:p>
        </w:tc>
        <w:tc>
          <w:tcPr>
            <w:tcW w:type="dxa" w:w="6690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</w:tbl>
    <w:p>
      <w:pPr>
        <w:spacing w:before="0" w:after="0" w:line="113" w:lineRule="exact"/>
      </w:pPr>
    </w:p>
    <w:p>
      <w:pPr>
        <w:spacing w:before="60" w:after="40"/>
        <w:keepNext/>
        <w:pageBreakBefore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第3章　医療と介護の希望</w:t>
      </w:r>
    </w:p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175"/>
        <w:gridCol w:w="6690"/>
      </w:tblGrid>
      <w:tr>
        <w:trPr>
          <w:cantSplit/>
          <w:trHeight w:val="737" w:hRule="atLeast"/>
        </w:trPr>
        <w:tc>
          <w:tcPr>
            <w:tcW w:type="dxa" w:w="3175"/>
            <w:tcMar>
              <w:top w:w="57" w:type="dxa"/>
              <w:bottom w:w="57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かかりつけ医・病院名</w:t>
            </w:r>
          </w:p>
        </w:tc>
        <w:tc>
          <w:tcPr>
            <w:tcW w:type="dxa" w:w="6690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1202" w:hRule="atLeast"/>
        </w:trPr>
        <w:tc>
          <w:tcPr>
            <w:tcW w:type="dxa" w:w="3175"/>
            <w:tcMar>
              <w:top w:w="57" w:type="dxa"/>
              <w:bottom w:w="57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持病・アレルギー・服用中の薬（お薬手帳の保管場所）</w:t>
            </w:r>
          </w:p>
        </w:tc>
        <w:tc>
          <w:tcPr>
            <w:tcW w:type="dxa" w:w="6690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737" w:hRule="atLeast"/>
        </w:trPr>
        <w:tc>
          <w:tcPr>
            <w:tcW w:type="dxa" w:w="3175"/>
            <w:tcMar>
              <w:top w:w="57" w:type="dxa"/>
              <w:bottom w:w="57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介護が必要になったとき</w:t>
            </w:r>
          </w:p>
        </w:tc>
        <w:tc>
          <w:tcPr>
            <w:tcW w:type="dxa" w:w="6690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8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 xml:space="preserve">□自宅で　</w:t>
            </w: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 xml:space="preserve">□施設や病院で　</w:t>
            </w: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 xml:space="preserve">□家族に任せる　</w:t>
            </w: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□その他（</w:t>
            </w: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 xml:space="preserve">　　　　　　　　</w:t>
            </w: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）</w:t>
            </w:r>
          </w:p>
        </w:tc>
      </w:tr>
      <w:tr>
        <w:trPr>
          <w:cantSplit/>
          <w:trHeight w:val="737" w:hRule="atLeast"/>
        </w:trPr>
        <w:tc>
          <w:tcPr>
            <w:tcW w:type="dxa" w:w="3175"/>
            <w:tcMar>
              <w:top w:w="57" w:type="dxa"/>
              <w:bottom w:w="57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病名・余命の告知</w:t>
            </w:r>
          </w:p>
        </w:tc>
        <w:tc>
          <w:tcPr>
            <w:tcW w:type="dxa" w:w="6690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8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 xml:space="preserve">□ありのまま知らせてほしい　</w:t>
            </w: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 xml:space="preserve">□知らせないでほしい　</w:t>
            </w: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 xml:space="preserve">□家族に任せる　</w:t>
            </w:r>
          </w:p>
        </w:tc>
      </w:tr>
      <w:tr>
        <w:trPr>
          <w:cantSplit/>
          <w:trHeight w:val="1701" w:hRule="atLeast"/>
        </w:trPr>
        <w:tc>
          <w:tcPr>
            <w:tcW w:type="dxa" w:w="3175"/>
            <w:tcMar>
              <w:top w:w="57" w:type="dxa"/>
              <w:bottom w:w="57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延命の治療について（考えていることを書く欄）</w:t>
            </w:r>
          </w:p>
        </w:tc>
        <w:tc>
          <w:tcPr>
            <w:tcW w:type="dxa" w:w="6690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</w:tbl>
    <w:p>
      <w:pPr>
        <w:spacing w:before="0" w:after="0" w:line="113" w:lineRule="exact"/>
      </w:pPr>
    </w:p>
    <w:tbl>
      <w:tblPr>
        <w:tblW w:type="dxa" w:w="9865"/>
        <w:tblInd w:w="19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865"/>
      </w:tblGrid>
      <w:tr>
        <w:trPr>
          <w:cantSplit/>
        </w:trPr>
        <w:tc>
          <w:tcPr>
            <w:tcW w:type="dxa" w:w="9865"/>
            <w:tcMar>
              <w:top w:w="68" w:type="dxa"/>
              <w:bottom w:w="85" w:type="dxa"/>
              <w:left w:w="198" w:type="dxa"/>
              <w:right w:w="198" w:type="dxa"/>
            </w:tcMar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10" w:space="0" w:color="1B3A5C"/>
            </w:tcBorders>
          </w:tcPr>
          <w:p>
            <w:pPr>
              <w:spacing w:before="0" w:after="20" w:line="27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上の延命の治療の欄は、希望の記録で、医療の現場で従わせる書面ではありません。医療機関には本人の意思を確認する別の書式があるので、書面にしたいときは通院先に尋ねてください。</w:t>
            </w:r>
          </w:p>
        </w:tc>
      </w:tr>
    </w:tbl>
    <w:p>
      <w:pPr>
        <w:spacing w:before="0" w:after="0" w:line="113" w:lineRule="exact"/>
      </w:pPr>
    </w:p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175"/>
        <w:gridCol w:w="6690"/>
      </w:tblGrid>
      <w:tr>
        <w:trPr>
          <w:cantSplit/>
          <w:trHeight w:val="737" w:hRule="atLeast"/>
        </w:trPr>
        <w:tc>
          <w:tcPr>
            <w:tcW w:type="dxa" w:w="3175"/>
            <w:tcMar>
              <w:top w:w="57" w:type="dxa"/>
              <w:bottom w:w="57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判断できなくなったときに、わたしの代わりに話を聞いてほしい人（氏名・連絡先）</w:t>
            </w:r>
          </w:p>
        </w:tc>
        <w:tc>
          <w:tcPr>
            <w:tcW w:type="dxa" w:w="6690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</w:tbl>
    <w:p>
      <w:pPr>
        <w:spacing w:before="0" w:after="0" w:line="113" w:lineRule="exact"/>
      </w:pPr>
    </w:p>
    <w:p>
      <w:pPr>
        <w:spacing w:before="60" w:after="40"/>
        <w:keepNext/>
        <w:pageBreakBefore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第4章　葬儀とお墓の希望</w:t>
      </w:r>
    </w:p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175"/>
        <w:gridCol w:w="6690"/>
      </w:tblGrid>
      <w:tr>
        <w:trPr>
          <w:cantSplit/>
          <w:trHeight w:val="737" w:hRule="atLeast"/>
        </w:trPr>
        <w:tc>
          <w:tcPr>
            <w:tcW w:type="dxa" w:w="3175"/>
            <w:tcMar>
              <w:top w:w="57" w:type="dxa"/>
              <w:bottom w:w="57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葬儀</w:t>
            </w:r>
          </w:p>
        </w:tc>
        <w:tc>
          <w:tcPr>
            <w:tcW w:type="dxa" w:w="6690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8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 xml:space="preserve">□家族だけで　</w:t>
            </w: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 xml:space="preserve">□親しい人だけで　</w:t>
            </w: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 xml:space="preserve">□一般の形で　</w:t>
            </w: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 xml:space="preserve">□しなくてよい　</w:t>
            </w: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 xml:space="preserve">□家族に任せる　</w:t>
            </w:r>
          </w:p>
        </w:tc>
      </w:tr>
      <w:tr>
        <w:trPr>
          <w:cantSplit/>
          <w:trHeight w:val="737" w:hRule="atLeast"/>
        </w:trPr>
        <w:tc>
          <w:tcPr>
            <w:tcW w:type="dxa" w:w="3175"/>
            <w:tcMar>
              <w:top w:w="57" w:type="dxa"/>
              <w:bottom w:w="57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連絡してほしい人（第2章に印を付ける）・遺影にしてほしい写真の場所</w:t>
            </w:r>
          </w:p>
        </w:tc>
        <w:tc>
          <w:tcPr>
            <w:tcW w:type="dxa" w:w="6690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737" w:hRule="atLeast"/>
        </w:trPr>
        <w:tc>
          <w:tcPr>
            <w:tcW w:type="dxa" w:w="3175"/>
            <w:tcMar>
              <w:top w:w="57" w:type="dxa"/>
              <w:bottom w:w="57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宗教の形式・お寺や会館の希望</w:t>
            </w:r>
          </w:p>
        </w:tc>
        <w:tc>
          <w:tcPr>
            <w:tcW w:type="dxa" w:w="6690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737" w:hRule="atLeast"/>
        </w:trPr>
        <w:tc>
          <w:tcPr>
            <w:tcW w:type="dxa" w:w="3175"/>
            <w:tcMar>
              <w:top w:w="57" w:type="dxa"/>
              <w:bottom w:w="57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費用の用意</w:t>
            </w:r>
          </w:p>
        </w:tc>
        <w:tc>
          <w:tcPr>
            <w:tcW w:type="dxa" w:w="6690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8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 xml:space="preserve">□用意してある　</w:t>
            </w: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 xml:space="preserve">□これから　</w:t>
            </w:r>
          </w:p>
        </w:tc>
      </w:tr>
      <w:tr>
        <w:trPr>
          <w:cantSplit/>
          <w:trHeight w:val="737" w:hRule="atLeast"/>
        </w:trPr>
        <w:tc>
          <w:tcPr>
            <w:tcW w:type="dxa" w:w="3175"/>
            <w:tcMar>
              <w:top w:w="57" w:type="dxa"/>
              <w:bottom w:w="57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費用を用意してある場所（第5章に書いた場合はその旨）</w:t>
            </w:r>
          </w:p>
        </w:tc>
        <w:tc>
          <w:tcPr>
            <w:tcW w:type="dxa" w:w="6690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737" w:hRule="atLeast"/>
        </w:trPr>
        <w:tc>
          <w:tcPr>
            <w:tcW w:type="dxa" w:w="3175"/>
            <w:tcMar>
              <w:top w:w="57" w:type="dxa"/>
              <w:bottom w:w="57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お墓・納骨</w:t>
            </w:r>
          </w:p>
        </w:tc>
        <w:tc>
          <w:tcPr>
            <w:tcW w:type="dxa" w:w="6690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8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 xml:space="preserve">□代々の墓　</w:t>
            </w: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 xml:space="preserve">□新しく購入済み　</w:t>
            </w: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 xml:space="preserve">□永代供養　</w:t>
            </w: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 xml:space="preserve">□樹木葬・散骨など　</w:t>
            </w: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 xml:space="preserve">□家族に任せる　</w:t>
            </w:r>
          </w:p>
        </w:tc>
      </w:tr>
      <w:tr>
        <w:trPr>
          <w:cantSplit/>
          <w:trHeight w:val="737" w:hRule="atLeast"/>
        </w:trPr>
        <w:tc>
          <w:tcPr>
            <w:tcW w:type="dxa" w:w="3175"/>
            <w:tcMar>
              <w:top w:w="57" w:type="dxa"/>
              <w:bottom w:w="57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お墓の場所・名義（あれば）</w:t>
            </w:r>
          </w:p>
        </w:tc>
        <w:tc>
          <w:tcPr>
            <w:tcW w:type="dxa" w:w="6690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737" w:hRule="atLeast"/>
        </w:trPr>
        <w:tc>
          <w:tcPr>
            <w:tcW w:type="dxa" w:w="3175"/>
            <w:tcMar>
              <w:top w:w="57" w:type="dxa"/>
              <w:bottom w:w="57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葬儀社・互助会の契約（あれば名称・契約番号の下4桁・連絡先）</w:t>
            </w:r>
          </w:p>
        </w:tc>
        <w:tc>
          <w:tcPr>
            <w:tcW w:type="dxa" w:w="6690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1559" w:hRule="atLeast"/>
        </w:trPr>
        <w:tc>
          <w:tcPr>
            <w:tcW w:type="dxa" w:w="3175"/>
            <w:tcMar>
              <w:top w:w="57" w:type="dxa"/>
              <w:bottom w:w="57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伝えておきたいこと</w:t>
            </w:r>
          </w:p>
        </w:tc>
        <w:tc>
          <w:tcPr>
            <w:tcW w:type="dxa" w:w="6690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</w:tbl>
    <w:p>
      <w:pPr>
        <w:spacing w:before="0" w:after="0" w:line="113" w:lineRule="exact"/>
      </w:pPr>
    </w:p>
    <w:p>
      <w:pPr>
        <w:spacing w:before="60" w:after="40"/>
        <w:keepNext/>
        <w:pageBreakBefore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第5章　お金と財産</w:t>
      </w:r>
    </w:p>
    <w:tbl>
      <w:tblPr>
        <w:tblW w:type="dxa" w:w="9865"/>
        <w:tblInd w:w="19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865"/>
      </w:tblGrid>
      <w:tr>
        <w:trPr>
          <w:cantSplit/>
        </w:trPr>
        <w:tc>
          <w:tcPr>
            <w:tcW w:type="dxa" w:w="9865"/>
            <w:tcMar>
              <w:top w:w="68" w:type="dxa"/>
              <w:bottom w:w="85" w:type="dxa"/>
              <w:left w:w="198" w:type="dxa"/>
              <w:right w:w="198" w:type="dxa"/>
            </w:tcMar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10" w:space="0" w:color="1B3A5C"/>
            </w:tcBorders>
          </w:tcPr>
          <w:p>
            <w:pPr>
              <w:spacing w:before="0" w:after="20" w:line="27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金額の合計が自動で出る付属の Excel（ending_note_zaisan_keiyaku.xlsx）を使うと、この章は「ファイルの名前と置き場所」だけで足ります。</w:t>
            </w:r>
          </w:p>
        </w:tc>
      </w:tr>
    </w:tbl>
    <w:p>
      <w:pPr>
        <w:spacing w:before="0" w:after="0" w:line="113" w:lineRule="exact"/>
      </w:pPr>
    </w:p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175"/>
        <w:gridCol w:w="6690"/>
      </w:tblGrid>
      <w:tr>
        <w:trPr>
          <w:cantSplit/>
          <w:trHeight w:val="737" w:hRule="atLeast"/>
        </w:trPr>
        <w:tc>
          <w:tcPr>
            <w:tcW w:type="dxa" w:w="3175"/>
            <w:tcMar>
              <w:top w:w="57" w:type="dxa"/>
              <w:bottom w:w="57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Excel を使う場合：ファイル名・保存場所（パソコン／USB／クラウド）</w:t>
            </w:r>
          </w:p>
        </w:tc>
        <w:tc>
          <w:tcPr>
            <w:tcW w:type="dxa" w:w="6690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</w:tbl>
    <w:p>
      <w:pPr>
        <w:spacing w:before="0" w:after="0" w:line="113" w:lineRule="exact"/>
      </w:pPr>
    </w:p>
    <w:p>
      <w:pPr>
        <w:keepNext/>
        <w:spacing w:before="40" w:after="60" w:line="250" w:lineRule="exact"/>
      </w:pPr>
      <w:r>
        <w:rPr>
          <w:rFonts w:ascii="Yu Gothic" w:hAnsi="Yu Gothic" w:eastAsia="Yu Gothic"/>
          <w:b w:val="0"/>
          <w:i w:val="0"/>
          <w:color w:val="66707A"/>
          <w:sz w:val="17"/>
        </w:rPr>
        <w:t>紙に書く場合：預貯金・有価証券・保険・不動産・その他を書きます。口座番号は下4桁だけにしてください。</w:t>
      </w:r>
    </w:p>
    <w:tbl>
      <w:tblPr>
        <w:tblW w:type="dxa" w:w="9865"/>
        <w:tblInd w:w="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134"/>
        <w:gridCol w:w="2041"/>
        <w:gridCol w:w="1474"/>
        <w:gridCol w:w="1474"/>
        <w:gridCol w:w="1474"/>
        <w:gridCol w:w="2268"/>
      </w:tblGrid>
      <w:tr>
        <w:trPr>
          <w:cantSplit/>
          <w:trHeight w:val="454" w:hRule="atLeast"/>
        </w:trPr>
        <w:tc>
          <w:tcPr>
            <w:tcW w:type="dxa" w:w="1134"/>
            <w:tcMar>
              <w:top w:w="45" w:type="dxa"/>
              <w:bottom w:w="45" w:type="dxa"/>
              <w:left w:w="85" w:type="dxa"/>
              <w:right w:w="85" w:type="dxa"/>
            </w:tcMar>
            <w:shd w:val="clear" w:color="auto" w:fill="1B3A5C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6"/>
              </w:rPr>
              <w:t>区分</w:t>
            </w:r>
          </w:p>
        </w:tc>
        <w:tc>
          <w:tcPr>
            <w:tcW w:type="dxa" w:w="2041"/>
            <w:tcMar>
              <w:top w:w="45" w:type="dxa"/>
              <w:bottom w:w="45" w:type="dxa"/>
              <w:left w:w="85" w:type="dxa"/>
              <w:right w:w="85" w:type="dxa"/>
            </w:tcMar>
            <w:shd w:val="clear" w:color="auto" w:fill="1B3A5C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6"/>
              </w:rPr>
              <w:t>機関名・物件名</w:t>
            </w:r>
          </w:p>
        </w:tc>
        <w:tc>
          <w:tcPr>
            <w:tcW w:type="dxa" w:w="1474"/>
            <w:tcMar>
              <w:top w:w="45" w:type="dxa"/>
              <w:bottom w:w="45" w:type="dxa"/>
              <w:left w:w="85" w:type="dxa"/>
              <w:right w:w="85" w:type="dxa"/>
            </w:tcMar>
            <w:shd w:val="clear" w:color="auto" w:fill="1B3A5C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6"/>
              </w:rPr>
              <w:t>種類</w:t>
            </w:r>
          </w:p>
        </w:tc>
        <w:tc>
          <w:tcPr>
            <w:tcW w:type="dxa" w:w="1474"/>
            <w:tcMar>
              <w:top w:w="45" w:type="dxa"/>
              <w:bottom w:w="45" w:type="dxa"/>
              <w:left w:w="85" w:type="dxa"/>
              <w:right w:w="85" w:type="dxa"/>
            </w:tcMar>
            <w:shd w:val="clear" w:color="auto" w:fill="1B3A5C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6"/>
              </w:rPr>
              <w:t>口座番号（下4桁）</w:t>
            </w:r>
          </w:p>
        </w:tc>
        <w:tc>
          <w:tcPr>
            <w:tcW w:type="dxa" w:w="1474"/>
            <w:tcMar>
              <w:top w:w="45" w:type="dxa"/>
              <w:bottom w:w="45" w:type="dxa"/>
              <w:left w:w="85" w:type="dxa"/>
              <w:right w:w="85" w:type="dxa"/>
            </w:tcMar>
            <w:shd w:val="clear" w:color="auto" w:fill="1B3A5C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6"/>
              </w:rPr>
              <w:t>概算額</w:t>
            </w:r>
          </w:p>
        </w:tc>
        <w:tc>
          <w:tcPr>
            <w:tcW w:type="dxa" w:w="2268"/>
            <w:tcMar>
              <w:top w:w="45" w:type="dxa"/>
              <w:bottom w:w="45" w:type="dxa"/>
              <w:left w:w="85" w:type="dxa"/>
              <w:right w:w="85" w:type="dxa"/>
            </w:tcMar>
            <w:shd w:val="clear" w:color="auto" w:fill="1B3A5C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6"/>
              </w:rPr>
              <w:t>書類の保管場所</w:t>
            </w:r>
          </w:p>
        </w:tc>
      </w:tr>
      <w:tr>
        <w:trPr>
          <w:cantSplit/>
          <w:trHeight w:val="737" w:hRule="atLeast"/>
        </w:trPr>
        <w:tc>
          <w:tcPr>
            <w:tcW w:type="dxa" w:w="1134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2041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474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474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474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2268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737" w:hRule="atLeast"/>
        </w:trPr>
        <w:tc>
          <w:tcPr>
            <w:tcW w:type="dxa" w:w="1134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2041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474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474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474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2268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737" w:hRule="atLeast"/>
        </w:trPr>
        <w:tc>
          <w:tcPr>
            <w:tcW w:type="dxa" w:w="1134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2041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474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474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474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2268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737" w:hRule="atLeast"/>
        </w:trPr>
        <w:tc>
          <w:tcPr>
            <w:tcW w:type="dxa" w:w="1134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2041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474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474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474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2268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737" w:hRule="atLeast"/>
        </w:trPr>
        <w:tc>
          <w:tcPr>
            <w:tcW w:type="dxa" w:w="1134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2041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474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474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474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2268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737" w:hRule="atLeast"/>
        </w:trPr>
        <w:tc>
          <w:tcPr>
            <w:tcW w:type="dxa" w:w="1134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2041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474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474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474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2268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737" w:hRule="atLeast"/>
        </w:trPr>
        <w:tc>
          <w:tcPr>
            <w:tcW w:type="dxa" w:w="1134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2041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474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474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474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2268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</w:tbl>
    <w:p>
      <w:pPr>
        <w:spacing w:before="0" w:after="0" w:line="113" w:lineRule="exact"/>
      </w:pPr>
    </w:p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175"/>
        <w:gridCol w:w="6690"/>
      </w:tblGrid>
      <w:tr>
        <w:trPr>
          <w:cantSplit/>
          <w:trHeight w:val="1202" w:hRule="atLeast"/>
        </w:trPr>
        <w:tc>
          <w:tcPr>
            <w:tcW w:type="dxa" w:w="3175"/>
            <w:tcMar>
              <w:top w:w="57" w:type="dxa"/>
              <w:bottom w:w="57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借入・ローン・カードの未払い</w:t>
            </w:r>
          </w:p>
        </w:tc>
        <w:tc>
          <w:tcPr>
            <w:tcW w:type="dxa" w:w="6690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</w:tbl>
    <w:p>
      <w:pPr>
        <w:spacing w:before="0" w:after="0" w:line="113" w:lineRule="exact"/>
      </w:pPr>
    </w:p>
    <w:tbl>
      <w:tblPr>
        <w:tblW w:type="dxa" w:w="9865"/>
        <w:tblInd w:w="19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865"/>
      </w:tblGrid>
      <w:tr>
        <w:trPr>
          <w:cantSplit/>
        </w:trPr>
        <w:tc>
          <w:tcPr>
            <w:tcW w:type="dxa" w:w="9865"/>
            <w:tcMar>
              <w:top w:w="68" w:type="dxa"/>
              <w:bottom w:w="85" w:type="dxa"/>
              <w:left w:w="198" w:type="dxa"/>
              <w:right w:w="198" w:type="dxa"/>
            </w:tcMar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10" w:space="0" w:color="1B3A5C"/>
            </w:tcBorders>
          </w:tcPr>
          <w:p>
            <w:pPr>
              <w:spacing w:before="0" w:after="20" w:line="27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財産の金額は「概算のメモ」です。相続税の評価や遺産分割の基準にはなりません。</w:t>
            </w:r>
          </w:p>
        </w:tc>
      </w:tr>
    </w:tbl>
    <w:p>
      <w:pPr>
        <w:spacing w:before="0" w:after="0" w:line="113" w:lineRule="exact"/>
      </w:pPr>
    </w:p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175"/>
        <w:gridCol w:w="6690"/>
      </w:tblGrid>
      <w:tr>
        <w:trPr>
          <w:cantSplit/>
          <w:trHeight w:val="737" w:hRule="atLeast"/>
        </w:trPr>
        <w:tc>
          <w:tcPr>
            <w:tcW w:type="dxa" w:w="3175"/>
            <w:tcMar>
              <w:top w:w="57" w:type="dxa"/>
              <w:bottom w:w="57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通帳・証書・権利証（登記識別情報）・実印の保管場所</w:t>
            </w:r>
          </w:p>
        </w:tc>
        <w:tc>
          <w:tcPr>
            <w:tcW w:type="dxa" w:w="6690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</w:tbl>
    <w:p>
      <w:pPr>
        <w:spacing w:before="0" w:after="0" w:line="113" w:lineRule="exact"/>
      </w:pPr>
    </w:p>
    <w:p>
      <w:pPr>
        <w:spacing w:before="60" w:after="40"/>
        <w:keepNext/>
        <w:pageBreakBefore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第6章　契約・サブスク・デジタルのこと</w:t>
      </w:r>
    </w:p>
    <w:p>
      <w:pPr>
        <w:keepNext/>
        <w:spacing w:before="40" w:after="60" w:line="250" w:lineRule="exact"/>
      </w:pPr>
      <w:r>
        <w:rPr>
          <w:rFonts w:ascii="Yu Gothic" w:hAnsi="Yu Gothic" w:eastAsia="Yu Gothic"/>
          <w:b w:val="0"/>
          <w:i w:val="0"/>
          <w:color w:val="66707A"/>
          <w:sz w:val="17"/>
        </w:rPr>
        <w:t>毎月・毎年お金が出ていく契約を書きます（付属 Excel の「契約」シートに書く場合は、ファイル名だけで足ります）。</w:t>
      </w:r>
    </w:p>
    <w:tbl>
      <w:tblPr>
        <w:tblW w:type="dxa" w:w="9865"/>
        <w:tblInd w:w="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928"/>
        <w:gridCol w:w="1247"/>
        <w:gridCol w:w="1701"/>
        <w:gridCol w:w="1361"/>
        <w:gridCol w:w="1928"/>
        <w:gridCol w:w="1701"/>
      </w:tblGrid>
      <w:tr>
        <w:trPr>
          <w:cantSplit/>
          <w:trHeight w:val="454" w:hRule="atLeast"/>
        </w:trPr>
        <w:tc>
          <w:tcPr>
            <w:tcW w:type="dxa" w:w="1928"/>
            <w:tcMar>
              <w:top w:w="45" w:type="dxa"/>
              <w:bottom w:w="45" w:type="dxa"/>
              <w:left w:w="85" w:type="dxa"/>
              <w:right w:w="85" w:type="dxa"/>
            </w:tcMar>
            <w:shd w:val="clear" w:color="auto" w:fill="1B3A5C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6"/>
              </w:rPr>
              <w:t>サービス名</w:t>
            </w:r>
          </w:p>
        </w:tc>
        <w:tc>
          <w:tcPr>
            <w:tcW w:type="dxa" w:w="1247"/>
            <w:tcMar>
              <w:top w:w="45" w:type="dxa"/>
              <w:bottom w:w="45" w:type="dxa"/>
              <w:left w:w="85" w:type="dxa"/>
              <w:right w:w="85" w:type="dxa"/>
            </w:tcMar>
            <w:shd w:val="clear" w:color="auto" w:fill="1B3A5C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6"/>
              </w:rPr>
              <w:t>分類</w:t>
            </w:r>
          </w:p>
        </w:tc>
        <w:tc>
          <w:tcPr>
            <w:tcW w:type="dxa" w:w="1701"/>
            <w:tcMar>
              <w:top w:w="45" w:type="dxa"/>
              <w:bottom w:w="45" w:type="dxa"/>
              <w:left w:w="85" w:type="dxa"/>
              <w:right w:w="85" w:type="dxa"/>
            </w:tcMar>
            <w:shd w:val="clear" w:color="auto" w:fill="1B3A5C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6"/>
              </w:rPr>
              <w:t>支払い方法（カードは下4桁）</w:t>
            </w:r>
          </w:p>
        </w:tc>
        <w:tc>
          <w:tcPr>
            <w:tcW w:type="dxa" w:w="1361"/>
            <w:tcMar>
              <w:top w:w="45" w:type="dxa"/>
              <w:bottom w:w="45" w:type="dxa"/>
              <w:left w:w="85" w:type="dxa"/>
              <w:right w:w="85" w:type="dxa"/>
            </w:tcMar>
            <w:shd w:val="clear" w:color="auto" w:fill="1B3A5C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6"/>
              </w:rPr>
              <w:t>金額と周期</w:t>
            </w:r>
          </w:p>
        </w:tc>
        <w:tc>
          <w:tcPr>
            <w:tcW w:type="dxa" w:w="1928"/>
            <w:tcMar>
              <w:top w:w="45" w:type="dxa"/>
              <w:bottom w:w="45" w:type="dxa"/>
              <w:left w:w="85" w:type="dxa"/>
              <w:right w:w="85" w:type="dxa"/>
            </w:tcMar>
            <w:shd w:val="clear" w:color="auto" w:fill="1B3A5C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6"/>
              </w:rPr>
              <w:t>解約の連絡先</w:t>
            </w:r>
          </w:p>
        </w:tc>
        <w:tc>
          <w:tcPr>
            <w:tcW w:type="dxa" w:w="1701"/>
            <w:tcMar>
              <w:top w:w="45" w:type="dxa"/>
              <w:bottom w:w="45" w:type="dxa"/>
              <w:left w:w="85" w:type="dxa"/>
              <w:right w:w="85" w:type="dxa"/>
            </w:tcMar>
            <w:shd w:val="clear" w:color="auto" w:fill="1B3A5C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6"/>
              </w:rPr>
              <w:t>遺族に最初にしてほしいこと</w:t>
            </w:r>
          </w:p>
        </w:tc>
      </w:tr>
      <w:tr>
        <w:trPr>
          <w:cantSplit/>
          <w:trHeight w:val="652" w:hRule="atLeast"/>
        </w:trPr>
        <w:tc>
          <w:tcPr>
            <w:tcW w:type="dxa" w:w="1928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247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701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361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928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701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652" w:hRule="atLeast"/>
        </w:trPr>
        <w:tc>
          <w:tcPr>
            <w:tcW w:type="dxa" w:w="1928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247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701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361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928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701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652" w:hRule="atLeast"/>
        </w:trPr>
        <w:tc>
          <w:tcPr>
            <w:tcW w:type="dxa" w:w="1928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247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701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361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928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701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652" w:hRule="atLeast"/>
        </w:trPr>
        <w:tc>
          <w:tcPr>
            <w:tcW w:type="dxa" w:w="1928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247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701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361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928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701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652" w:hRule="atLeast"/>
        </w:trPr>
        <w:tc>
          <w:tcPr>
            <w:tcW w:type="dxa" w:w="1928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247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701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361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928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701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652" w:hRule="atLeast"/>
        </w:trPr>
        <w:tc>
          <w:tcPr>
            <w:tcW w:type="dxa" w:w="1928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247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701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361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928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701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652" w:hRule="atLeast"/>
        </w:trPr>
        <w:tc>
          <w:tcPr>
            <w:tcW w:type="dxa" w:w="1928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247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701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361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928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701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652" w:hRule="atLeast"/>
        </w:trPr>
        <w:tc>
          <w:tcPr>
            <w:tcW w:type="dxa" w:w="1928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247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701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361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928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701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</w:tbl>
    <w:p>
      <w:pPr>
        <w:spacing w:before="0" w:after="0" w:line="113" w:lineRule="exact"/>
      </w:pPr>
    </w:p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175"/>
        <w:gridCol w:w="6690"/>
      </w:tblGrid>
      <w:tr>
        <w:trPr>
          <w:cantSplit/>
          <w:trHeight w:val="737" w:hRule="atLeast"/>
        </w:trPr>
        <w:tc>
          <w:tcPr>
            <w:tcW w:type="dxa" w:w="3175"/>
            <w:tcMar>
              <w:top w:w="57" w:type="dxa"/>
              <w:bottom w:w="57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スマホ・パソコンのロックを遺族が開けられる方法</w:t>
            </w:r>
          </w:p>
        </w:tc>
        <w:tc>
          <w:tcPr>
            <w:tcW w:type="dxa" w:w="6690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8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 xml:space="preserve">□マスキングした紙を保管した　</w:t>
            </w: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 xml:space="preserve">□家族だけが分かる合言葉を決めた　</w:t>
            </w: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 xml:space="preserve">□Apple の「故人アカウント管理連絡先」を設定した　</w:t>
            </w: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 xml:space="preserve">□Google の「アカウント無効化管理ツール」を設定した　</w:t>
            </w: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 xml:space="preserve">□まだ　</w:t>
            </w:r>
          </w:p>
        </w:tc>
      </w:tr>
      <w:tr>
        <w:trPr>
          <w:cantSplit/>
          <w:trHeight w:val="737" w:hRule="atLeast"/>
        </w:trPr>
        <w:tc>
          <w:tcPr>
            <w:tcW w:type="dxa" w:w="3175"/>
            <w:tcMar>
              <w:top w:w="57" w:type="dxa"/>
              <w:bottom w:w="57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マスキングした紙の保管場所・合言葉を知っている人（合言葉そのものは書かない）</w:t>
            </w:r>
          </w:p>
        </w:tc>
        <w:tc>
          <w:tcPr>
            <w:tcW w:type="dxa" w:w="6690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737" w:hRule="atLeast"/>
        </w:trPr>
        <w:tc>
          <w:tcPr>
            <w:tcW w:type="dxa" w:w="3175"/>
            <w:tcMar>
              <w:top w:w="57" w:type="dxa"/>
              <w:bottom w:w="57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パスワード管理のアプリを使っている</w:t>
            </w:r>
          </w:p>
        </w:tc>
        <w:tc>
          <w:tcPr>
            <w:tcW w:type="dxa" w:w="6690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8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 xml:space="preserve">□はい　</w:t>
            </w: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 xml:space="preserve">□いいえ　</w:t>
            </w: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□その他（</w:t>
            </w: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 xml:space="preserve">　　　　　　　　</w:t>
            </w: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）</w:t>
            </w:r>
          </w:p>
        </w:tc>
      </w:tr>
      <w:tr>
        <w:trPr>
          <w:cantSplit/>
          <w:trHeight w:val="737" w:hRule="atLeast"/>
        </w:trPr>
        <w:tc>
          <w:tcPr>
            <w:tcW w:type="dxa" w:w="3175"/>
            <w:tcMar>
              <w:top w:w="57" w:type="dxa"/>
              <w:bottom w:w="57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写真・動画・書類データの保存場所（スマホ／パソコン／クラウド／外付け）</w:t>
            </w:r>
          </w:p>
        </w:tc>
        <w:tc>
          <w:tcPr>
            <w:tcW w:type="dxa" w:w="6690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737" w:hRule="atLeast"/>
        </w:trPr>
        <w:tc>
          <w:tcPr>
            <w:tcW w:type="dxa" w:w="3175"/>
            <w:tcMar>
              <w:top w:w="57" w:type="dxa"/>
              <w:bottom w:w="57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SNS・メールのアカウントの扱い</w:t>
            </w:r>
          </w:p>
        </w:tc>
        <w:tc>
          <w:tcPr>
            <w:tcW w:type="dxa" w:w="6690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8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 xml:space="preserve">□閉じてほしい　</w:t>
            </w: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 xml:space="preserve">□そのままでよい　</w:t>
            </w: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 xml:space="preserve">□家族に任せる　</w:t>
            </w:r>
          </w:p>
        </w:tc>
      </w:tr>
    </w:tbl>
    <w:p>
      <w:pPr>
        <w:spacing w:before="0" w:after="0" w:line="113" w:lineRule="exact"/>
      </w:pPr>
    </w:p>
    <w:tbl>
      <w:tblPr>
        <w:tblW w:type="dxa" w:w="9865"/>
        <w:tblInd w:w="19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865"/>
      </w:tblGrid>
      <w:tr>
        <w:trPr>
          <w:cantSplit/>
        </w:trPr>
        <w:tc>
          <w:tcPr>
            <w:tcW w:type="dxa" w:w="9865"/>
            <w:tcMar>
              <w:top w:w="68" w:type="dxa"/>
              <w:bottom w:w="85" w:type="dxa"/>
              <w:left w:w="198" w:type="dxa"/>
              <w:right w:w="198" w:type="dxa"/>
            </w:tcMar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10" w:space="0" w:color="1B3A5C"/>
            </w:tcBorders>
          </w:tcPr>
          <w:p>
            <w:pPr>
              <w:spacing w:before="0" w:after="20" w:line="27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このノートと Excel には、ID・パスワードを書く欄を設けていません。紙やファイルが人の目に触れても困らないようにするためです。スマホのロックの残し方は、国民生活センターが紹介しているマスキングの方法などを使ってください。（理由と残し方は、ページ「スマホやパスワードの残し方（このノートに欄が無い理由）」）</w:t>
            </w:r>
          </w:p>
        </w:tc>
      </w:tr>
    </w:tbl>
    <w:p>
      <w:pPr>
        <w:spacing w:before="0" w:after="0" w:line="113" w:lineRule="exact"/>
      </w:pPr>
    </w:p>
    <w:p>
      <w:pPr>
        <w:spacing w:before="60" w:after="40"/>
        <w:keepNext/>
        <w:pageBreakBefore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第7章　住まい・もの・ペット</w:t>
      </w:r>
    </w:p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175"/>
        <w:gridCol w:w="6690"/>
      </w:tblGrid>
      <w:tr>
        <w:trPr>
          <w:cantSplit/>
          <w:trHeight w:val="737" w:hRule="atLeast"/>
        </w:trPr>
        <w:tc>
          <w:tcPr>
            <w:tcW w:type="dxa" w:w="3175"/>
            <w:tcMar>
              <w:top w:w="57" w:type="dxa"/>
              <w:bottom w:w="57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住まい</w:t>
            </w:r>
          </w:p>
        </w:tc>
        <w:tc>
          <w:tcPr>
            <w:tcW w:type="dxa" w:w="6690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8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 xml:space="preserve">□持ち家　</w:t>
            </w: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 xml:space="preserve">□賃貸　</w:t>
            </w:r>
          </w:p>
        </w:tc>
      </w:tr>
      <w:tr>
        <w:trPr>
          <w:cantSplit/>
          <w:trHeight w:val="737" w:hRule="atLeast"/>
        </w:trPr>
        <w:tc>
          <w:tcPr>
            <w:tcW w:type="dxa" w:w="3175"/>
            <w:tcMar>
              <w:top w:w="57" w:type="dxa"/>
              <w:bottom w:w="57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賃貸の管理会社・連絡先／住まいの鍵の保管場所</w:t>
            </w:r>
          </w:p>
        </w:tc>
        <w:tc>
          <w:tcPr>
            <w:tcW w:type="dxa" w:w="6690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737" w:hRule="atLeast"/>
        </w:trPr>
        <w:tc>
          <w:tcPr>
            <w:tcW w:type="dxa" w:w="3175"/>
            <w:tcMar>
              <w:top w:w="57" w:type="dxa"/>
              <w:bottom w:w="57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電気・ガス・水道・通信の契約先</w:t>
            </w:r>
          </w:p>
        </w:tc>
        <w:tc>
          <w:tcPr>
            <w:tcW w:type="dxa" w:w="6690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737" w:hRule="atLeast"/>
        </w:trPr>
        <w:tc>
          <w:tcPr>
            <w:tcW w:type="dxa" w:w="3175"/>
            <w:tcMar>
              <w:top w:w="57" w:type="dxa"/>
              <w:bottom w:w="57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預けているもの・借りているもの（貸金庫・トランクルーム・貸しているもの・借りているもの）</w:t>
            </w:r>
          </w:p>
        </w:tc>
        <w:tc>
          <w:tcPr>
            <w:tcW w:type="dxa" w:w="6690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1349" w:hRule="atLeast"/>
        </w:trPr>
        <w:tc>
          <w:tcPr>
            <w:tcW w:type="dxa" w:w="3175"/>
            <w:tcMar>
              <w:top w:w="57" w:type="dxa"/>
              <w:bottom w:w="57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形見分けの希望（もの・譲りたい人）</w:t>
            </w:r>
          </w:p>
        </w:tc>
        <w:tc>
          <w:tcPr>
            <w:tcW w:type="dxa" w:w="6690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737" w:hRule="atLeast"/>
        </w:trPr>
        <w:tc>
          <w:tcPr>
            <w:tcW w:type="dxa" w:w="3175"/>
            <w:tcMar>
              <w:top w:w="57" w:type="dxa"/>
              <w:bottom w:w="57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処分してよいもの・残してほしいもの</w:t>
            </w:r>
          </w:p>
        </w:tc>
        <w:tc>
          <w:tcPr>
            <w:tcW w:type="dxa" w:w="6690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</w:tbl>
    <w:p>
      <w:pPr>
        <w:spacing w:before="0" w:after="0" w:line="113" w:lineRule="exact"/>
      </w:pPr>
    </w:p>
    <w:p>
      <w:pPr>
        <w:keepNext/>
        <w:spacing w:before="80" w:after="40"/>
      </w:pPr>
      <w:r>
        <w:rPr>
          <w:rFonts w:ascii="Yu Gothic" w:hAnsi="Yu Gothic" w:eastAsia="Yu Gothic"/>
          <w:b/>
          <w:i w:val="0"/>
          <w:color w:val="1B3A5C"/>
          <w:sz w:val="20"/>
        </w:rPr>
        <w:t>ペット</w:t>
      </w:r>
    </w:p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175"/>
        <w:gridCol w:w="6690"/>
      </w:tblGrid>
      <w:tr>
        <w:trPr>
          <w:cantSplit/>
          <w:trHeight w:val="737" w:hRule="atLeast"/>
        </w:trPr>
        <w:tc>
          <w:tcPr>
            <w:tcW w:type="dxa" w:w="3175"/>
            <w:tcMar>
              <w:top w:w="57" w:type="dxa"/>
              <w:bottom w:w="57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名前・種類・年齢</w:t>
            </w:r>
          </w:p>
        </w:tc>
        <w:tc>
          <w:tcPr>
            <w:tcW w:type="dxa" w:w="6690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737" w:hRule="atLeast"/>
        </w:trPr>
        <w:tc>
          <w:tcPr>
            <w:tcW w:type="dxa" w:w="3175"/>
            <w:tcMar>
              <w:top w:w="57" w:type="dxa"/>
              <w:bottom w:w="57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かかりつけの動物病院・連絡先</w:t>
            </w:r>
          </w:p>
        </w:tc>
        <w:tc>
          <w:tcPr>
            <w:tcW w:type="dxa" w:w="6690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737" w:hRule="atLeast"/>
        </w:trPr>
        <w:tc>
          <w:tcPr>
            <w:tcW w:type="dxa" w:w="3175"/>
            <w:tcMar>
              <w:top w:w="57" w:type="dxa"/>
              <w:bottom w:w="57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えさ・薬・ワクチン・登録（鑑札・マイクロチップの番号は下4桁だけ）</w:t>
            </w:r>
          </w:p>
        </w:tc>
        <w:tc>
          <w:tcPr>
            <w:tcW w:type="dxa" w:w="6690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737" w:hRule="atLeast"/>
        </w:trPr>
        <w:tc>
          <w:tcPr>
            <w:tcW w:type="dxa" w:w="3175"/>
            <w:tcMar>
              <w:top w:w="57" w:type="dxa"/>
              <w:bottom w:w="57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わたしに何かあったとき世話をお願いしたい人（承諾済みか）</w:t>
            </w:r>
          </w:p>
        </w:tc>
        <w:tc>
          <w:tcPr>
            <w:tcW w:type="dxa" w:w="6690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737" w:hRule="atLeast"/>
        </w:trPr>
        <w:tc>
          <w:tcPr>
            <w:tcW w:type="dxa" w:w="3175"/>
            <w:tcMar>
              <w:top w:w="57" w:type="dxa"/>
              <w:bottom w:w="57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お願いしたい費用の目安</w:t>
            </w:r>
          </w:p>
        </w:tc>
        <w:tc>
          <w:tcPr>
            <w:tcW w:type="dxa" w:w="6690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737" w:hRule="atLeast"/>
        </w:trPr>
        <w:tc>
          <w:tcPr>
            <w:tcW w:type="dxa" w:w="3175"/>
            <w:tcMar>
              <w:top w:w="57" w:type="dxa"/>
              <w:bottom w:w="57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植木・畑・車・バイク・自転車（車検・保険の時期）</w:t>
            </w:r>
          </w:p>
        </w:tc>
        <w:tc>
          <w:tcPr>
            <w:tcW w:type="dxa" w:w="6690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</w:tbl>
    <w:p>
      <w:pPr>
        <w:spacing w:before="0" w:after="0" w:line="113" w:lineRule="exact"/>
      </w:pPr>
    </w:p>
    <w:p>
      <w:pPr>
        <w:spacing w:before="60" w:after="40"/>
        <w:keepNext/>
        <w:pageBreakBefore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第8章　遺言書のこと</w:t>
      </w:r>
    </w:p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175"/>
        <w:gridCol w:w="6690"/>
      </w:tblGrid>
      <w:tr>
        <w:trPr>
          <w:cantSplit/>
          <w:trHeight w:val="737" w:hRule="atLeast"/>
        </w:trPr>
        <w:tc>
          <w:tcPr>
            <w:tcW w:type="dxa" w:w="3175"/>
            <w:tcMar>
              <w:top w:w="57" w:type="dxa"/>
              <w:bottom w:w="57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遺言書</w:t>
            </w:r>
          </w:p>
        </w:tc>
        <w:tc>
          <w:tcPr>
            <w:tcW w:type="dxa" w:w="6690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8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 xml:space="preserve">□作っていない　</w:t>
            </w: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 xml:space="preserve">□作った：自筆　</w:t>
            </w: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 xml:space="preserve">□作った：公正証書　</w:t>
            </w: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 xml:space="preserve">□作った：法務局に預けた　</w:t>
            </w:r>
          </w:p>
        </w:tc>
      </w:tr>
      <w:tr>
        <w:trPr>
          <w:cantSplit/>
          <w:trHeight w:val="737" w:hRule="atLeast"/>
        </w:trPr>
        <w:tc>
          <w:tcPr>
            <w:tcW w:type="dxa" w:w="3175"/>
            <w:tcMar>
              <w:top w:w="57" w:type="dxa"/>
              <w:bottom w:w="57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作った日</w:t>
            </w:r>
          </w:p>
        </w:tc>
        <w:tc>
          <w:tcPr>
            <w:tcW w:type="dxa" w:w="6690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737" w:hRule="atLeast"/>
        </w:trPr>
        <w:tc>
          <w:tcPr>
            <w:tcW w:type="dxa" w:w="3175"/>
            <w:tcMar>
              <w:top w:w="57" w:type="dxa"/>
              <w:bottom w:w="57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保管場所・預けた法務局・公証役場の名称</w:t>
            </w:r>
          </w:p>
        </w:tc>
        <w:tc>
          <w:tcPr>
            <w:tcW w:type="dxa" w:w="6690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737" w:hRule="atLeast"/>
        </w:trPr>
        <w:tc>
          <w:tcPr>
            <w:tcW w:type="dxa" w:w="3175"/>
            <w:tcMar>
              <w:top w:w="57" w:type="dxa"/>
              <w:bottom w:w="57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相談した専門家（氏名・連絡先）</w:t>
            </w:r>
          </w:p>
        </w:tc>
        <w:tc>
          <w:tcPr>
            <w:tcW w:type="dxa" w:w="6690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</w:tbl>
    <w:p>
      <w:pPr>
        <w:spacing w:before="0" w:after="0" w:line="113" w:lineRule="exact"/>
      </w:pPr>
    </w:p>
    <w:tbl>
      <w:tblPr>
        <w:tblW w:type="dxa" w:w="9865"/>
        <w:tblInd w:w="19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865"/>
      </w:tblGrid>
      <w:tr>
        <w:trPr>
          <w:cantSplit/>
        </w:trPr>
        <w:tc>
          <w:tcPr>
            <w:tcW w:type="dxa" w:w="9865"/>
            <w:tcMar>
              <w:top w:w="68" w:type="dxa"/>
              <w:bottom w:w="85" w:type="dxa"/>
              <w:left w:w="198" w:type="dxa"/>
              <w:right w:w="198" w:type="dxa"/>
            </w:tcMar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10" w:space="0" w:color="1B3A5C"/>
            </w:tcBorders>
          </w:tcPr>
          <w:p>
            <w:pPr>
              <w:spacing w:before="0" w:after="20" w:line="27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このノートに「誰に何を渡す」と書いても、遺言書の代わりにはなりません。</w:t>
            </w:r>
          </w:p>
        </w:tc>
      </w:tr>
    </w:tbl>
    <w:p>
      <w:pPr>
        <w:spacing w:before="0" w:after="0" w:line="113" w:lineRule="exact"/>
      </w:pPr>
    </w:p>
    <w:p>
      <w:pPr>
        <w:spacing w:before="60" w:after="40"/>
        <w:keepNext/>
        <w:pageBreakBefore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第9章　家族へのメッセージ</w:t>
      </w:r>
    </w:p>
    <w:p>
      <w:pPr>
        <w:keepNext/>
        <w:spacing w:before="40" w:after="60" w:line="250" w:lineRule="exact"/>
      </w:pPr>
      <w:r>
        <w:rPr>
          <w:rFonts w:ascii="Yu Gothic" w:hAnsi="Yu Gothic" w:eastAsia="Yu Gothic"/>
          <w:b w:val="0"/>
          <w:i w:val="0"/>
          <w:color w:val="66707A"/>
          <w:sz w:val="17"/>
        </w:rPr>
        <w:t>書くきっかけがないときの書き出し：「あなたと最後に旅行に行ったのは＿＿」「言いそびれたのは＿＿」「あの日のことは＿＿」</w:t>
      </w:r>
    </w:p>
    <w:tbl>
      <w:tblPr>
        <w:tblW w:type="dxa" w:w="9865"/>
        <w:tblInd w:w="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494"/>
        <w:gridCol w:w="7370"/>
      </w:tblGrid>
      <w:tr>
        <w:trPr>
          <w:cantSplit/>
          <w:trHeight w:val="454" w:hRule="atLeast"/>
        </w:trPr>
        <w:tc>
          <w:tcPr>
            <w:tcW w:type="dxa" w:w="2494"/>
            <w:tcMar>
              <w:top w:w="45" w:type="dxa"/>
              <w:bottom w:w="45" w:type="dxa"/>
              <w:left w:w="85" w:type="dxa"/>
              <w:right w:w="85" w:type="dxa"/>
            </w:tcMar>
            <w:shd w:val="clear" w:color="auto" w:fill="1B3A5C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6"/>
              </w:rPr>
              <w:t>宛名（家族一人ひとり・友人・ありがとうを伝えたい人）</w:t>
            </w:r>
          </w:p>
        </w:tc>
        <w:tc>
          <w:tcPr>
            <w:tcW w:type="dxa" w:w="7370"/>
            <w:tcMar>
              <w:top w:w="45" w:type="dxa"/>
              <w:bottom w:w="45" w:type="dxa"/>
              <w:left w:w="85" w:type="dxa"/>
              <w:right w:w="85" w:type="dxa"/>
            </w:tcMar>
            <w:shd w:val="clear" w:color="auto" w:fill="1B3A5C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6"/>
              </w:rPr>
              <w:t>メッセージ</w:t>
            </w:r>
          </w:p>
        </w:tc>
      </w:tr>
      <w:tr>
        <w:trPr>
          <w:cantSplit/>
          <w:trHeight w:val="2324" w:hRule="atLeast"/>
        </w:trPr>
        <w:tc>
          <w:tcPr>
            <w:tcW w:type="dxa" w:w="2494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7370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2324" w:hRule="atLeast"/>
        </w:trPr>
        <w:tc>
          <w:tcPr>
            <w:tcW w:type="dxa" w:w="2494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7370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2324" w:hRule="atLeast"/>
        </w:trPr>
        <w:tc>
          <w:tcPr>
            <w:tcW w:type="dxa" w:w="2494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7370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2324" w:hRule="atLeast"/>
        </w:trPr>
        <w:tc>
          <w:tcPr>
            <w:tcW w:type="dxa" w:w="2494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7370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2324" w:hRule="atLeast"/>
        </w:trPr>
        <w:tc>
          <w:tcPr>
            <w:tcW w:type="dxa" w:w="2494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7370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</w:tbl>
    <w:p>
      <w:pPr>
        <w:spacing w:before="0" w:after="0" w:line="113" w:lineRule="exact"/>
      </w:pPr>
    </w:p>
    <w:p>
      <w:pPr>
        <w:spacing w:before="60" w:after="40"/>
        <w:keepNext/>
        <w:pageBreakBefore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第10章　このノートの管理</w:t>
      </w:r>
    </w:p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175"/>
        <w:gridCol w:w="6690"/>
      </w:tblGrid>
      <w:tr>
        <w:trPr>
          <w:cantSplit/>
          <w:trHeight w:val="737" w:hRule="atLeast"/>
        </w:trPr>
        <w:tc>
          <w:tcPr>
            <w:tcW w:type="dxa" w:w="3175"/>
            <w:tcMar>
              <w:top w:w="57" w:type="dxa"/>
              <w:bottom w:w="57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このノートの置き場所</w:t>
            </w:r>
          </w:p>
        </w:tc>
        <w:tc>
          <w:tcPr>
            <w:tcW w:type="dxa" w:w="6690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737" w:hRule="atLeast"/>
        </w:trPr>
        <w:tc>
          <w:tcPr>
            <w:tcW w:type="dxa" w:w="3175"/>
            <w:tcMar>
              <w:top w:w="57" w:type="dxa"/>
              <w:bottom w:w="57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ノートを知っている人（氏名）</w:t>
            </w:r>
          </w:p>
        </w:tc>
        <w:tc>
          <w:tcPr>
            <w:tcW w:type="dxa" w:w="6690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737" w:hRule="atLeast"/>
        </w:trPr>
        <w:tc>
          <w:tcPr>
            <w:tcW w:type="dxa" w:w="3175"/>
            <w:tcMar>
              <w:top w:w="57" w:type="dxa"/>
              <w:bottom w:w="57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コピーを渡した人</w:t>
            </w:r>
          </w:p>
        </w:tc>
        <w:tc>
          <w:tcPr>
            <w:tcW w:type="dxa" w:w="6690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</w:tbl>
    <w:p>
      <w:pPr>
        <w:spacing w:before="0" w:after="0" w:line="113" w:lineRule="exact"/>
      </w:pPr>
    </w:p>
    <w:tbl>
      <w:tblPr>
        <w:tblW w:type="dxa" w:w="9865"/>
        <w:tblInd w:w="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402"/>
        <w:gridCol w:w="6463"/>
      </w:tblGrid>
      <w:tr>
        <w:trPr>
          <w:cantSplit/>
          <w:trHeight w:val="454" w:hRule="atLeast"/>
        </w:trPr>
        <w:tc>
          <w:tcPr>
            <w:tcW w:type="dxa" w:w="3402"/>
            <w:tcMar>
              <w:top w:w="45" w:type="dxa"/>
              <w:bottom w:w="45" w:type="dxa"/>
              <w:left w:w="85" w:type="dxa"/>
              <w:right w:w="85" w:type="dxa"/>
            </w:tcMar>
            <w:shd w:val="clear" w:color="auto" w:fill="1B3A5C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6"/>
              </w:rPr>
              <w:t>見直した日（年に1回）</w:t>
            </w:r>
          </w:p>
        </w:tc>
        <w:tc>
          <w:tcPr>
            <w:tcW w:type="dxa" w:w="6463"/>
            <w:tcMar>
              <w:top w:w="45" w:type="dxa"/>
              <w:bottom w:w="45" w:type="dxa"/>
              <w:left w:w="85" w:type="dxa"/>
              <w:right w:w="85" w:type="dxa"/>
            </w:tcMar>
            <w:shd w:val="clear" w:color="auto" w:fill="1B3A5C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6"/>
              </w:rPr>
              <w:t>書き直した章（番号）</w:t>
            </w:r>
          </w:p>
        </w:tc>
      </w:tr>
      <w:tr>
        <w:trPr>
          <w:cantSplit/>
          <w:trHeight w:val="567" w:hRule="atLeast"/>
        </w:trPr>
        <w:tc>
          <w:tcPr>
            <w:tcW w:type="dxa" w:w="3402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6463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567" w:hRule="atLeast"/>
        </w:trPr>
        <w:tc>
          <w:tcPr>
            <w:tcW w:type="dxa" w:w="3402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6463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567" w:hRule="atLeast"/>
        </w:trPr>
        <w:tc>
          <w:tcPr>
            <w:tcW w:type="dxa" w:w="3402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6463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567" w:hRule="atLeast"/>
        </w:trPr>
        <w:tc>
          <w:tcPr>
            <w:tcW w:type="dxa" w:w="3402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6463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567" w:hRule="atLeast"/>
        </w:trPr>
        <w:tc>
          <w:tcPr>
            <w:tcW w:type="dxa" w:w="3402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6463"/>
            <w:tcMar>
              <w:top w:w="45" w:type="dxa"/>
              <w:bottom w:w="45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</w:tbl>
    <w:p>
      <w:pPr>
        <w:spacing w:before="0" w:after="0" w:line="113" w:lineRule="exact"/>
      </w:pPr>
    </w:p>
    <w:p>
      <w:pPr>
        <w:spacing w:before="0" w:after="20" w:line="210" w:lineRule="exact"/>
      </w:pPr>
      <w:r>
        <w:rPr>
          <w:rFonts w:ascii="Yu Gothic" w:hAnsi="Yu Gothic" w:eastAsia="Yu Gothic"/>
          <w:b w:val="0"/>
          <w:i w:val="0"/>
          <w:color w:val="66707A"/>
          <w:sz w:val="15"/>
        </w:rPr>
        <w:t>※ このノートは template-free.jp が作ったひな形で、法律上の様式ではありません。遺言書ではありません。</w:t>
      </w:r>
    </w:p>
    <w:p>
      <w:pPr>
        <w:spacing w:before="0" w:after="20" w:line="210" w:lineRule="exact"/>
      </w:pPr>
      <w:r>
        <w:rPr>
          <w:rFonts w:ascii="Yu Gothic" w:hAnsi="Yu Gothic" w:eastAsia="Yu Gothic"/>
          <w:b w:val="0"/>
          <w:i w:val="0"/>
          <w:color w:val="66707A"/>
          <w:sz w:val="15"/>
        </w:rPr>
        <w:t>※ ID・パスワード・暗証番号を書く欄は設けていません。</w:t>
      </w:r>
    </w:p>
    <w:sectPr w:rsidR="00FC693F" w:rsidRPr="0006063C" w:rsidSect="00034616">
      <w:footerReference w:type="default" r:id="rId9"/>
      <w:pgSz w:w="11906" w:h="16838"/>
      <w:pgMar w:top="1247" w:right="1020" w:bottom="1134" w:left="1020" w:header="567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pBdr>
        <w:top w:val="single" w:sz="3" w:space="1" w:color="66707A"/>
      </w:pBdr>
    </w:pPr>
    <w:r>
      <w:rPr>
        <w:rFonts w:ascii="Yu Gothic" w:hAnsi="Yu Gothic" w:eastAsia="Yu Gothic"/>
        <w:b w:val="0"/>
        <w:i w:val="0"/>
        <w:color w:val="66707A"/>
        <w:sz w:val="14"/>
      </w:rPr>
      <w:t>エンディングノート（遺言書ではありません）　template-free.jp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Yu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