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2"/>
          <w:spacing w:val="36"/>
        </w:rPr>
        <w:t>2027年（令和9年）カレンダー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1月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9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30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1/1 元日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1/11 成人の日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2月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2/11 建国記念の日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2/23 天皇誕生日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3月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3/21 春分の日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3/22 振替休日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4月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24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4/29 昭和の日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</w:tr>
      <w:tr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5月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8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15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22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29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5/3 憲法記念日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5/4 みどりの日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5/5 こどもの日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6月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5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12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19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7月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24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31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7/19 海の日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8月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14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21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28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8/11 山の日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</w:tr>
      <w:tr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9月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4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11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18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25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9/20 敬老の日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9/23 秋分の日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10月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9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30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10/11 スポーツの日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11月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6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13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20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BE9E7"/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27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11/3 文化の日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>11/23 勤労感謝の日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  <w:tc>
          <w:tcPr>
            <w:tcW w:type="dxa" w:w="3855"/>
            <w:tcMar>
              <w:top w:w="0" w:type="dxa"/>
              <w:bottom w:w="57" w:type="dxa"/>
              <w:left w:w="142" w:type="dxa"/>
              <w:right w:w="142" w:type="dxa"/>
            </w:tcMar>
          </w:tcPr>
          <w:p>
            <w:pPr>
              <w:spacing w:before="0" w:after="0" w:line="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"/>
              </w:rPr>
              <w:t xml:space="preserve"> 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51"/>
              <w:gridCol w:w="551"/>
              <w:gridCol w:w="551"/>
              <w:gridCol w:w="551"/>
              <w:gridCol w:w="551"/>
              <w:gridCol w:w="551"/>
              <w:gridCol w:w="551"/>
            </w:tblGrid>
            <w:tr>
              <w:trPr>
                <w:trHeight w:val="374" w:hRule="exact"/>
              </w:trPr>
              <w:tc>
                <w:tcPr>
                  <w:tcW w:type="dxa" w:w="3493"/>
                  <w:gridSpan w:val="7"/>
                  <w:shd w:val="clear" w:color="auto" w:fill="1B3A5C"/>
                  <w:tcMar>
                    <w:top w:w="17" w:type="dxa"/>
                    <w:bottom w:w="17" w:type="dxa"/>
                    <w:left w:w="85" w:type="dxa"/>
                    <w:right w:w="57" w:type="dxa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FFFFFF"/>
                      <w:sz w:val="20"/>
                    </w:rPr>
                    <w:t>12月</w:t>
                  </w:r>
                </w:p>
              </w:tc>
            </w:tr>
            <w:tr>
              <w:trPr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  <w:trHeight w:val="238" w:hRule="exact"/>
              </w:trPr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B3261E"/>
                      <w:sz w:val="14"/>
                    </w:rPr>
                    <w:t>日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月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火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水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木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B3A5C"/>
                      <w:sz w:val="14"/>
                    </w:rPr>
                    <w:t>金</w:t>
                  </w:r>
                </w:p>
              </w:tc>
              <w:tc>
                <w:tcPr>
                  <w:tcW w:type="dxa" w:w="499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  <w:shd w:val="clear" w:color="auto" w:fill="F2F2EF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Yu Gothic" w:hAnsi="Yu Gothic" w:eastAsia="Yu Gothic"/>
                      <w:b/>
                      <w:i w:val="0"/>
                      <w:color w:val="1F5FA8"/>
                      <w:sz w:val="14"/>
                    </w:rPr>
                    <w:t>土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4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11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18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19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F5FA8"/>
                      <w:sz w:val="16"/>
                    </w:rPr>
                    <w:t>25</w:t>
                  </w: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B3261E"/>
                      <w:sz w:val="16"/>
                    </w:rPr>
                    <w:t>26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 w:line="200" w:lineRule="exact"/>
                    <w:jc w:val="center"/>
                  </w:pPr>
                  <w:r>
                    <w:rPr>
                      <w:rFonts w:ascii="Yu Gothic" w:hAnsi="Yu Gothic" w:eastAsia="Yu Gothic"/>
                      <w:b w:val="0"/>
                      <w:i w:val="0"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  <w:tr>
              <w:trPr>
                <w:trHeight w:val="261" w:hRule="exact"/>
              </w:trPr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  <w:tc>
                <w:tcPr>
                  <w:tcW w:type="dxa" w:w="499"/>
                  <w:tcMar>
                    <w:top w:w="0" w:type="dxa"/>
                    <w:bottom w:w="0" w:type="dxa"/>
                    <w:left w:w="11" w:type="dxa"/>
                    <w:right w:w="11" w:type="dxa"/>
                  </w:tcMar>
                  <w:vAlign w:val="center"/>
                  <w:tcBorders>
                    <w:top w:val="single" w:sz="4" w:space="0" w:color="B9C4CF"/>
                    <w:bottom w:val="single" w:sz="4" w:space="0" w:color="B9C4CF"/>
                    <w:left w:val="single" w:sz="4" w:space="0" w:color="B9C4CF"/>
                    <w:right w:val="single" w:sz="4" w:space="0" w:color="B9C4CF"/>
                  </w:tcBorders>
                </w:tcPr>
                <w:p>
                  <w:pPr>
                    <w:spacing w:before="0" w:after="0"/>
                    <w:jc w:val="center"/>
                  </w:pPr>
                </w:p>
              </w:tc>
            </w:tr>
          </w:tbl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  <w:p>
            <w:pPr>
              <w:spacing w:before="0" w:after="0" w:line="17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3"/>
              </w:rPr>
              <w:t xml:space="preserve"> </w:t>
            </w:r>
          </w:p>
        </w:tc>
      </w:tr>
    </w:tbl>
    <w:p>
      <w:pPr>
        <w:sectPr>
          <w:footerReference w:type="default" r:id="rId9"/>
          <w:pgSz w:w="16838" w:h="11906" w:orient="landscape"/>
          <w:pgMar w:top="567" w:right="680" w:bottom="680" w:left="680" w:header="567" w:footer="624" w:gutter="0"/>
          <w:cols w:space="720"/>
          <w:docGrid w:linePitch="360"/>
        </w:sectPr>
      </w:pPr>
    </w:p>
    <w:p>
      <w:pPr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2027年1月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元日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9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成人の日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16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23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30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2027年2月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6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建国記念の日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13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20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23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天皇誕生日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2027年3月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6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13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20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春分の日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22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振替休日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2027年4月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3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10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24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29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昭和の日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2027年5月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憲法記念日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4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みどりの日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5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こどもの日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8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15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22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29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2027年6月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5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12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19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26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2027年7月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3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10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19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海の日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24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31</w:t>
            </w: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2027年8月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山の日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14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21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28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2027年9月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4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11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18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20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敬老の日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23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秋分の日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25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2027年10月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9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11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スポーツの日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16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23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30</w:t>
            </w:r>
          </w:p>
        </w:tc>
      </w:tr>
      <w:tr>
        <w:trPr>
          <w:trHeight w:val="1814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2027年11月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3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文化の日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6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13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20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BE9E7"/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23</w:t>
            </w:r>
          </w:p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6"/>
              </w:rPr>
              <w:t>勤労感謝の日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27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p>
      <w:pPr>
        <w:pageBreakBefore/>
        <w:spacing w:before="0" w:after="80"/>
      </w:pPr>
      <w:r>
        <w:rPr>
          <w:rFonts w:ascii="Yu Gothic" w:hAnsi="Yu Gothic" w:eastAsia="Yu Gothic"/>
          <w:b/>
          <w:i w:val="0"/>
          <w:color w:val="1B3A5C"/>
          <w:sz w:val="44"/>
        </w:rPr>
        <w:t>2027年12月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454" w:hRule="atLeast"/>
        </w:trPr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0"/>
              </w:rPr>
              <w:t>日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月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火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水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木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金</w:t>
            </w:r>
          </w:p>
        </w:tc>
        <w:tc>
          <w:tcPr>
            <w:tcW w:type="dxa" w:w="1502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0"/>
              </w:rPr>
              <w:t>土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4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11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15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17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18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19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22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23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24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F5FA8"/>
                <w:sz w:val="26"/>
              </w:rPr>
              <w:t>25</w:t>
            </w:r>
          </w:p>
        </w:tc>
      </w:tr>
      <w:tr>
        <w:trPr>
          <w:trHeight w:val="2098" w:hRule="exact"/>
        </w:trPr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B3261E"/>
                <w:sz w:val="26"/>
              </w:rPr>
              <w:t>26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27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28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29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30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6"/>
              </w:rPr>
              <w:t>31</w:t>
            </w:r>
          </w:p>
        </w:tc>
        <w:tc>
          <w:tcPr>
            <w:tcW w:type="dxa" w:w="1502"/>
            <w:tcMar>
              <w:top w:w="45" w:type="dxa"/>
              <w:bottom w:w="28" w:type="dxa"/>
              <w:left w:w="68" w:type="dxa"/>
              <w:right w:w="4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shd w:val="clear" w:color="auto" w:fill="F2F2EF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/>
      </w:pPr>
      <w:r>
        <w:rPr>
          <w:rFonts w:ascii="Yu Gothic" w:hAnsi="Yu Gothic" w:eastAsia="Yu Gothic"/>
          <w:b w:val="0"/>
          <w:i w:val="0"/>
          <w:color w:val="1A1A1A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1587" w:hRule="exact"/>
        </w:trPr>
        <w:tc>
          <w:tcPr>
            <w:tcW w:type="dxa" w:w="10517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</w:tcPr>
          <w:p>
            <w:pPr>
              <w:spacing w:before="0" w:after="0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メモ</w:t>
            </w:r>
          </w:p>
        </w:tc>
      </w:tr>
    </w:tbl>
    <w:sectPr w:rsidR="00FC693F" w:rsidRPr="0006063C" w:rsidSect="00034616">
      <w:pgSz w:w="11906" w:h="16838"/>
      <w:pgMar w:top="680" w:right="680" w:bottom="794" w:left="68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 ／ 2027年カレンダー（祝日は内閣府の祝日一覧どおり）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