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template-free.jp／物件案内テンプレート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物件案内メール　文例集</w:t>
      </w:r>
    </w:p>
    <w:p>
      <w:pPr>
        <w:spacing w:before="0" w:after="80" w:line="26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5場面の件名・本文テンプレート + 作成5ルール</w:t>
      </w:r>
    </w:p>
    <w:p>
      <w:pPr>
        <w:spacing w:before="0" w:after="120" w:line="260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問い合わせへの初回返信・新着物件の案内などの場面別に、件名と本文のテンプレートをまとめました。○○の部分に物件情報・お客様名・担当者名を入れてご利用ください。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案内メール作成の5つのルール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85" w:type="dxa"/>
              <w:bottom w:w="68" w:type="dxa"/>
              <w:left w:w="198" w:type="dxa"/>
              <w:right w:w="198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件名に物件情報を入れる：「○○エリア・家賃〇万円台」等の具体情報で開封率が上がります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本文は短く・箇条書きで整理：スマホで読まれることを想定し、3スクロール以内に収める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添付ファイルはPDF形式：どのデバイスでもレイアウトが崩れません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返信先・担当者を明確に：「何かあれば○○（電話：○○-○○○○-○○○○）までご連絡ください」と明記</w:t>
            </w:r>
          </w:p>
          <w:p>
            <w:pPr>
              <w:spacing w:before="0" w:after="2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B3A5C"/>
                <w:sz w:val="22"/>
              </w:rPr>
              <w:t xml:space="preserve">☐ 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署名に宅建業者免許番号を入れる：信頼性向上と法令遵守の両面で重要</w:t>
            </w:r>
          </w:p>
        </w:tc>
      </w:tr>
    </w:tbl>
    <w:p>
      <w:pPr>
        <w:spacing w:before="0" w:after="0" w:line="68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初回返信メール（問い合わせ後30分以内が理想）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482" w:hRule="atLeast"/>
        </w:trPr>
        <w:tc>
          <w:tcPr>
            <w:tcW w:type="dxa" w:w="1814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件名例</w:t>
            </w:r>
          </w:p>
        </w:tc>
        <w:tc>
          <w:tcPr>
            <w:tcW w:type="dxa" w:w="8050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【物件○件ご案内】〇〇エリア・家賃〇万円台（担当：○○）</w:t>
            </w:r>
          </w:p>
        </w:tc>
      </w:tr>
    </w:tbl>
    <w:p>
      <w:pPr>
        <w:spacing w:before="0" w:after="0" w:line="79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本文テンプレート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○○様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お問い合わせいただきありがとうございます。○○不動産の○○です。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ご希望の条件に合う物件として○件ご用意しましたので、添付のマイソクをご確認ください。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・物件名：○○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・賃料：○○円（管理費○○円）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・最寄り駅：○○駅　徒歩○分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ご質問やご内覧のご希望がございましたら、お気軽にご連絡ください。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新着物件の案内メール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482" w:hRule="atLeast"/>
        </w:trPr>
        <w:tc>
          <w:tcPr>
            <w:tcW w:type="dxa" w:w="1814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件名例</w:t>
            </w:r>
          </w:p>
        </w:tc>
        <w:tc>
          <w:tcPr>
            <w:tcW w:type="dxa" w:w="8050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【新着】○駅徒歩5分・¥〇万円・2LDK 本日登録</w:t>
            </w:r>
          </w:p>
        </w:tc>
      </w:tr>
    </w:tbl>
    <w:p>
      <w:pPr>
        <w:spacing w:before="0" w:after="0" w:line="79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本文テンプレート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○○様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先週のご内覧後、ご希望エリアに新着物件が出ましたのでご案内します。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・物件名：○○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・賃料：○○円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・間取り：○○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・最寄り駅：○○駅　徒歩○分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詳細はマイソクをご覧ください。ご興味があればすぐにご案内可能です。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内覧後のお礼メール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482" w:hRule="atLeast"/>
        </w:trPr>
        <w:tc>
          <w:tcPr>
            <w:tcW w:type="dxa" w:w="1814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件名例</w:t>
            </w:r>
          </w:p>
        </w:tc>
        <w:tc>
          <w:tcPr>
            <w:tcW w:type="dxa" w:w="8050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本日はご内覧ありがとうございました（○○不動産 ○○）</w:t>
            </w:r>
          </w:p>
        </w:tc>
      </w:tr>
    </w:tbl>
    <w:p>
      <w:pPr>
        <w:spacing w:before="0" w:after="0" w:line="79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本文テンプレート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○○様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本日はお時間をいただきありがとうございました。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気になる点や追加のご質問があれば何でもご連絡ください。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他にもご希望に近い物件がございましたら、あわせてご案内いたします。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4. 申込み促進メール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482" w:hRule="atLeast"/>
        </w:trPr>
        <w:tc>
          <w:tcPr>
            <w:tcW w:type="dxa" w:w="1814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件名例</w:t>
            </w:r>
          </w:p>
        </w:tc>
        <w:tc>
          <w:tcPr>
            <w:tcW w:type="dxa" w:w="8050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【ご確認】○○物件のご検討状況について</w:t>
            </w:r>
          </w:p>
        </w:tc>
      </w:tr>
    </w:tbl>
    <w:p>
      <w:pPr>
        <w:spacing w:before="0" w:after="0" w:line="79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本文テンプレート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○○様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ご案内した○○物件は、他にもお問い合わせをいただいております。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ご検討の状況をお聞かせいただけますでしょうか。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※本メールの内容は事実に基づくものです。ご検討中の他の物件についても、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ご要望があればあわせてご案内いたします。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5. 値下がり情報の通知メール</w:t>
      </w:r>
    </w:p>
    <w:tbl>
      <w:tblPr>
        <w:tblW w:type="dxa" w:w="9865"/>
        <w:tblInd w:w="1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482" w:hRule="atLeast"/>
        </w:trPr>
        <w:tc>
          <w:tcPr>
            <w:tcW w:type="dxa" w:w="1814"/>
            <w:tcMar>
              <w:top w:w="57" w:type="dxa"/>
              <w:bottom w:w="57" w:type="dxa"/>
              <w:left w:w="102" w:type="dxa"/>
              <w:right w:w="10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2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件名例</w:t>
            </w:r>
          </w:p>
        </w:tc>
        <w:tc>
          <w:tcPr>
            <w:tcW w:type="dxa" w:w="8050"/>
            <w:tcMar>
              <w:top w:w="57" w:type="dxa"/>
              <w:bottom w:w="57" w:type="dxa"/>
              <w:left w:w="102" w:type="dxa"/>
              <w:right w:w="102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【価格変更】○○マンション○号室が¥〇万円から¥〇万円に（○○）</w:t>
            </w:r>
          </w:p>
        </w:tc>
      </w:tr>
    </w:tbl>
    <w:p>
      <w:pPr>
        <w:spacing w:before="0" w:after="0" w:line="79" w:lineRule="exact"/>
      </w:pP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68" w:type="dxa"/>
              <w:bottom w:w="85" w:type="dxa"/>
              <w:left w:w="198" w:type="dxa"/>
              <w:right w:w="198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6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9"/>
              </w:rPr>
              <w:t>本文テンプレート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○○様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ご案内していた○○物件について、価格の変更がありましたのでお知らせします。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・変更前：¥○○万円 → 変更後：¥○○万円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・変更理由：○○（該当する場合のみ記載）</w:t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</w:r>
          </w:p>
          <w:p>
            <w:pPr>
              <w:spacing w:before="0" w:after="20" w:line="27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ご検討の参考にしていただければ幸いです。</w:t>
            </w:r>
          </w:p>
        </w:tc>
      </w:tr>
    </w:tbl>
    <w:p>
      <w:pPr>
        <w:spacing w:before="0" w:after="0" w:line="113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本テンプレートはtemplate-free.jpが提供する一般的なビジネス書式です。実際の送信内容はご自身の状況に合わせて修正してください。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新着物件案内等の広告メールを送る場合は、あらかじめ受信者の同意（オプトイン）が必要です（特定電子メール法）。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「他にもお問い合わせが来ています」等の表現は、事実に基づく場合のみ使用してください。誇張・虚偽の記載は宅建業法違反となります。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